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531C6" w14:textId="531827C4" w:rsidR="00271B7F" w:rsidRPr="00726D7C" w:rsidRDefault="00271B7F" w:rsidP="003911EC">
      <w:pPr>
        <w:spacing w:after="0" w:line="240" w:lineRule="auto"/>
        <w:jc w:val="right"/>
        <w:rPr>
          <w:rFonts w:cs="Times New Roman"/>
          <w:szCs w:val="28"/>
          <w:lang w:val="ru-RU"/>
        </w:rPr>
      </w:pPr>
      <w:r w:rsidRPr="00726D7C">
        <w:rPr>
          <w:rFonts w:cs="Times New Roman"/>
          <w:szCs w:val="28"/>
          <w:lang w:val="ru-RU"/>
        </w:rPr>
        <w:t>Программа для детского образовательно-оздоровительного центра</w:t>
      </w:r>
    </w:p>
    <w:p w14:paraId="4AEF01D2" w14:textId="0759DE66" w:rsidR="001F678B" w:rsidRPr="00726D7C" w:rsidRDefault="004162D5" w:rsidP="003911EC">
      <w:pPr>
        <w:spacing w:after="0" w:line="240" w:lineRule="auto"/>
        <w:jc w:val="right"/>
        <w:rPr>
          <w:rFonts w:cs="Times New Roman"/>
          <w:szCs w:val="28"/>
          <w:lang w:val="ru-RU"/>
        </w:rPr>
      </w:pPr>
      <w:r w:rsidRPr="00726D7C">
        <w:rPr>
          <w:rFonts w:cs="Times New Roman"/>
          <w:szCs w:val="28"/>
          <w:lang w:val="ru-RU"/>
        </w:rPr>
        <w:t>сезонного</w:t>
      </w:r>
      <w:r w:rsidR="00271B7F" w:rsidRPr="00726D7C">
        <w:rPr>
          <w:rFonts w:cs="Times New Roman"/>
          <w:szCs w:val="28"/>
          <w:lang w:val="ru-RU"/>
        </w:rPr>
        <w:t xml:space="preserve"> действия</w:t>
      </w:r>
    </w:p>
    <w:p w14:paraId="79AA6837" w14:textId="196CF3E7" w:rsidR="001F678B" w:rsidRPr="00726D7C" w:rsidRDefault="001F678B" w:rsidP="006023F3">
      <w:pPr>
        <w:spacing w:after="0" w:line="240" w:lineRule="auto"/>
        <w:jc w:val="center"/>
        <w:rPr>
          <w:rFonts w:cs="Times New Roman"/>
          <w:szCs w:val="28"/>
          <w:lang w:val="ru-RU"/>
        </w:rPr>
      </w:pPr>
    </w:p>
    <w:p w14:paraId="03D5AA61" w14:textId="36F60D53" w:rsidR="001F678B" w:rsidRPr="00726D7C" w:rsidRDefault="001F678B" w:rsidP="006023F3">
      <w:pPr>
        <w:spacing w:after="0" w:line="240" w:lineRule="auto"/>
        <w:jc w:val="center"/>
        <w:rPr>
          <w:rFonts w:cs="Times New Roman"/>
          <w:szCs w:val="28"/>
          <w:lang w:val="ru-RU"/>
        </w:rPr>
      </w:pPr>
    </w:p>
    <w:p w14:paraId="186A0AF0" w14:textId="37324E3D" w:rsidR="001F678B" w:rsidRPr="00726D7C" w:rsidRDefault="001F678B" w:rsidP="006023F3">
      <w:pPr>
        <w:spacing w:after="0" w:line="240" w:lineRule="auto"/>
        <w:jc w:val="center"/>
        <w:rPr>
          <w:rFonts w:cs="Times New Roman"/>
          <w:szCs w:val="28"/>
          <w:lang w:val="ru-RU"/>
        </w:rPr>
      </w:pPr>
    </w:p>
    <w:p w14:paraId="1FF044B7" w14:textId="77777777" w:rsidR="001F678B" w:rsidRPr="00726D7C" w:rsidRDefault="001F678B" w:rsidP="006023F3">
      <w:pPr>
        <w:spacing w:after="0" w:line="240" w:lineRule="auto"/>
        <w:jc w:val="center"/>
        <w:rPr>
          <w:rFonts w:cs="Times New Roman"/>
          <w:szCs w:val="28"/>
          <w:lang w:val="ru-RU"/>
        </w:rPr>
      </w:pPr>
    </w:p>
    <w:p w14:paraId="16941879" w14:textId="77777777" w:rsidR="001F678B" w:rsidRPr="00726D7C" w:rsidRDefault="001F678B" w:rsidP="006023F3">
      <w:pPr>
        <w:spacing w:after="0" w:line="240" w:lineRule="auto"/>
        <w:jc w:val="center"/>
        <w:rPr>
          <w:rFonts w:cs="Times New Roman"/>
          <w:szCs w:val="28"/>
          <w:lang w:val="ru-RU"/>
        </w:rPr>
      </w:pPr>
    </w:p>
    <w:p w14:paraId="03C20C69" w14:textId="77777777" w:rsidR="001F678B" w:rsidRPr="00726D7C" w:rsidRDefault="001F678B" w:rsidP="006023F3">
      <w:pPr>
        <w:spacing w:after="0" w:line="240" w:lineRule="auto"/>
        <w:jc w:val="center"/>
        <w:rPr>
          <w:rFonts w:cs="Times New Roman"/>
          <w:szCs w:val="28"/>
          <w:lang w:val="ru-RU"/>
        </w:rPr>
      </w:pPr>
    </w:p>
    <w:p w14:paraId="56B1A9DD" w14:textId="77777777" w:rsidR="001F678B" w:rsidRPr="00726D7C" w:rsidRDefault="001F678B" w:rsidP="006023F3">
      <w:pPr>
        <w:spacing w:after="0" w:line="240" w:lineRule="auto"/>
        <w:jc w:val="center"/>
        <w:rPr>
          <w:rFonts w:cs="Times New Roman"/>
          <w:szCs w:val="28"/>
          <w:lang w:val="ru-RU"/>
        </w:rPr>
      </w:pPr>
    </w:p>
    <w:p w14:paraId="4529A078" w14:textId="4662C879" w:rsidR="0085125B" w:rsidRPr="00726D7C" w:rsidRDefault="001F678B" w:rsidP="006023F3">
      <w:pPr>
        <w:spacing w:after="0" w:line="240" w:lineRule="auto"/>
        <w:jc w:val="center"/>
        <w:rPr>
          <w:rFonts w:cs="Times New Roman"/>
          <w:szCs w:val="28"/>
          <w:lang w:val="ru-RU"/>
        </w:rPr>
      </w:pPr>
      <w:r w:rsidRPr="00726D7C">
        <w:rPr>
          <w:rFonts w:cs="Times New Roman"/>
          <w:szCs w:val="28"/>
          <w:lang w:val="ru-RU"/>
        </w:rPr>
        <w:t>Образовательно-оздоровительная программа несовершеннолетним</w:t>
      </w:r>
    </w:p>
    <w:p w14:paraId="68FDFFFF" w14:textId="77777777" w:rsidR="0085125B" w:rsidRPr="00726D7C" w:rsidRDefault="0085125B" w:rsidP="006023F3">
      <w:pPr>
        <w:spacing w:after="0" w:line="240" w:lineRule="auto"/>
        <w:rPr>
          <w:rFonts w:cs="Times New Roman"/>
          <w:szCs w:val="28"/>
          <w:lang w:val="ru-RU"/>
        </w:rPr>
      </w:pPr>
    </w:p>
    <w:p w14:paraId="7352C2C2" w14:textId="77777777" w:rsidR="0085125B" w:rsidRPr="00726D7C" w:rsidRDefault="0085125B" w:rsidP="006023F3">
      <w:pPr>
        <w:spacing w:after="0" w:line="240" w:lineRule="auto"/>
        <w:rPr>
          <w:rFonts w:cs="Times New Roman"/>
          <w:szCs w:val="28"/>
          <w:lang w:val="ru-RU"/>
        </w:rPr>
      </w:pPr>
    </w:p>
    <w:p w14:paraId="4906869C" w14:textId="77777777" w:rsidR="0085125B" w:rsidRPr="00726D7C" w:rsidRDefault="001F678B" w:rsidP="006023F3">
      <w:pPr>
        <w:spacing w:after="0" w:line="240" w:lineRule="auto"/>
        <w:jc w:val="center"/>
        <w:rPr>
          <w:rFonts w:cs="Times New Roman"/>
          <w:szCs w:val="28"/>
          <w:lang w:val="ru-RU"/>
        </w:rPr>
      </w:pPr>
      <w:r w:rsidRPr="00726D7C">
        <w:rPr>
          <w:rFonts w:cs="Times New Roman"/>
          <w:b/>
          <w:szCs w:val="28"/>
          <w:lang w:val="ru-RU"/>
        </w:rPr>
        <w:t>ОБРАЗОВАТЕЛЬНО-ОЗДОРОВИТЕЛЬНАЯ</w:t>
      </w:r>
    </w:p>
    <w:p w14:paraId="1A66EB83" w14:textId="77777777" w:rsidR="0085125B" w:rsidRPr="00726D7C" w:rsidRDefault="001F678B" w:rsidP="006023F3">
      <w:pPr>
        <w:spacing w:after="0" w:line="240" w:lineRule="auto"/>
        <w:jc w:val="center"/>
        <w:rPr>
          <w:rFonts w:cs="Times New Roman"/>
          <w:szCs w:val="28"/>
          <w:lang w:val="ru-RU"/>
        </w:rPr>
      </w:pPr>
      <w:r w:rsidRPr="00726D7C">
        <w:rPr>
          <w:rFonts w:cs="Times New Roman"/>
          <w:b/>
          <w:szCs w:val="28"/>
          <w:lang w:val="ru-RU"/>
        </w:rPr>
        <w:t>ПРОГРАММА НЕСОВЕРШЕННОЛЕТНИМ</w:t>
      </w:r>
    </w:p>
    <w:p w14:paraId="7965B616" w14:textId="77777777" w:rsidR="0085125B" w:rsidRPr="00726D7C" w:rsidRDefault="001F678B" w:rsidP="006023F3">
      <w:pPr>
        <w:spacing w:after="0" w:line="240" w:lineRule="auto"/>
        <w:jc w:val="center"/>
        <w:rPr>
          <w:rFonts w:cs="Times New Roman"/>
          <w:szCs w:val="28"/>
          <w:lang w:val="ru-RU"/>
        </w:rPr>
      </w:pPr>
      <w:r w:rsidRPr="00726D7C">
        <w:rPr>
          <w:rFonts w:cs="Times New Roman"/>
          <w:b/>
          <w:szCs w:val="28"/>
          <w:lang w:val="ru-RU"/>
        </w:rPr>
        <w:t>«</w:t>
      </w:r>
      <w:r w:rsidRPr="00726D7C">
        <w:rPr>
          <w:rFonts w:cs="Times New Roman"/>
          <w:b/>
          <w:szCs w:val="28"/>
        </w:rPr>
        <w:t>ART</w:t>
      </w:r>
      <w:r w:rsidRPr="00726D7C">
        <w:rPr>
          <w:rFonts w:cs="Times New Roman"/>
          <w:b/>
          <w:szCs w:val="28"/>
          <w:lang w:val="ru-RU"/>
        </w:rPr>
        <w:t xml:space="preserve"> </w:t>
      </w:r>
      <w:r w:rsidRPr="00726D7C">
        <w:rPr>
          <w:rFonts w:cs="Times New Roman"/>
          <w:b/>
          <w:szCs w:val="28"/>
        </w:rPr>
        <w:t>ALEM</w:t>
      </w:r>
      <w:r w:rsidRPr="00726D7C">
        <w:rPr>
          <w:rFonts w:cs="Times New Roman"/>
          <w:b/>
          <w:szCs w:val="28"/>
          <w:lang w:val="ru-RU"/>
        </w:rPr>
        <w:t>»</w:t>
      </w:r>
    </w:p>
    <w:p w14:paraId="4E075E5B" w14:textId="77777777" w:rsidR="0085125B" w:rsidRPr="00726D7C" w:rsidRDefault="001F678B" w:rsidP="006023F3">
      <w:pPr>
        <w:spacing w:after="0" w:line="240" w:lineRule="auto"/>
        <w:jc w:val="center"/>
        <w:rPr>
          <w:rFonts w:cs="Times New Roman"/>
          <w:bCs/>
          <w:szCs w:val="28"/>
          <w:lang w:val="ru-RU"/>
        </w:rPr>
      </w:pPr>
      <w:r w:rsidRPr="00726D7C">
        <w:rPr>
          <w:rFonts w:cs="Times New Roman"/>
          <w:bCs/>
          <w:szCs w:val="28"/>
          <w:lang w:val="ru-RU"/>
        </w:rPr>
        <w:t xml:space="preserve">(творческий </w:t>
      </w:r>
      <w:r w:rsidRPr="00726D7C">
        <w:rPr>
          <w:rFonts w:cs="Times New Roman"/>
          <w:bCs/>
          <w:szCs w:val="28"/>
        </w:rPr>
        <w:t>Art</w:t>
      </w:r>
      <w:r w:rsidRPr="00726D7C">
        <w:rPr>
          <w:rFonts w:cs="Times New Roman"/>
          <w:bCs/>
          <w:szCs w:val="28"/>
          <w:lang w:val="ru-RU"/>
        </w:rPr>
        <w:t>-лагерь)</w:t>
      </w:r>
    </w:p>
    <w:p w14:paraId="0BBBA659" w14:textId="77777777" w:rsidR="0085125B" w:rsidRPr="00726D7C" w:rsidRDefault="0085125B" w:rsidP="006023F3">
      <w:pPr>
        <w:spacing w:after="0" w:line="240" w:lineRule="auto"/>
        <w:rPr>
          <w:rFonts w:cs="Times New Roman"/>
          <w:szCs w:val="28"/>
          <w:lang w:val="ru-RU"/>
        </w:rPr>
      </w:pPr>
    </w:p>
    <w:p w14:paraId="38E95D47" w14:textId="77777777" w:rsidR="0085125B" w:rsidRPr="00726D7C" w:rsidRDefault="0085125B" w:rsidP="006023F3">
      <w:pPr>
        <w:spacing w:after="0" w:line="240" w:lineRule="auto"/>
        <w:rPr>
          <w:rFonts w:cs="Times New Roman"/>
          <w:szCs w:val="28"/>
          <w:lang w:val="ru-RU"/>
        </w:rPr>
      </w:pPr>
    </w:p>
    <w:p w14:paraId="266C7160" w14:textId="633339D0" w:rsidR="0085125B" w:rsidRPr="00726D7C" w:rsidRDefault="0085125B" w:rsidP="006023F3">
      <w:pPr>
        <w:spacing w:after="0" w:line="240" w:lineRule="auto"/>
        <w:rPr>
          <w:rFonts w:cs="Times New Roman"/>
          <w:szCs w:val="28"/>
          <w:lang w:val="ru-RU"/>
        </w:rPr>
      </w:pPr>
    </w:p>
    <w:p w14:paraId="3F3DDDD8" w14:textId="437475EB" w:rsidR="001F678B" w:rsidRPr="00726D7C" w:rsidRDefault="001F678B" w:rsidP="006023F3">
      <w:pPr>
        <w:spacing w:after="0" w:line="240" w:lineRule="auto"/>
        <w:rPr>
          <w:rFonts w:cs="Times New Roman"/>
          <w:szCs w:val="28"/>
          <w:lang w:val="ru-RU"/>
        </w:rPr>
      </w:pPr>
    </w:p>
    <w:p w14:paraId="65DC9907" w14:textId="5AE78785" w:rsidR="001F678B" w:rsidRPr="00726D7C" w:rsidRDefault="001F678B" w:rsidP="006023F3">
      <w:pPr>
        <w:spacing w:after="0" w:line="240" w:lineRule="auto"/>
        <w:rPr>
          <w:rFonts w:cs="Times New Roman"/>
          <w:szCs w:val="28"/>
          <w:lang w:val="ru-RU"/>
        </w:rPr>
      </w:pPr>
    </w:p>
    <w:p w14:paraId="7F46DB52" w14:textId="5C58C91B" w:rsidR="001F678B" w:rsidRPr="00726D7C" w:rsidRDefault="001F678B" w:rsidP="006023F3">
      <w:pPr>
        <w:spacing w:after="0" w:line="240" w:lineRule="auto"/>
        <w:rPr>
          <w:rFonts w:cs="Times New Roman"/>
          <w:szCs w:val="28"/>
          <w:lang w:val="ru-RU"/>
        </w:rPr>
      </w:pPr>
    </w:p>
    <w:p w14:paraId="5527F570" w14:textId="78FFA15A" w:rsidR="001F678B" w:rsidRPr="00726D7C" w:rsidRDefault="001F678B" w:rsidP="006023F3">
      <w:pPr>
        <w:spacing w:after="0" w:line="240" w:lineRule="auto"/>
        <w:rPr>
          <w:rFonts w:cs="Times New Roman"/>
          <w:szCs w:val="28"/>
          <w:lang w:val="ru-RU"/>
        </w:rPr>
      </w:pPr>
    </w:p>
    <w:p w14:paraId="01DDE778" w14:textId="5C4F2A71" w:rsidR="001F678B" w:rsidRPr="00726D7C" w:rsidRDefault="001F678B" w:rsidP="006023F3">
      <w:pPr>
        <w:spacing w:after="0" w:line="240" w:lineRule="auto"/>
        <w:rPr>
          <w:rFonts w:cs="Times New Roman"/>
          <w:szCs w:val="28"/>
          <w:lang w:val="ru-RU"/>
        </w:rPr>
      </w:pPr>
    </w:p>
    <w:p w14:paraId="641C0CD6" w14:textId="48B20564" w:rsidR="00271B7F" w:rsidRPr="00726D7C" w:rsidRDefault="00271B7F" w:rsidP="006023F3">
      <w:pPr>
        <w:spacing w:after="0" w:line="240" w:lineRule="auto"/>
        <w:rPr>
          <w:rFonts w:cs="Times New Roman"/>
          <w:szCs w:val="28"/>
          <w:lang w:val="ru-RU"/>
        </w:rPr>
      </w:pPr>
    </w:p>
    <w:p w14:paraId="7085B075" w14:textId="02A39942" w:rsidR="00271B7F" w:rsidRPr="00726D7C" w:rsidRDefault="00271B7F" w:rsidP="006023F3">
      <w:pPr>
        <w:spacing w:after="0" w:line="240" w:lineRule="auto"/>
        <w:rPr>
          <w:rFonts w:cs="Times New Roman"/>
          <w:szCs w:val="28"/>
          <w:lang w:val="ru-RU"/>
        </w:rPr>
      </w:pPr>
    </w:p>
    <w:p w14:paraId="593B252F" w14:textId="1E6620B9" w:rsidR="00271B7F" w:rsidRPr="00726D7C" w:rsidRDefault="00271B7F" w:rsidP="006023F3">
      <w:pPr>
        <w:spacing w:after="0" w:line="240" w:lineRule="auto"/>
        <w:rPr>
          <w:rFonts w:cs="Times New Roman"/>
          <w:szCs w:val="28"/>
          <w:lang w:val="ru-RU"/>
        </w:rPr>
      </w:pPr>
    </w:p>
    <w:p w14:paraId="4F0216DF" w14:textId="07D7C24C" w:rsidR="00271B7F" w:rsidRPr="00726D7C" w:rsidRDefault="00271B7F" w:rsidP="006023F3">
      <w:pPr>
        <w:spacing w:after="0" w:line="240" w:lineRule="auto"/>
        <w:rPr>
          <w:rFonts w:cs="Times New Roman"/>
          <w:szCs w:val="28"/>
          <w:lang w:val="ru-RU"/>
        </w:rPr>
      </w:pPr>
    </w:p>
    <w:p w14:paraId="7B458A57" w14:textId="7115E405" w:rsidR="00271B7F" w:rsidRPr="00726D7C" w:rsidRDefault="00271B7F" w:rsidP="006023F3">
      <w:pPr>
        <w:spacing w:after="0" w:line="240" w:lineRule="auto"/>
        <w:rPr>
          <w:rFonts w:cs="Times New Roman"/>
          <w:szCs w:val="28"/>
          <w:lang w:val="ru-RU"/>
        </w:rPr>
      </w:pPr>
    </w:p>
    <w:p w14:paraId="6FD976DE" w14:textId="2AB4DCF2" w:rsidR="00271B7F" w:rsidRPr="00726D7C" w:rsidRDefault="00271B7F" w:rsidP="006023F3">
      <w:pPr>
        <w:spacing w:after="0" w:line="240" w:lineRule="auto"/>
        <w:rPr>
          <w:rFonts w:cs="Times New Roman"/>
          <w:szCs w:val="28"/>
          <w:lang w:val="ru-RU"/>
        </w:rPr>
      </w:pPr>
    </w:p>
    <w:p w14:paraId="778CFE36" w14:textId="64DA2EC3" w:rsidR="00271B7F" w:rsidRPr="00726D7C" w:rsidRDefault="00271B7F" w:rsidP="006023F3">
      <w:pPr>
        <w:spacing w:after="0" w:line="240" w:lineRule="auto"/>
        <w:rPr>
          <w:rFonts w:cs="Times New Roman"/>
          <w:szCs w:val="28"/>
          <w:lang w:val="ru-RU"/>
        </w:rPr>
      </w:pPr>
    </w:p>
    <w:p w14:paraId="2140CD1A" w14:textId="77777777" w:rsidR="00271B7F" w:rsidRPr="00726D7C" w:rsidRDefault="00271B7F" w:rsidP="006023F3">
      <w:pPr>
        <w:spacing w:after="0" w:line="240" w:lineRule="auto"/>
        <w:rPr>
          <w:rFonts w:cs="Times New Roman"/>
          <w:szCs w:val="28"/>
          <w:lang w:val="ru-RU"/>
        </w:rPr>
      </w:pPr>
    </w:p>
    <w:p w14:paraId="29462B98" w14:textId="77777777" w:rsidR="0085125B" w:rsidRPr="00726D7C" w:rsidRDefault="0085125B" w:rsidP="006023F3">
      <w:pPr>
        <w:spacing w:after="0" w:line="240" w:lineRule="auto"/>
        <w:rPr>
          <w:rFonts w:cs="Times New Roman"/>
          <w:szCs w:val="28"/>
          <w:lang w:val="ru-RU"/>
        </w:rPr>
      </w:pPr>
    </w:p>
    <w:p w14:paraId="10E2AEBC" w14:textId="64937C7F" w:rsidR="00271B7F" w:rsidRPr="00726D7C" w:rsidRDefault="00271B7F" w:rsidP="006023F3">
      <w:pPr>
        <w:pStyle w:val="a9"/>
        <w:rPr>
          <w:rFonts w:ascii="Times New Roman" w:hAnsi="Times New Roman" w:cs="Times New Roman"/>
          <w:sz w:val="28"/>
          <w:szCs w:val="28"/>
          <w:lang w:val="kk-KZ"/>
        </w:rPr>
      </w:pPr>
      <w:r w:rsidRPr="00726D7C">
        <w:rPr>
          <w:rFonts w:ascii="Times New Roman" w:hAnsi="Times New Roman" w:cs="Times New Roman"/>
          <w:sz w:val="28"/>
          <w:szCs w:val="28"/>
          <w:lang w:val="kk-KZ"/>
        </w:rPr>
        <w:t>Полное наименование Организации</w:t>
      </w:r>
      <w:r w:rsidRPr="00726D7C">
        <w:rPr>
          <w:rFonts w:ascii="Times New Roman" w:hAnsi="Times New Roman" w:cs="Times New Roman"/>
          <w:sz w:val="28"/>
          <w:szCs w:val="28"/>
          <w:lang w:val="ru-RU"/>
        </w:rPr>
        <w:t xml:space="preserve">: </w:t>
      </w:r>
      <w:r w:rsidR="00337B30" w:rsidRPr="00337B30">
        <w:rPr>
          <w:rStyle w:val="af6"/>
          <w:lang w:val="ru-RU"/>
        </w:rPr>
        <w:t>КГУ «Центр поддержки детей, нуждающихся в специальных социальных услугах «Үміт» Управления образования Восточно-Казахстанской области»</w:t>
      </w:r>
      <w:r w:rsidR="00337B30">
        <w:rPr>
          <w:rStyle w:val="af6"/>
          <w:lang w:val="ru-RU"/>
        </w:rPr>
        <w:t xml:space="preserve"> </w:t>
      </w:r>
      <w:r w:rsidR="00337B30" w:rsidRPr="00337B30">
        <w:rPr>
          <w:rStyle w:val="af6"/>
          <w:lang w:val="ru-RU"/>
        </w:rPr>
        <w:t>Детский образовательно-оздоровительный центр «ЦАРСКАЯ ДОЛИНА»</w:t>
      </w:r>
      <w:r w:rsidR="00337B30" w:rsidRPr="00337B30">
        <w:rPr>
          <w:lang w:val="ru-RU"/>
        </w:rPr>
        <w:t>.</w:t>
      </w:r>
      <w:r w:rsidR="00337B30">
        <w:rPr>
          <w:rFonts w:ascii="Times New Roman" w:hAnsi="Times New Roman" w:cs="Times New Roman"/>
          <w:sz w:val="28"/>
          <w:szCs w:val="28"/>
          <w:lang w:val="ru-RU"/>
        </w:rPr>
        <w:t xml:space="preserve"> </w:t>
      </w:r>
    </w:p>
    <w:p w14:paraId="635627C1" w14:textId="4FAFF770" w:rsidR="00271B7F" w:rsidRPr="00726D7C" w:rsidRDefault="00E44E81" w:rsidP="006023F3">
      <w:pPr>
        <w:pStyle w:val="a9"/>
        <w:rPr>
          <w:rFonts w:ascii="Times New Roman" w:hAnsi="Times New Roman" w:cs="Times New Roman"/>
          <w:sz w:val="28"/>
          <w:szCs w:val="28"/>
          <w:lang w:val="ru-RU"/>
        </w:rPr>
      </w:pPr>
      <w:r w:rsidRPr="00726D7C">
        <w:rPr>
          <w:rFonts w:ascii="Times New Roman" w:hAnsi="Times New Roman" w:cs="Times New Roman"/>
          <w:sz w:val="28"/>
          <w:szCs w:val="28"/>
          <w:lang w:val="ru-RU"/>
        </w:rPr>
        <w:t>Год разработки: 2026 г</w:t>
      </w:r>
    </w:p>
    <w:p w14:paraId="6C2CEBC3" w14:textId="77777777" w:rsidR="0085125B" w:rsidRPr="00726D7C" w:rsidRDefault="001F678B" w:rsidP="006023F3">
      <w:pPr>
        <w:spacing w:line="240" w:lineRule="auto"/>
        <w:rPr>
          <w:rFonts w:cs="Times New Roman"/>
          <w:szCs w:val="28"/>
          <w:lang w:val="ru-RU"/>
        </w:rPr>
      </w:pPr>
      <w:r w:rsidRPr="00726D7C">
        <w:rPr>
          <w:rFonts w:cs="Times New Roman"/>
          <w:szCs w:val="28"/>
          <w:lang w:val="ru-RU"/>
        </w:rPr>
        <w:br w:type="page"/>
      </w:r>
    </w:p>
    <w:p w14:paraId="125D8709" w14:textId="77777777" w:rsidR="0085125B" w:rsidRPr="00726D7C" w:rsidRDefault="001F678B" w:rsidP="006023F3">
      <w:pPr>
        <w:pStyle w:val="1"/>
        <w:spacing w:before="120" w:after="60" w:line="240" w:lineRule="auto"/>
        <w:jc w:val="center"/>
        <w:rPr>
          <w:rFonts w:cs="Times New Roman"/>
        </w:rPr>
      </w:pPr>
      <w:r w:rsidRPr="00726D7C">
        <w:rPr>
          <w:rFonts w:eastAsia="Times New Roman" w:cs="Times New Roman"/>
        </w:rPr>
        <w:lastRenderedPageBreak/>
        <w:t>СОДЕРЖАНИЕ</w:t>
      </w:r>
    </w:p>
    <w:tbl>
      <w:tblPr>
        <w:tblStyle w:val="aff0"/>
        <w:tblW w:w="0" w:type="auto"/>
        <w:jc w:val="center"/>
        <w:tblLook w:val="04A0" w:firstRow="1" w:lastRow="0" w:firstColumn="1" w:lastColumn="0" w:noHBand="0" w:noVBand="1"/>
      </w:tblPr>
      <w:tblGrid>
        <w:gridCol w:w="709"/>
        <w:gridCol w:w="5709"/>
        <w:gridCol w:w="3209"/>
      </w:tblGrid>
      <w:tr w:rsidR="0085125B" w:rsidRPr="00726D7C" w14:paraId="752AE3EA" w14:textId="77777777" w:rsidTr="00006CCA">
        <w:trPr>
          <w:tblHeader/>
          <w:jc w:val="center"/>
        </w:trPr>
        <w:tc>
          <w:tcPr>
            <w:tcW w:w="709" w:type="dxa"/>
            <w:shd w:val="clear" w:color="auto" w:fill="FCE4D6"/>
          </w:tcPr>
          <w:p w14:paraId="29122D07" w14:textId="77777777" w:rsidR="0085125B" w:rsidRPr="00726D7C" w:rsidRDefault="001F678B" w:rsidP="006023F3">
            <w:pPr>
              <w:rPr>
                <w:rFonts w:cs="Times New Roman"/>
                <w:szCs w:val="28"/>
              </w:rPr>
            </w:pPr>
            <w:r w:rsidRPr="00726D7C">
              <w:rPr>
                <w:rFonts w:cs="Times New Roman"/>
                <w:b/>
                <w:szCs w:val="28"/>
              </w:rPr>
              <w:t>№</w:t>
            </w:r>
          </w:p>
        </w:tc>
        <w:tc>
          <w:tcPr>
            <w:tcW w:w="5717" w:type="dxa"/>
            <w:shd w:val="clear" w:color="auto" w:fill="FCE4D6"/>
          </w:tcPr>
          <w:p w14:paraId="39562755" w14:textId="77777777" w:rsidR="0085125B" w:rsidRPr="00726D7C" w:rsidRDefault="001F678B" w:rsidP="009439A5">
            <w:pPr>
              <w:jc w:val="center"/>
              <w:rPr>
                <w:rFonts w:cs="Times New Roman"/>
                <w:szCs w:val="28"/>
              </w:rPr>
            </w:pPr>
            <w:r w:rsidRPr="00726D7C">
              <w:rPr>
                <w:rFonts w:cs="Times New Roman"/>
                <w:b/>
                <w:szCs w:val="28"/>
              </w:rPr>
              <w:t>Раздел</w:t>
            </w:r>
          </w:p>
        </w:tc>
        <w:tc>
          <w:tcPr>
            <w:tcW w:w="3213" w:type="dxa"/>
            <w:shd w:val="clear" w:color="auto" w:fill="FCE4D6"/>
          </w:tcPr>
          <w:p w14:paraId="392FADCA" w14:textId="77777777" w:rsidR="0085125B" w:rsidRPr="00726D7C" w:rsidRDefault="001F678B" w:rsidP="009439A5">
            <w:pPr>
              <w:jc w:val="center"/>
              <w:rPr>
                <w:rFonts w:cs="Times New Roman"/>
                <w:szCs w:val="28"/>
              </w:rPr>
            </w:pPr>
            <w:r w:rsidRPr="00726D7C">
              <w:rPr>
                <w:rFonts w:cs="Times New Roman"/>
                <w:b/>
                <w:szCs w:val="28"/>
              </w:rPr>
              <w:t>Страница</w:t>
            </w:r>
          </w:p>
        </w:tc>
      </w:tr>
      <w:tr w:rsidR="0085125B" w:rsidRPr="00726D7C" w14:paraId="77EA511F" w14:textId="77777777" w:rsidTr="00006CCA">
        <w:trPr>
          <w:jc w:val="center"/>
        </w:trPr>
        <w:tc>
          <w:tcPr>
            <w:tcW w:w="709" w:type="dxa"/>
          </w:tcPr>
          <w:p w14:paraId="0976776E" w14:textId="77777777" w:rsidR="0085125B" w:rsidRPr="00726D7C" w:rsidRDefault="001F678B" w:rsidP="006023F3">
            <w:pPr>
              <w:rPr>
                <w:rFonts w:cs="Times New Roman"/>
                <w:szCs w:val="28"/>
              </w:rPr>
            </w:pPr>
            <w:r w:rsidRPr="00726D7C">
              <w:rPr>
                <w:rFonts w:cs="Times New Roman"/>
                <w:szCs w:val="28"/>
              </w:rPr>
              <w:t>1</w:t>
            </w:r>
          </w:p>
        </w:tc>
        <w:tc>
          <w:tcPr>
            <w:tcW w:w="5717" w:type="dxa"/>
          </w:tcPr>
          <w:p w14:paraId="20D06E56" w14:textId="77777777" w:rsidR="0085125B" w:rsidRPr="00726D7C" w:rsidRDefault="001F678B" w:rsidP="006023F3">
            <w:pPr>
              <w:rPr>
                <w:rFonts w:cs="Times New Roman"/>
                <w:szCs w:val="28"/>
              </w:rPr>
            </w:pPr>
            <w:r w:rsidRPr="00726D7C">
              <w:rPr>
                <w:rFonts w:cs="Times New Roman"/>
                <w:szCs w:val="28"/>
              </w:rPr>
              <w:t>Общие положения</w:t>
            </w:r>
          </w:p>
        </w:tc>
        <w:tc>
          <w:tcPr>
            <w:tcW w:w="3213" w:type="dxa"/>
          </w:tcPr>
          <w:p w14:paraId="772595A2" w14:textId="6C398390" w:rsidR="0085125B" w:rsidRPr="009439A5" w:rsidRDefault="009439A5" w:rsidP="009439A5">
            <w:pPr>
              <w:jc w:val="center"/>
              <w:rPr>
                <w:rFonts w:cs="Times New Roman"/>
                <w:szCs w:val="28"/>
                <w:lang w:val="kk-KZ"/>
              </w:rPr>
            </w:pPr>
            <w:r>
              <w:rPr>
                <w:rFonts w:cs="Times New Roman"/>
                <w:szCs w:val="28"/>
                <w:lang w:val="kk-KZ"/>
              </w:rPr>
              <w:t>3</w:t>
            </w:r>
          </w:p>
        </w:tc>
      </w:tr>
      <w:tr w:rsidR="0085125B" w:rsidRPr="00726D7C" w14:paraId="34A50F2E" w14:textId="77777777" w:rsidTr="00006CCA">
        <w:trPr>
          <w:jc w:val="center"/>
        </w:trPr>
        <w:tc>
          <w:tcPr>
            <w:tcW w:w="709" w:type="dxa"/>
          </w:tcPr>
          <w:p w14:paraId="73371A67" w14:textId="77777777" w:rsidR="0085125B" w:rsidRPr="00726D7C" w:rsidRDefault="001F678B" w:rsidP="006023F3">
            <w:pPr>
              <w:rPr>
                <w:rFonts w:cs="Times New Roman"/>
                <w:szCs w:val="28"/>
              </w:rPr>
            </w:pPr>
            <w:r w:rsidRPr="00726D7C">
              <w:rPr>
                <w:rFonts w:cs="Times New Roman"/>
                <w:szCs w:val="28"/>
              </w:rPr>
              <w:t>2</w:t>
            </w:r>
          </w:p>
        </w:tc>
        <w:tc>
          <w:tcPr>
            <w:tcW w:w="5717" w:type="dxa"/>
          </w:tcPr>
          <w:p w14:paraId="23FCE345" w14:textId="77777777" w:rsidR="0085125B" w:rsidRPr="00726D7C" w:rsidRDefault="001F678B" w:rsidP="006023F3">
            <w:pPr>
              <w:rPr>
                <w:rFonts w:cs="Times New Roman"/>
                <w:szCs w:val="28"/>
              </w:rPr>
            </w:pPr>
            <w:r w:rsidRPr="00726D7C">
              <w:rPr>
                <w:rFonts w:cs="Times New Roman"/>
                <w:szCs w:val="28"/>
              </w:rPr>
              <w:t>Глоссарий</w:t>
            </w:r>
          </w:p>
        </w:tc>
        <w:tc>
          <w:tcPr>
            <w:tcW w:w="3213" w:type="dxa"/>
          </w:tcPr>
          <w:p w14:paraId="37A79FAA" w14:textId="3601D2F1" w:rsidR="0085125B" w:rsidRPr="009439A5" w:rsidRDefault="009439A5" w:rsidP="009439A5">
            <w:pPr>
              <w:jc w:val="center"/>
              <w:rPr>
                <w:rFonts w:cs="Times New Roman"/>
                <w:szCs w:val="28"/>
                <w:lang w:val="kk-KZ"/>
              </w:rPr>
            </w:pPr>
            <w:r>
              <w:rPr>
                <w:rFonts w:cs="Times New Roman"/>
                <w:szCs w:val="28"/>
                <w:lang w:val="kk-KZ"/>
              </w:rPr>
              <w:t>6</w:t>
            </w:r>
          </w:p>
        </w:tc>
      </w:tr>
      <w:tr w:rsidR="0085125B" w:rsidRPr="00726D7C" w14:paraId="6EA00713" w14:textId="77777777" w:rsidTr="00006CCA">
        <w:trPr>
          <w:jc w:val="center"/>
        </w:trPr>
        <w:tc>
          <w:tcPr>
            <w:tcW w:w="709" w:type="dxa"/>
          </w:tcPr>
          <w:p w14:paraId="3B442A0F" w14:textId="77777777" w:rsidR="0085125B" w:rsidRPr="00726D7C" w:rsidRDefault="001F678B" w:rsidP="006023F3">
            <w:pPr>
              <w:rPr>
                <w:rFonts w:cs="Times New Roman"/>
                <w:szCs w:val="28"/>
              </w:rPr>
            </w:pPr>
            <w:r w:rsidRPr="00726D7C">
              <w:rPr>
                <w:rFonts w:cs="Times New Roman"/>
                <w:szCs w:val="28"/>
              </w:rPr>
              <w:t>3</w:t>
            </w:r>
          </w:p>
        </w:tc>
        <w:tc>
          <w:tcPr>
            <w:tcW w:w="5717" w:type="dxa"/>
          </w:tcPr>
          <w:p w14:paraId="410E4CD4" w14:textId="77777777" w:rsidR="0085125B" w:rsidRPr="00726D7C" w:rsidRDefault="001F678B" w:rsidP="006023F3">
            <w:pPr>
              <w:rPr>
                <w:rFonts w:cs="Times New Roman"/>
                <w:szCs w:val="28"/>
              </w:rPr>
            </w:pPr>
            <w:r w:rsidRPr="00726D7C">
              <w:rPr>
                <w:rFonts w:cs="Times New Roman"/>
                <w:szCs w:val="28"/>
              </w:rPr>
              <w:t>Направленность и тематика</w:t>
            </w:r>
          </w:p>
        </w:tc>
        <w:tc>
          <w:tcPr>
            <w:tcW w:w="3213" w:type="dxa"/>
          </w:tcPr>
          <w:p w14:paraId="5CA63083" w14:textId="202DF594" w:rsidR="0085125B" w:rsidRPr="009439A5" w:rsidRDefault="009439A5" w:rsidP="009439A5">
            <w:pPr>
              <w:jc w:val="center"/>
              <w:rPr>
                <w:rFonts w:cs="Times New Roman"/>
                <w:szCs w:val="28"/>
                <w:lang w:val="kk-KZ"/>
              </w:rPr>
            </w:pPr>
            <w:r>
              <w:rPr>
                <w:rFonts w:cs="Times New Roman"/>
                <w:szCs w:val="28"/>
                <w:lang w:val="kk-KZ"/>
              </w:rPr>
              <w:t>8</w:t>
            </w:r>
          </w:p>
        </w:tc>
      </w:tr>
      <w:tr w:rsidR="0085125B" w:rsidRPr="009439A5" w14:paraId="39799E8E" w14:textId="77777777" w:rsidTr="00006CCA">
        <w:trPr>
          <w:jc w:val="center"/>
        </w:trPr>
        <w:tc>
          <w:tcPr>
            <w:tcW w:w="709" w:type="dxa"/>
          </w:tcPr>
          <w:p w14:paraId="0C3C5CEA" w14:textId="77777777" w:rsidR="0085125B" w:rsidRPr="00726D7C" w:rsidRDefault="001F678B" w:rsidP="006023F3">
            <w:pPr>
              <w:rPr>
                <w:rFonts w:cs="Times New Roman"/>
                <w:szCs w:val="28"/>
              </w:rPr>
            </w:pPr>
            <w:r w:rsidRPr="00726D7C">
              <w:rPr>
                <w:rFonts w:cs="Times New Roman"/>
                <w:szCs w:val="28"/>
              </w:rPr>
              <w:t>4</w:t>
            </w:r>
          </w:p>
        </w:tc>
        <w:tc>
          <w:tcPr>
            <w:tcW w:w="5717" w:type="dxa"/>
          </w:tcPr>
          <w:p w14:paraId="02C53DFA" w14:textId="77777777" w:rsidR="0085125B" w:rsidRPr="00726D7C" w:rsidRDefault="001F678B" w:rsidP="006023F3">
            <w:pPr>
              <w:rPr>
                <w:rFonts w:cs="Times New Roman"/>
                <w:szCs w:val="28"/>
                <w:lang w:val="ru-RU"/>
              </w:rPr>
            </w:pPr>
            <w:r w:rsidRPr="00726D7C">
              <w:rPr>
                <w:rFonts w:cs="Times New Roman"/>
                <w:szCs w:val="28"/>
                <w:lang w:val="ru-RU"/>
              </w:rPr>
              <w:t>Цель, задачи и ожидаемые результаты</w:t>
            </w:r>
          </w:p>
        </w:tc>
        <w:tc>
          <w:tcPr>
            <w:tcW w:w="3213" w:type="dxa"/>
          </w:tcPr>
          <w:p w14:paraId="63E73F70" w14:textId="7CCE10E7" w:rsidR="0085125B" w:rsidRPr="00726D7C" w:rsidRDefault="009439A5" w:rsidP="009439A5">
            <w:pPr>
              <w:jc w:val="center"/>
              <w:rPr>
                <w:rFonts w:cs="Times New Roman"/>
                <w:szCs w:val="28"/>
                <w:lang w:val="ru-RU"/>
              </w:rPr>
            </w:pPr>
            <w:r>
              <w:rPr>
                <w:rFonts w:cs="Times New Roman"/>
                <w:szCs w:val="28"/>
                <w:lang w:val="ru-RU"/>
              </w:rPr>
              <w:t>14</w:t>
            </w:r>
          </w:p>
        </w:tc>
      </w:tr>
      <w:tr w:rsidR="0085125B" w:rsidRPr="00726D7C" w14:paraId="2800CE69" w14:textId="77777777" w:rsidTr="00006CCA">
        <w:trPr>
          <w:jc w:val="center"/>
        </w:trPr>
        <w:tc>
          <w:tcPr>
            <w:tcW w:w="709" w:type="dxa"/>
          </w:tcPr>
          <w:p w14:paraId="09C48987" w14:textId="77777777" w:rsidR="0085125B" w:rsidRPr="00726D7C" w:rsidRDefault="001F678B" w:rsidP="006023F3">
            <w:pPr>
              <w:rPr>
                <w:rFonts w:cs="Times New Roman"/>
                <w:szCs w:val="28"/>
              </w:rPr>
            </w:pPr>
            <w:r w:rsidRPr="00726D7C">
              <w:rPr>
                <w:rFonts w:cs="Times New Roman"/>
                <w:szCs w:val="28"/>
              </w:rPr>
              <w:t>5</w:t>
            </w:r>
          </w:p>
        </w:tc>
        <w:tc>
          <w:tcPr>
            <w:tcW w:w="5717" w:type="dxa"/>
          </w:tcPr>
          <w:p w14:paraId="53DCAEA6" w14:textId="77777777" w:rsidR="0085125B" w:rsidRPr="00726D7C" w:rsidRDefault="001F678B" w:rsidP="006023F3">
            <w:pPr>
              <w:rPr>
                <w:rFonts w:cs="Times New Roman"/>
                <w:szCs w:val="28"/>
              </w:rPr>
            </w:pPr>
            <w:r w:rsidRPr="00726D7C">
              <w:rPr>
                <w:rFonts w:cs="Times New Roman"/>
                <w:szCs w:val="28"/>
              </w:rPr>
              <w:t>Структура и содержание Программы</w:t>
            </w:r>
          </w:p>
        </w:tc>
        <w:tc>
          <w:tcPr>
            <w:tcW w:w="3213" w:type="dxa"/>
          </w:tcPr>
          <w:p w14:paraId="5424EF65" w14:textId="235260DB" w:rsidR="0085125B" w:rsidRPr="009439A5" w:rsidRDefault="009439A5" w:rsidP="009439A5">
            <w:pPr>
              <w:jc w:val="center"/>
              <w:rPr>
                <w:rFonts w:cs="Times New Roman"/>
                <w:szCs w:val="28"/>
                <w:lang w:val="kk-KZ"/>
              </w:rPr>
            </w:pPr>
            <w:r>
              <w:rPr>
                <w:rFonts w:cs="Times New Roman"/>
                <w:szCs w:val="28"/>
                <w:lang w:val="kk-KZ"/>
              </w:rPr>
              <w:t>17</w:t>
            </w:r>
          </w:p>
        </w:tc>
      </w:tr>
      <w:tr w:rsidR="0085125B" w:rsidRPr="00726D7C" w14:paraId="2E10D632" w14:textId="77777777" w:rsidTr="00006CCA">
        <w:trPr>
          <w:jc w:val="center"/>
        </w:trPr>
        <w:tc>
          <w:tcPr>
            <w:tcW w:w="709" w:type="dxa"/>
          </w:tcPr>
          <w:p w14:paraId="41FB4805" w14:textId="77777777" w:rsidR="0085125B" w:rsidRPr="00726D7C" w:rsidRDefault="001F678B" w:rsidP="006023F3">
            <w:pPr>
              <w:rPr>
                <w:rFonts w:cs="Times New Roman"/>
                <w:szCs w:val="28"/>
              </w:rPr>
            </w:pPr>
            <w:r w:rsidRPr="00726D7C">
              <w:rPr>
                <w:rFonts w:cs="Times New Roman"/>
                <w:szCs w:val="28"/>
              </w:rPr>
              <w:t>6</w:t>
            </w:r>
          </w:p>
        </w:tc>
        <w:tc>
          <w:tcPr>
            <w:tcW w:w="5717" w:type="dxa"/>
          </w:tcPr>
          <w:p w14:paraId="6006B24B" w14:textId="77777777" w:rsidR="0085125B" w:rsidRPr="00726D7C" w:rsidRDefault="001F678B" w:rsidP="006023F3">
            <w:pPr>
              <w:rPr>
                <w:rFonts w:cs="Times New Roman"/>
                <w:szCs w:val="28"/>
              </w:rPr>
            </w:pPr>
            <w:r w:rsidRPr="00726D7C">
              <w:rPr>
                <w:rFonts w:cs="Times New Roman"/>
                <w:szCs w:val="28"/>
              </w:rPr>
              <w:t>Условия реализации</w:t>
            </w:r>
          </w:p>
        </w:tc>
        <w:tc>
          <w:tcPr>
            <w:tcW w:w="3213" w:type="dxa"/>
          </w:tcPr>
          <w:p w14:paraId="7BF2D636" w14:textId="023E2D3D" w:rsidR="0085125B" w:rsidRPr="009439A5" w:rsidRDefault="009439A5" w:rsidP="009439A5">
            <w:pPr>
              <w:jc w:val="center"/>
              <w:rPr>
                <w:rFonts w:cs="Times New Roman"/>
                <w:szCs w:val="28"/>
                <w:lang w:val="kk-KZ"/>
              </w:rPr>
            </w:pPr>
            <w:r>
              <w:rPr>
                <w:rFonts w:cs="Times New Roman"/>
                <w:szCs w:val="28"/>
                <w:lang w:val="kk-KZ"/>
              </w:rPr>
              <w:t>28</w:t>
            </w:r>
          </w:p>
        </w:tc>
      </w:tr>
      <w:tr w:rsidR="0085125B" w:rsidRPr="00726D7C" w14:paraId="767E91FC" w14:textId="77777777" w:rsidTr="00006CCA">
        <w:trPr>
          <w:jc w:val="center"/>
        </w:trPr>
        <w:tc>
          <w:tcPr>
            <w:tcW w:w="709" w:type="dxa"/>
          </w:tcPr>
          <w:p w14:paraId="56F60A50" w14:textId="77777777" w:rsidR="0085125B" w:rsidRPr="00726D7C" w:rsidRDefault="001F678B" w:rsidP="006023F3">
            <w:pPr>
              <w:rPr>
                <w:rFonts w:cs="Times New Roman"/>
                <w:szCs w:val="28"/>
              </w:rPr>
            </w:pPr>
            <w:r w:rsidRPr="00726D7C">
              <w:rPr>
                <w:rFonts w:cs="Times New Roman"/>
                <w:szCs w:val="28"/>
              </w:rPr>
              <w:t>7</w:t>
            </w:r>
          </w:p>
        </w:tc>
        <w:tc>
          <w:tcPr>
            <w:tcW w:w="5717" w:type="dxa"/>
          </w:tcPr>
          <w:p w14:paraId="37F68A36" w14:textId="77777777" w:rsidR="0085125B" w:rsidRPr="00726D7C" w:rsidRDefault="001F678B" w:rsidP="006023F3">
            <w:pPr>
              <w:rPr>
                <w:rFonts w:cs="Times New Roman"/>
                <w:szCs w:val="28"/>
              </w:rPr>
            </w:pPr>
            <w:r w:rsidRPr="00726D7C">
              <w:rPr>
                <w:rFonts w:cs="Times New Roman"/>
                <w:szCs w:val="28"/>
              </w:rPr>
              <w:t>Кадровое и методическое обеспечение</w:t>
            </w:r>
          </w:p>
        </w:tc>
        <w:tc>
          <w:tcPr>
            <w:tcW w:w="3213" w:type="dxa"/>
          </w:tcPr>
          <w:p w14:paraId="082109B8" w14:textId="6FC83A76" w:rsidR="0085125B" w:rsidRPr="009439A5" w:rsidRDefault="009439A5" w:rsidP="009439A5">
            <w:pPr>
              <w:jc w:val="center"/>
              <w:rPr>
                <w:rFonts w:cs="Times New Roman"/>
                <w:szCs w:val="28"/>
                <w:lang w:val="kk-KZ"/>
              </w:rPr>
            </w:pPr>
            <w:r>
              <w:rPr>
                <w:rFonts w:cs="Times New Roman"/>
                <w:szCs w:val="28"/>
                <w:lang w:val="kk-KZ"/>
              </w:rPr>
              <w:t>31</w:t>
            </w:r>
          </w:p>
        </w:tc>
      </w:tr>
      <w:tr w:rsidR="0085125B" w:rsidRPr="009439A5" w14:paraId="4726343F" w14:textId="77777777" w:rsidTr="00006CCA">
        <w:trPr>
          <w:jc w:val="center"/>
        </w:trPr>
        <w:tc>
          <w:tcPr>
            <w:tcW w:w="709" w:type="dxa"/>
          </w:tcPr>
          <w:p w14:paraId="70B36EF3" w14:textId="77777777" w:rsidR="0085125B" w:rsidRPr="00726D7C" w:rsidRDefault="001F678B" w:rsidP="006023F3">
            <w:pPr>
              <w:rPr>
                <w:rFonts w:cs="Times New Roman"/>
                <w:szCs w:val="28"/>
              </w:rPr>
            </w:pPr>
            <w:r w:rsidRPr="00726D7C">
              <w:rPr>
                <w:rFonts w:cs="Times New Roman"/>
                <w:szCs w:val="28"/>
              </w:rPr>
              <w:t>8</w:t>
            </w:r>
          </w:p>
        </w:tc>
        <w:tc>
          <w:tcPr>
            <w:tcW w:w="5717" w:type="dxa"/>
          </w:tcPr>
          <w:p w14:paraId="2EB44A9A" w14:textId="77777777" w:rsidR="0085125B" w:rsidRPr="00726D7C" w:rsidRDefault="001F678B" w:rsidP="006023F3">
            <w:pPr>
              <w:rPr>
                <w:rFonts w:cs="Times New Roman"/>
                <w:szCs w:val="28"/>
                <w:lang w:val="ru-RU"/>
              </w:rPr>
            </w:pPr>
            <w:r w:rsidRPr="00726D7C">
              <w:rPr>
                <w:rFonts w:cs="Times New Roman"/>
                <w:szCs w:val="28"/>
                <w:lang w:val="ru-RU"/>
              </w:rPr>
              <w:t>Мониторинг и оценка результатов реализации</w:t>
            </w:r>
          </w:p>
        </w:tc>
        <w:tc>
          <w:tcPr>
            <w:tcW w:w="3213" w:type="dxa"/>
          </w:tcPr>
          <w:p w14:paraId="559EC631" w14:textId="66AD7D46" w:rsidR="0085125B" w:rsidRPr="00726D7C" w:rsidRDefault="009439A5" w:rsidP="009439A5">
            <w:pPr>
              <w:jc w:val="center"/>
              <w:rPr>
                <w:rFonts w:cs="Times New Roman"/>
                <w:szCs w:val="28"/>
                <w:lang w:val="ru-RU"/>
              </w:rPr>
            </w:pPr>
            <w:r>
              <w:rPr>
                <w:rFonts w:cs="Times New Roman"/>
                <w:szCs w:val="28"/>
                <w:lang w:val="ru-RU"/>
              </w:rPr>
              <w:t>32</w:t>
            </w:r>
          </w:p>
        </w:tc>
      </w:tr>
      <w:tr w:rsidR="0085125B" w:rsidRPr="009439A5" w14:paraId="52767A10" w14:textId="77777777" w:rsidTr="00006CCA">
        <w:trPr>
          <w:jc w:val="center"/>
        </w:trPr>
        <w:tc>
          <w:tcPr>
            <w:tcW w:w="709" w:type="dxa"/>
          </w:tcPr>
          <w:p w14:paraId="1FAF24B0" w14:textId="77777777" w:rsidR="0085125B" w:rsidRPr="00726D7C" w:rsidRDefault="001F678B" w:rsidP="006023F3">
            <w:pPr>
              <w:rPr>
                <w:rFonts w:cs="Times New Roman"/>
                <w:szCs w:val="28"/>
              </w:rPr>
            </w:pPr>
            <w:r w:rsidRPr="00726D7C">
              <w:rPr>
                <w:rFonts w:cs="Times New Roman"/>
                <w:szCs w:val="28"/>
              </w:rPr>
              <w:t>9</w:t>
            </w:r>
          </w:p>
        </w:tc>
        <w:tc>
          <w:tcPr>
            <w:tcW w:w="5717" w:type="dxa"/>
          </w:tcPr>
          <w:p w14:paraId="1D1F3893" w14:textId="77777777" w:rsidR="0085125B" w:rsidRPr="00726D7C" w:rsidRDefault="001F678B" w:rsidP="006023F3">
            <w:pPr>
              <w:rPr>
                <w:rFonts w:cs="Times New Roman"/>
                <w:szCs w:val="28"/>
                <w:lang w:val="ru-RU"/>
              </w:rPr>
            </w:pPr>
            <w:r w:rsidRPr="00726D7C">
              <w:rPr>
                <w:rFonts w:cs="Times New Roman"/>
                <w:szCs w:val="28"/>
                <w:lang w:val="ru-RU"/>
              </w:rPr>
              <w:t>Список основной и дополнительной литературы</w:t>
            </w:r>
          </w:p>
        </w:tc>
        <w:tc>
          <w:tcPr>
            <w:tcW w:w="3213" w:type="dxa"/>
          </w:tcPr>
          <w:p w14:paraId="51CA2190" w14:textId="1A14B57C" w:rsidR="0085125B" w:rsidRPr="00726D7C" w:rsidRDefault="009439A5" w:rsidP="009439A5">
            <w:pPr>
              <w:jc w:val="center"/>
              <w:rPr>
                <w:rFonts w:cs="Times New Roman"/>
                <w:szCs w:val="28"/>
                <w:lang w:val="ru-RU"/>
              </w:rPr>
            </w:pPr>
            <w:r>
              <w:rPr>
                <w:rFonts w:cs="Times New Roman"/>
                <w:szCs w:val="28"/>
                <w:lang w:val="ru-RU"/>
              </w:rPr>
              <w:t>35</w:t>
            </w:r>
          </w:p>
        </w:tc>
      </w:tr>
    </w:tbl>
    <w:p w14:paraId="26358F1B" w14:textId="77777777" w:rsidR="0085125B" w:rsidRPr="00726D7C" w:rsidRDefault="001F678B" w:rsidP="006023F3">
      <w:pPr>
        <w:spacing w:line="240" w:lineRule="auto"/>
        <w:rPr>
          <w:rFonts w:cs="Times New Roman"/>
          <w:szCs w:val="28"/>
          <w:lang w:val="ru-RU"/>
        </w:rPr>
      </w:pPr>
      <w:r w:rsidRPr="00726D7C">
        <w:rPr>
          <w:rFonts w:cs="Times New Roman"/>
          <w:szCs w:val="28"/>
          <w:lang w:val="ru-RU"/>
        </w:rPr>
        <w:br w:type="page"/>
      </w:r>
    </w:p>
    <w:p w14:paraId="6FBFC9BC" w14:textId="77777777" w:rsidR="0085125B" w:rsidRPr="00726D7C" w:rsidRDefault="001F678B" w:rsidP="006023F3">
      <w:pPr>
        <w:pStyle w:val="1"/>
        <w:spacing w:before="120" w:after="60" w:line="240" w:lineRule="auto"/>
        <w:rPr>
          <w:rFonts w:cs="Times New Roman"/>
          <w:lang w:val="ru-RU"/>
        </w:rPr>
      </w:pPr>
      <w:r w:rsidRPr="00726D7C">
        <w:rPr>
          <w:rFonts w:eastAsia="Times New Roman" w:cs="Times New Roman"/>
          <w:lang w:val="ru-RU"/>
        </w:rPr>
        <w:lastRenderedPageBreak/>
        <w:t>Раздел 1. Общие положения</w:t>
      </w:r>
    </w:p>
    <w:p w14:paraId="2BAB23B7" w14:textId="77777777" w:rsidR="0085125B" w:rsidRPr="00726D7C" w:rsidRDefault="001F678B" w:rsidP="006023F3">
      <w:pPr>
        <w:pStyle w:val="21"/>
        <w:spacing w:before="60" w:after="60" w:line="240" w:lineRule="auto"/>
        <w:rPr>
          <w:rFonts w:cs="Times New Roman"/>
          <w:szCs w:val="28"/>
          <w:lang w:val="ru-RU"/>
        </w:rPr>
      </w:pPr>
      <w:r w:rsidRPr="00726D7C">
        <w:rPr>
          <w:rFonts w:eastAsia="Times New Roman" w:cs="Times New Roman"/>
          <w:szCs w:val="28"/>
          <w:lang w:val="ru-RU"/>
        </w:rPr>
        <w:t>Наименование Программы</w:t>
      </w:r>
    </w:p>
    <w:p w14:paraId="5F85E50B" w14:textId="76A2D8F3"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Образовательно-оздоровительная программа несовершеннолетним «</w:t>
      </w:r>
      <w:r w:rsidRPr="00726D7C">
        <w:rPr>
          <w:rFonts w:cs="Times New Roman"/>
          <w:szCs w:val="28"/>
        </w:rPr>
        <w:t>ART</w:t>
      </w:r>
      <w:r w:rsidRPr="00726D7C">
        <w:rPr>
          <w:rFonts w:cs="Times New Roman"/>
          <w:szCs w:val="28"/>
          <w:lang w:val="ru-RU"/>
        </w:rPr>
        <w:t xml:space="preserve"> </w:t>
      </w:r>
      <w:r w:rsidRPr="00726D7C">
        <w:rPr>
          <w:rFonts w:cs="Times New Roman"/>
          <w:szCs w:val="28"/>
        </w:rPr>
        <w:t>ALEM</w:t>
      </w:r>
      <w:r w:rsidRPr="00726D7C">
        <w:rPr>
          <w:rFonts w:cs="Times New Roman"/>
          <w:szCs w:val="28"/>
          <w:lang w:val="ru-RU"/>
        </w:rPr>
        <w:t xml:space="preserve">» (далее - Программа) разработана в целях обеспечения комплексного образовательного, воспитательного и оздоровительного сопровождения детей и подростков в условиях сезонного детского образовательно-оздоровительного </w:t>
      </w:r>
      <w:r w:rsidR="00221688">
        <w:rPr>
          <w:rFonts w:cs="Times New Roman"/>
          <w:szCs w:val="28"/>
          <w:lang w:val="ru-RU"/>
        </w:rPr>
        <w:t>центра/</w:t>
      </w:r>
      <w:r w:rsidRPr="00726D7C">
        <w:rPr>
          <w:rFonts w:cs="Times New Roman"/>
          <w:szCs w:val="28"/>
          <w:lang w:val="ru-RU"/>
        </w:rPr>
        <w:t xml:space="preserve">лагеря </w:t>
      </w:r>
      <w:r w:rsidR="00221688">
        <w:rPr>
          <w:rFonts w:cs="Times New Roman"/>
          <w:szCs w:val="28"/>
          <w:lang w:val="ru-RU"/>
        </w:rPr>
        <w:t xml:space="preserve">(ДООЦ) </w:t>
      </w:r>
      <w:r w:rsidRPr="00726D7C">
        <w:rPr>
          <w:rFonts w:cs="Times New Roman"/>
          <w:szCs w:val="28"/>
          <w:lang w:val="ru-RU"/>
        </w:rPr>
        <w:t>творческой направленности.</w:t>
      </w:r>
    </w:p>
    <w:p w14:paraId="2EB0AE5D"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Название «</w:t>
      </w:r>
      <w:r w:rsidRPr="00726D7C">
        <w:rPr>
          <w:rFonts w:cs="Times New Roman"/>
          <w:szCs w:val="28"/>
        </w:rPr>
        <w:t>ART</w:t>
      </w:r>
      <w:r w:rsidRPr="00726D7C">
        <w:rPr>
          <w:rFonts w:cs="Times New Roman"/>
          <w:szCs w:val="28"/>
          <w:lang w:val="ru-RU"/>
        </w:rPr>
        <w:t xml:space="preserve"> </w:t>
      </w:r>
      <w:r w:rsidRPr="00726D7C">
        <w:rPr>
          <w:rFonts w:cs="Times New Roman"/>
          <w:szCs w:val="28"/>
        </w:rPr>
        <w:t>ALEM</w:t>
      </w:r>
      <w:r w:rsidRPr="00726D7C">
        <w:rPr>
          <w:rFonts w:cs="Times New Roman"/>
          <w:szCs w:val="28"/>
          <w:lang w:val="ru-RU"/>
        </w:rPr>
        <w:t>» отражает идею создания открытого творческого пространства, в котором каждый участник получает возможность выразить себя через искусство, дизайн, музыку, театр, движение, медиа, цифровое творчество, коллективные проекты и культурное взаимодействие.</w:t>
      </w:r>
    </w:p>
    <w:p w14:paraId="4B1DF7AE"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Программа представляет собой модель организации летнего отдыха, направленную на укрепление физического и психоэмоционального здоровья несовершеннолетних, развитие творческого мышления, эстетической культуры, эмоционального интеллекта, коммуникативных навыков, проектной инициативы, медиаграмотности и способности к созидательной деятельности.</w:t>
      </w:r>
    </w:p>
    <w:p w14:paraId="57B3BC81" w14:textId="69BEB7FA"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 xml:space="preserve">Программа реализуется Организацией в период летнего сезона с учетом утвержденного графика смен, условий функционирования </w:t>
      </w:r>
      <w:r w:rsidR="00221688">
        <w:rPr>
          <w:rFonts w:cs="Times New Roman"/>
          <w:szCs w:val="28"/>
          <w:lang w:val="ru-RU"/>
        </w:rPr>
        <w:t>ДООЦ</w:t>
      </w:r>
      <w:r w:rsidRPr="00726D7C">
        <w:rPr>
          <w:rFonts w:cs="Times New Roman"/>
          <w:szCs w:val="28"/>
          <w:lang w:val="ru-RU"/>
        </w:rPr>
        <w:t>, возрастных особенностей участников, санитарно-эпидемиологических требований, кадрового и материально-технического обеспечения.</w:t>
      </w:r>
    </w:p>
    <w:p w14:paraId="25538917"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Концептуальной основой Программы является создание безопасной, поддерживающей и вдохновляющей среды, где участники через различные виды художественной, сценической, музыкальной, медиатворческой и проектной деятельности раскрывают способности, учатся сотрудничать, уважать труд другого человека, воспринимать культурное многообразие и представлять результаты собственного творчества.</w:t>
      </w:r>
    </w:p>
    <w:p w14:paraId="10BF043C"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Содержание Программы ориентировано на реализацию ценностей Единой программы воспитания «Адал азамат», включая честность, ответственность, уважение, трудолюбие, патриотизм, созидательность, культуру общения, бережное отношение к общему пространству и готовность вносить личный вклад в коллективный результат.</w:t>
      </w:r>
    </w:p>
    <w:p w14:paraId="0B123336" w14:textId="77777777" w:rsidR="0085125B" w:rsidRPr="00726D7C" w:rsidRDefault="001F678B" w:rsidP="006023F3">
      <w:pPr>
        <w:pStyle w:val="21"/>
        <w:spacing w:before="60" w:after="60" w:line="240" w:lineRule="auto"/>
        <w:rPr>
          <w:rFonts w:cs="Times New Roman"/>
          <w:szCs w:val="28"/>
          <w:lang w:val="ru-RU"/>
        </w:rPr>
      </w:pPr>
      <w:r w:rsidRPr="00726D7C">
        <w:rPr>
          <w:rFonts w:eastAsia="Times New Roman" w:cs="Times New Roman"/>
          <w:szCs w:val="28"/>
          <w:lang w:val="ru-RU"/>
        </w:rPr>
        <w:t>Сведения об Организации, реализующей Программу</w:t>
      </w:r>
    </w:p>
    <w:p w14:paraId="5443680C" w14:textId="6EDBF5F9"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 xml:space="preserve">Организация, реализующая Программу: </w:t>
      </w:r>
      <w:r w:rsidR="00337B30" w:rsidRPr="00337B30">
        <w:rPr>
          <w:rStyle w:val="af6"/>
          <w:lang w:val="ru-RU"/>
        </w:rPr>
        <w:t>КГУ «Центр поддержки детей, нуждающихся в специальных социальных услугах «Үміт» Управления образования Восточно-Казахстанской области»</w:t>
      </w:r>
      <w:r w:rsidR="00337B30" w:rsidRPr="00337B30">
        <w:rPr>
          <w:lang w:val="ru-RU"/>
        </w:rPr>
        <w:br/>
      </w:r>
      <w:r w:rsidR="00337B30" w:rsidRPr="00337B30">
        <w:rPr>
          <w:rStyle w:val="af6"/>
          <w:lang w:val="ru-RU"/>
        </w:rPr>
        <w:t>Детский образовательно-оздоровительный центр «ЦАРСКАЯ ДОЛИНА»</w:t>
      </w:r>
      <w:r w:rsidR="00337B30" w:rsidRPr="00337B30">
        <w:rPr>
          <w:lang w:val="ru-RU"/>
        </w:rPr>
        <w:t>.</w:t>
      </w:r>
    </w:p>
    <w:p w14:paraId="38FB6E80" w14:textId="19916AFD"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 xml:space="preserve">Место реализации Программы: </w:t>
      </w:r>
      <w:r w:rsidR="00337B30">
        <w:rPr>
          <w:rFonts w:cs="Times New Roman"/>
          <w:szCs w:val="28"/>
          <w:lang w:val="ru-RU"/>
        </w:rPr>
        <w:t>ВКО, г.Усть-Каменогорск, ул.Энтузиастов,39</w:t>
      </w:r>
    </w:p>
    <w:p w14:paraId="20CAEBAF" w14:textId="7A417364"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Организация осуществляет дея</w:t>
      </w:r>
      <w:r w:rsidR="002B2032">
        <w:rPr>
          <w:rFonts w:cs="Times New Roman"/>
          <w:szCs w:val="28"/>
          <w:lang w:val="ru-RU"/>
        </w:rPr>
        <w:t xml:space="preserve">тельность в формате </w:t>
      </w:r>
      <w:r w:rsidRPr="00726D7C">
        <w:rPr>
          <w:rFonts w:cs="Times New Roman"/>
          <w:szCs w:val="28"/>
          <w:lang w:val="ru-RU"/>
        </w:rPr>
        <w:t xml:space="preserve">сезонного детского образовательно-оздоровительного </w:t>
      </w:r>
      <w:r w:rsidR="00221688">
        <w:rPr>
          <w:rFonts w:cs="Times New Roman"/>
          <w:szCs w:val="28"/>
          <w:lang w:val="ru-RU"/>
        </w:rPr>
        <w:t>центра/лагеря (ДООЦ)</w:t>
      </w:r>
      <w:r w:rsidRPr="00726D7C">
        <w:rPr>
          <w:rFonts w:cs="Times New Roman"/>
          <w:szCs w:val="28"/>
          <w:lang w:val="ru-RU"/>
        </w:rPr>
        <w:t xml:space="preserve"> для несовершеннолетних.</w:t>
      </w:r>
    </w:p>
    <w:p w14:paraId="23C0617B" w14:textId="01F4BBCA"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lastRenderedPageBreak/>
        <w:t xml:space="preserve">Период функционирования </w:t>
      </w:r>
      <w:r w:rsidR="002B2032">
        <w:rPr>
          <w:rFonts w:cs="Times New Roman"/>
          <w:szCs w:val="28"/>
          <w:lang w:val="ru-RU"/>
        </w:rPr>
        <w:t>ДООЦ</w:t>
      </w:r>
      <w:r w:rsidRPr="00726D7C">
        <w:rPr>
          <w:rFonts w:cs="Times New Roman"/>
          <w:szCs w:val="28"/>
          <w:lang w:val="ru-RU"/>
        </w:rPr>
        <w:t xml:space="preserve">: с </w:t>
      </w:r>
      <w:r w:rsidR="00337B30">
        <w:rPr>
          <w:rFonts w:cs="Times New Roman"/>
          <w:szCs w:val="28"/>
          <w:lang w:val="ru-RU"/>
        </w:rPr>
        <w:t>05.06.2026 по 19.06.2026</w:t>
      </w:r>
      <w:r w:rsidRPr="00726D7C">
        <w:rPr>
          <w:rFonts w:cs="Times New Roman"/>
          <w:szCs w:val="28"/>
          <w:lang w:val="ru-RU"/>
        </w:rPr>
        <w:t xml:space="preserve"> года.</w:t>
      </w:r>
    </w:p>
    <w:p w14:paraId="26687B69" w14:textId="14B34CEA"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Продолжительность одной смены составляет 1</w:t>
      </w:r>
      <w:r w:rsidR="00337B30">
        <w:rPr>
          <w:rFonts w:cs="Times New Roman"/>
          <w:szCs w:val="28"/>
          <w:lang w:val="ru-RU"/>
        </w:rPr>
        <w:t>5</w:t>
      </w:r>
      <w:r w:rsidRPr="00726D7C">
        <w:rPr>
          <w:rFonts w:cs="Times New Roman"/>
          <w:szCs w:val="28"/>
          <w:lang w:val="ru-RU"/>
        </w:rPr>
        <w:t xml:space="preserve"> календарных дней: с понедельника первой недели по пятницу второй недели.</w:t>
      </w:r>
    </w:p>
    <w:p w14:paraId="115328D0" w14:textId="74A0F1B4"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 xml:space="preserve">Количество участников одной смены: </w:t>
      </w:r>
      <w:r w:rsidR="00337B30">
        <w:rPr>
          <w:rFonts w:cs="Times New Roman"/>
          <w:szCs w:val="28"/>
          <w:lang w:val="ru-RU"/>
        </w:rPr>
        <w:t>30</w:t>
      </w:r>
      <w:r w:rsidRPr="00726D7C">
        <w:rPr>
          <w:rFonts w:cs="Times New Roman"/>
          <w:szCs w:val="28"/>
          <w:lang w:val="ru-RU"/>
        </w:rPr>
        <w:t xml:space="preserve"> человек. Количество смен: </w:t>
      </w:r>
      <w:r w:rsidR="00337B30">
        <w:rPr>
          <w:rFonts w:cs="Times New Roman"/>
          <w:szCs w:val="28"/>
          <w:lang w:val="ru-RU"/>
        </w:rPr>
        <w:t>6</w:t>
      </w:r>
      <w:r w:rsidRPr="00726D7C">
        <w:rPr>
          <w:rFonts w:cs="Times New Roman"/>
          <w:szCs w:val="28"/>
          <w:highlight w:val="yellow"/>
          <w:lang w:val="ru-RU"/>
        </w:rPr>
        <w:t>.</w:t>
      </w:r>
      <w:r w:rsidRPr="00726D7C">
        <w:rPr>
          <w:rFonts w:cs="Times New Roman"/>
          <w:szCs w:val="28"/>
          <w:lang w:val="ru-RU"/>
        </w:rPr>
        <w:t xml:space="preserve"> Общее количество участников за сезон: </w:t>
      </w:r>
      <w:r w:rsidR="00337B30">
        <w:rPr>
          <w:rFonts w:cs="Times New Roman"/>
          <w:szCs w:val="28"/>
          <w:lang w:val="ru-RU"/>
        </w:rPr>
        <w:t>91</w:t>
      </w:r>
      <w:r w:rsidRPr="00726D7C">
        <w:rPr>
          <w:rFonts w:cs="Times New Roman"/>
          <w:szCs w:val="28"/>
          <w:lang w:val="ru-RU"/>
        </w:rPr>
        <w:t xml:space="preserve"> человек.</w:t>
      </w:r>
    </w:p>
    <w:p w14:paraId="3E5179D8" w14:textId="41D6FAA4"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Программа реализуется на базе</w:t>
      </w:r>
      <w:r w:rsidR="00337B30">
        <w:rPr>
          <w:rFonts w:cs="Times New Roman"/>
          <w:szCs w:val="28"/>
          <w:lang w:val="ru-RU"/>
        </w:rPr>
        <w:t xml:space="preserve"> </w:t>
      </w:r>
      <w:r w:rsidR="00337B30" w:rsidRPr="00726D7C">
        <w:rPr>
          <w:rFonts w:cs="Times New Roman"/>
          <w:szCs w:val="28"/>
          <w:lang w:val="ru-RU"/>
        </w:rPr>
        <w:t xml:space="preserve">: </w:t>
      </w:r>
      <w:r w:rsidR="00337B30" w:rsidRPr="00337B30">
        <w:rPr>
          <w:rStyle w:val="af6"/>
          <w:b w:val="0"/>
          <w:bCs w:val="0"/>
          <w:lang w:val="ru-RU"/>
        </w:rPr>
        <w:t>КГУ «Центр поддержки детей, нуждающихся в специальных социальных услугах «Үміт» Управления образования Восточно-Казахстанской области»</w:t>
      </w:r>
      <w:r w:rsidR="00337B30" w:rsidRPr="00337B30">
        <w:rPr>
          <w:b/>
          <w:bCs/>
          <w:lang w:val="ru-RU"/>
        </w:rPr>
        <w:br/>
      </w:r>
      <w:r w:rsidR="00337B30" w:rsidRPr="00337B30">
        <w:rPr>
          <w:rStyle w:val="af6"/>
          <w:b w:val="0"/>
          <w:bCs w:val="0"/>
          <w:lang w:val="ru-RU"/>
        </w:rPr>
        <w:t>Детский образовательно-оздоровительный центр «ЦАРСКАЯ ДОЛИНА</w:t>
      </w:r>
      <w:r w:rsidR="00337B30" w:rsidRPr="00337B30">
        <w:rPr>
          <w:rStyle w:val="af6"/>
          <w:lang w:val="ru-RU"/>
        </w:rPr>
        <w:t>»</w:t>
      </w:r>
      <w:r w:rsidR="00337B30">
        <w:rPr>
          <w:rStyle w:val="af6"/>
          <w:lang w:val="ru-RU"/>
        </w:rPr>
        <w:t xml:space="preserve"> </w:t>
      </w:r>
      <w:r w:rsidRPr="00337B30">
        <w:rPr>
          <w:rFonts w:cs="Times New Roman"/>
          <w:szCs w:val="28"/>
          <w:lang w:val="ru-RU"/>
        </w:rPr>
        <w:t>,</w:t>
      </w:r>
      <w:r w:rsidRPr="00726D7C">
        <w:rPr>
          <w:rFonts w:cs="Times New Roman"/>
          <w:szCs w:val="28"/>
          <w:lang w:val="ru-RU"/>
        </w:rPr>
        <w:t xml:space="preserve"> обеспечивающего условия для проживания, питания, отдыха, оздоровления, воспитательной, образовательной, творческой, сценической, музыкальной, художественной, проектной, спортивной и досуговой деятельности детей.</w:t>
      </w:r>
    </w:p>
    <w:p w14:paraId="56BC3BD8" w14:textId="40FAE1A5"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 xml:space="preserve">Инфраструктура </w:t>
      </w:r>
      <w:r w:rsidR="00221688">
        <w:rPr>
          <w:rFonts w:cs="Times New Roman"/>
          <w:szCs w:val="28"/>
          <w:lang w:val="ru-RU"/>
        </w:rPr>
        <w:t>ДООЦ</w:t>
      </w:r>
      <w:r w:rsidRPr="00726D7C">
        <w:rPr>
          <w:rFonts w:cs="Times New Roman"/>
          <w:szCs w:val="28"/>
          <w:lang w:val="ru-RU"/>
        </w:rPr>
        <w:t xml:space="preserve"> включает: </w:t>
      </w:r>
      <w:r w:rsidRPr="00337B30">
        <w:rPr>
          <w:rFonts w:cs="Times New Roman"/>
          <w:szCs w:val="28"/>
          <w:lang w:val="ru-RU"/>
        </w:rPr>
        <w:t>столов</w:t>
      </w:r>
      <w:r w:rsidR="00337B30" w:rsidRPr="00337B30">
        <w:rPr>
          <w:rFonts w:cs="Times New Roman"/>
          <w:szCs w:val="28"/>
          <w:lang w:val="ru-RU"/>
        </w:rPr>
        <w:t>ая</w:t>
      </w:r>
      <w:r w:rsidRPr="00337B30">
        <w:rPr>
          <w:rFonts w:cs="Times New Roman"/>
          <w:szCs w:val="28"/>
          <w:lang w:val="ru-RU"/>
        </w:rPr>
        <w:t>, медицинский пункт, спортивные и игровые площадки, актовый зал, клубное помещение, творческие комнаты, открытые площадки, помещения или пространства для групповой работы, выставок, репетиций, мастер-классов, проектной деятельности, мероприятий и отдыха.</w:t>
      </w:r>
      <w:r w:rsidRPr="00726D7C">
        <w:rPr>
          <w:rFonts w:cs="Times New Roman"/>
          <w:szCs w:val="28"/>
          <w:lang w:val="ru-RU"/>
        </w:rPr>
        <w:t xml:space="preserve"> При отсутствии специализированных студий мероприятия проводятся в имеющихся безопасных пространствах с использованием доступных материалов и с учетом погодных условий, режима дня и требований безопасности.</w:t>
      </w:r>
    </w:p>
    <w:p w14:paraId="0E50A849" w14:textId="77777777" w:rsidR="0085125B" w:rsidRPr="00726D7C" w:rsidRDefault="001F678B" w:rsidP="006023F3">
      <w:pPr>
        <w:pStyle w:val="21"/>
        <w:spacing w:before="60" w:after="60" w:line="240" w:lineRule="auto"/>
        <w:rPr>
          <w:rFonts w:cs="Times New Roman"/>
          <w:szCs w:val="28"/>
          <w:lang w:val="ru-RU"/>
        </w:rPr>
      </w:pPr>
      <w:r w:rsidRPr="00726D7C">
        <w:rPr>
          <w:rFonts w:eastAsia="Times New Roman" w:cs="Times New Roman"/>
          <w:szCs w:val="28"/>
          <w:lang w:val="ru-RU"/>
        </w:rPr>
        <w:t>Правовое основание разработки Программы</w:t>
      </w:r>
    </w:p>
    <w:p w14:paraId="4754B1B1"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Программа разработана в соответствии с законодательством Республики Казахстан в сфере образования, воспитания, отдыха, оздоровления, охраны жизни и здоровья несовершеннолетних, а также защиты их прав и законных интересов.</w:t>
      </w:r>
    </w:p>
    <w:p w14:paraId="17319D7C"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1) Закон Республики Казахстан «Об образовании» от 27 июля 2007 года № 319-</w:t>
      </w:r>
      <w:r w:rsidRPr="00726D7C">
        <w:rPr>
          <w:rFonts w:cs="Times New Roman"/>
          <w:szCs w:val="28"/>
        </w:rPr>
        <w:t>III</w:t>
      </w:r>
      <w:r w:rsidRPr="00726D7C">
        <w:rPr>
          <w:rFonts w:cs="Times New Roman"/>
          <w:szCs w:val="28"/>
          <w:lang w:val="ru-RU"/>
        </w:rPr>
        <w:t>.</w:t>
      </w:r>
    </w:p>
    <w:p w14:paraId="65734AC7"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2) Закон Республики Казахстан «О правах ребенка в Республике Казахстан» от 8 августа 2002 года № 345.</w:t>
      </w:r>
    </w:p>
    <w:p w14:paraId="13089EFE"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3) Кодекс Республики Казахстан «О здоровье народа и системе здравоохранения» от 7 июля 2020 года № 360-</w:t>
      </w:r>
      <w:r w:rsidRPr="00726D7C">
        <w:rPr>
          <w:rFonts w:cs="Times New Roman"/>
          <w:szCs w:val="28"/>
        </w:rPr>
        <w:t>VI</w:t>
      </w:r>
      <w:r w:rsidRPr="00726D7C">
        <w:rPr>
          <w:rFonts w:cs="Times New Roman"/>
          <w:szCs w:val="28"/>
          <w:lang w:val="ru-RU"/>
        </w:rPr>
        <w:t>.</w:t>
      </w:r>
    </w:p>
    <w:p w14:paraId="4CC842ED"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4) Закон Республики Казахстан «О статусе педагога» от 27 декабря 2019 года № 293-</w:t>
      </w:r>
      <w:r w:rsidRPr="00726D7C">
        <w:rPr>
          <w:rFonts w:cs="Times New Roman"/>
          <w:szCs w:val="28"/>
        </w:rPr>
        <w:t>VI</w:t>
      </w:r>
      <w:r w:rsidRPr="00726D7C">
        <w:rPr>
          <w:rFonts w:cs="Times New Roman"/>
          <w:szCs w:val="28"/>
          <w:lang w:val="ru-RU"/>
        </w:rPr>
        <w:t>.</w:t>
      </w:r>
    </w:p>
    <w:p w14:paraId="39BC50F8"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5) Правила по разработке, согласованию и утверждению образовательно-оздоровительных программ несовершеннолетним, а также требования к их структуре и содержанию, утвержденные приказом Министерства просвещения Республики Казахстан.</w:t>
      </w:r>
    </w:p>
    <w:p w14:paraId="087B0FE4"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6) Правила организации оздоровления и отдыха детей в организациях образования, утвержденные приказом Министра просвещения Республики Казахстан от 7 октября 2025 года № 237.</w:t>
      </w:r>
    </w:p>
    <w:p w14:paraId="741D507A"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lastRenderedPageBreak/>
        <w:t>7) Типовые правила деятельности организаций образования соответствующих типов и видов, за исключением организаций высшего и послевузовского образования, утвержденные приказом Министра просвещения Республики Казахстан от 31 августа 2022 года № 385.</w:t>
      </w:r>
    </w:p>
    <w:p w14:paraId="23A5506F"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8) Санитарные правила «Санитарно-эпидемиологические требования к детским оздоровительным и санаторным объектам», утвержденные приказом Министра здравоохранения Республики Казахстан от 10 августа 2022 года № ҚР ДСМ-78.</w:t>
      </w:r>
    </w:p>
    <w:p w14:paraId="180B6C65"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9) Правила безопасности при проведении занятий по физической культуре и спорту, утвержденные приказом Министра культуры и спорта Республики Казахстан от 3 ноября 2014 года № 68.</w:t>
      </w:r>
    </w:p>
    <w:p w14:paraId="094A2FC4"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10) Единая программа воспитания «Адал азамат».</w:t>
      </w:r>
    </w:p>
    <w:p w14:paraId="7E173A35"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11) Иные нормативные правовые акты Республики Казахстан, регулирующие вопросы организации отдыха, оздоровления, воспитания, дополнительного образования, культурно-творческой деятельности, медицинского сопровождения и обеспечения безопасности несовершеннолетних.</w:t>
      </w:r>
    </w:p>
    <w:p w14:paraId="5C20F272" w14:textId="3CF880B5" w:rsidR="0085125B" w:rsidRPr="00337B30" w:rsidRDefault="001F678B" w:rsidP="006023F3">
      <w:pPr>
        <w:spacing w:after="0" w:line="240" w:lineRule="auto"/>
        <w:ind w:firstLine="709"/>
        <w:rPr>
          <w:rFonts w:cs="Times New Roman"/>
          <w:szCs w:val="28"/>
          <w:lang w:val="ru-RU"/>
        </w:rPr>
      </w:pPr>
      <w:r w:rsidRPr="00726D7C">
        <w:rPr>
          <w:rFonts w:cs="Times New Roman"/>
          <w:szCs w:val="28"/>
          <w:lang w:val="ru-RU"/>
        </w:rPr>
        <w:t xml:space="preserve">Программа разработана с учетом результатов анализа законодательства, потребностей несовершеннолетних и их законных представителей, условий функционирования Организации, продолжительности смен, материально-технической базы, кадрового обеспечения, условий проживания и питания, климатических и территориальных особенностей, режима дня и профильности </w:t>
      </w:r>
      <w:r w:rsidRPr="00337B30">
        <w:rPr>
          <w:rFonts w:cs="Times New Roman"/>
          <w:szCs w:val="28"/>
          <w:lang w:val="ru-RU"/>
        </w:rPr>
        <w:t xml:space="preserve">смен. Результаты анализа оформлены протокольным решением от </w:t>
      </w:r>
      <w:r w:rsidR="00337B30" w:rsidRPr="00337B30">
        <w:rPr>
          <w:rFonts w:cs="Times New Roman"/>
          <w:szCs w:val="28"/>
          <w:lang w:val="ru-RU"/>
        </w:rPr>
        <w:t>11.05.2026 г. №102</w:t>
      </w:r>
      <w:r w:rsidRPr="00337B30">
        <w:rPr>
          <w:rFonts w:cs="Times New Roman"/>
          <w:szCs w:val="28"/>
          <w:lang w:val="ru-RU"/>
        </w:rPr>
        <w:t xml:space="preserve">; на основании протокольного решения издан приказ Организации от </w:t>
      </w:r>
      <w:r w:rsidR="00337B30" w:rsidRPr="00337B30">
        <w:rPr>
          <w:rFonts w:cs="Times New Roman"/>
          <w:szCs w:val="28"/>
          <w:lang w:val="ru-RU"/>
        </w:rPr>
        <w:t>08.05.2026 г. №1</w:t>
      </w:r>
      <w:r w:rsidRPr="00337B30">
        <w:rPr>
          <w:rFonts w:cs="Times New Roman"/>
          <w:szCs w:val="28"/>
          <w:lang w:val="ru-RU"/>
        </w:rPr>
        <w:t>.</w:t>
      </w:r>
    </w:p>
    <w:p w14:paraId="7701EE88" w14:textId="77777777" w:rsidR="0085125B" w:rsidRPr="00337B30" w:rsidRDefault="001F678B" w:rsidP="006023F3">
      <w:pPr>
        <w:pStyle w:val="21"/>
        <w:spacing w:before="60" w:after="60" w:line="240" w:lineRule="auto"/>
        <w:rPr>
          <w:rFonts w:cs="Times New Roman"/>
          <w:szCs w:val="28"/>
          <w:lang w:val="ru-RU"/>
        </w:rPr>
      </w:pPr>
      <w:r w:rsidRPr="00337B30">
        <w:rPr>
          <w:rFonts w:eastAsia="Times New Roman" w:cs="Times New Roman"/>
          <w:szCs w:val="28"/>
          <w:lang w:val="ru-RU"/>
        </w:rPr>
        <w:t>Продолжительность Программы</w:t>
      </w:r>
    </w:p>
    <w:p w14:paraId="2028BF8F" w14:textId="3AF6E804" w:rsidR="0085125B" w:rsidRPr="00726D7C" w:rsidRDefault="001F678B" w:rsidP="006023F3">
      <w:pPr>
        <w:spacing w:after="0" w:line="240" w:lineRule="auto"/>
        <w:ind w:firstLine="709"/>
        <w:rPr>
          <w:rFonts w:cs="Times New Roman"/>
          <w:szCs w:val="28"/>
          <w:lang w:val="ru-RU"/>
        </w:rPr>
      </w:pPr>
      <w:r w:rsidRPr="00337B30">
        <w:rPr>
          <w:rFonts w:cs="Times New Roman"/>
          <w:szCs w:val="28"/>
          <w:lang w:val="ru-RU"/>
        </w:rPr>
        <w:t>Программа реализуется в период летнего сезона. Продолжительность</w:t>
      </w:r>
      <w:r w:rsidRPr="00726D7C">
        <w:rPr>
          <w:rFonts w:cs="Times New Roman"/>
          <w:szCs w:val="28"/>
          <w:lang w:val="ru-RU"/>
        </w:rPr>
        <w:t xml:space="preserve"> одной смены составляет 1</w:t>
      </w:r>
      <w:r w:rsidR="00337B30">
        <w:rPr>
          <w:rFonts w:cs="Times New Roman"/>
          <w:szCs w:val="28"/>
          <w:lang w:val="ru-RU"/>
        </w:rPr>
        <w:t>5</w:t>
      </w:r>
      <w:r w:rsidRPr="00726D7C">
        <w:rPr>
          <w:rFonts w:cs="Times New Roman"/>
          <w:szCs w:val="28"/>
          <w:lang w:val="ru-RU"/>
        </w:rPr>
        <w:t xml:space="preserve"> календарных дней.</w:t>
      </w:r>
    </w:p>
    <w:p w14:paraId="56499702" w14:textId="4460D10C"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 xml:space="preserve">Смена проводится с понедельника первой недели по пятницу второй недели. Такая продолжительность позволяет обеспечить адаптацию детей к условиям </w:t>
      </w:r>
      <w:r w:rsidR="00221688">
        <w:rPr>
          <w:rFonts w:cs="Times New Roman"/>
          <w:szCs w:val="28"/>
          <w:lang w:val="ru-RU"/>
        </w:rPr>
        <w:t>ДООЦ</w:t>
      </w:r>
      <w:r w:rsidRPr="00726D7C">
        <w:rPr>
          <w:rFonts w:cs="Times New Roman"/>
          <w:szCs w:val="28"/>
          <w:lang w:val="ru-RU"/>
        </w:rPr>
        <w:t>, последовательное включение в творческие, образовательные и оздоровительные мероприятия, подготовку индивидуальных и командных творческих продуктов, проведение фестиваля достижений и организованный выезд участников.</w:t>
      </w:r>
    </w:p>
    <w:p w14:paraId="6032FB32" w14:textId="42AD9885"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Содержание смены строится по этапам: 1-2 дни - организационно-адаптационный этап; 3-8 дни - основной творческий этап; 9-10 дни - проектно-итоговый этап; 11</w:t>
      </w:r>
      <w:r w:rsidR="00337B30">
        <w:rPr>
          <w:rFonts w:cs="Times New Roman"/>
          <w:szCs w:val="28"/>
          <w:lang w:val="ru-RU"/>
        </w:rPr>
        <w:t>-14</w:t>
      </w:r>
      <w:r w:rsidRPr="00726D7C">
        <w:rPr>
          <w:rFonts w:cs="Times New Roman"/>
          <w:szCs w:val="28"/>
          <w:lang w:val="ru-RU"/>
        </w:rPr>
        <w:t xml:space="preserve"> день - арт-фестиваль и презентация результатов; 1</w:t>
      </w:r>
      <w:r w:rsidR="00337B30">
        <w:rPr>
          <w:rFonts w:cs="Times New Roman"/>
          <w:szCs w:val="28"/>
          <w:lang w:val="ru-RU"/>
        </w:rPr>
        <w:t>5</w:t>
      </w:r>
      <w:r w:rsidRPr="00726D7C">
        <w:rPr>
          <w:rFonts w:cs="Times New Roman"/>
          <w:szCs w:val="28"/>
          <w:lang w:val="ru-RU"/>
        </w:rPr>
        <w:t xml:space="preserve"> день - рефлексия, закрытие смены и выезд участников.</w:t>
      </w:r>
    </w:p>
    <w:p w14:paraId="1EDB9458" w14:textId="77777777" w:rsidR="0085125B" w:rsidRPr="00726D7C" w:rsidRDefault="001F678B" w:rsidP="006023F3">
      <w:pPr>
        <w:pStyle w:val="21"/>
        <w:spacing w:before="60" w:after="60" w:line="240" w:lineRule="auto"/>
        <w:rPr>
          <w:rFonts w:cs="Times New Roman"/>
          <w:szCs w:val="28"/>
          <w:lang w:val="ru-RU"/>
        </w:rPr>
      </w:pPr>
      <w:r w:rsidRPr="00726D7C">
        <w:rPr>
          <w:rFonts w:eastAsia="Times New Roman" w:cs="Times New Roman"/>
          <w:szCs w:val="28"/>
          <w:lang w:val="ru-RU"/>
        </w:rPr>
        <w:t>Возрастная категория несовершеннолетних</w:t>
      </w:r>
    </w:p>
    <w:p w14:paraId="68D6AC03" w14:textId="67509B8D"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 xml:space="preserve">Программа предназначена для детей и подростков в возрасте от </w:t>
      </w:r>
      <w:r w:rsidR="00337B30">
        <w:rPr>
          <w:rFonts w:cs="Times New Roman"/>
          <w:szCs w:val="28"/>
          <w:lang w:val="ru-RU"/>
        </w:rPr>
        <w:t>3</w:t>
      </w:r>
      <w:r w:rsidR="000F599A">
        <w:rPr>
          <w:rFonts w:cs="Times New Roman"/>
          <w:szCs w:val="28"/>
          <w:lang w:val="ru-RU"/>
        </w:rPr>
        <w:t>-1</w:t>
      </w:r>
      <w:r w:rsidR="00337B30">
        <w:rPr>
          <w:rFonts w:cs="Times New Roman"/>
          <w:szCs w:val="28"/>
          <w:lang w:val="ru-RU"/>
        </w:rPr>
        <w:t>8</w:t>
      </w:r>
      <w:r w:rsidR="000F599A">
        <w:rPr>
          <w:rFonts w:cs="Times New Roman"/>
          <w:szCs w:val="28"/>
          <w:lang w:val="ru-RU"/>
        </w:rPr>
        <w:t xml:space="preserve"> </w:t>
      </w:r>
      <w:r w:rsidRPr="00726D7C">
        <w:rPr>
          <w:rFonts w:cs="Times New Roman"/>
          <w:szCs w:val="28"/>
          <w:lang w:val="ru-RU"/>
        </w:rPr>
        <w:t>лет.</w:t>
      </w:r>
    </w:p>
    <w:p w14:paraId="0E91EA33"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lastRenderedPageBreak/>
        <w:t>При разработке и реализации содержания Программы учитываются возрастные, психологические, физиологические и социальные особенности участников, включая потребность в движении, игре, эмоциональной поддержке, самовыражении, признании, общении, самостоятельности, инициативе и участии в коллективном творчестве.</w:t>
      </w:r>
    </w:p>
    <w:p w14:paraId="0ED26AB7"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При участии детей младшего школьного возраста приоритетными являются игровые, наглядные, музыкально-двигательные, художественные и театрализованные формы деятельности, простые творческие задания, коллективные поручения и эмоционально безопасное включение в жизнь отряда.</w:t>
      </w:r>
    </w:p>
    <w:p w14:paraId="3954AD32"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При участии детей среднего школьного возраста приоритетными являются творческие мастерские, командные арт-проекты, сценические задания, дизайн-практикумы, медиаформаты, игры на коммуникацию, фестивали, выставки и проектная деятельность.</w:t>
      </w:r>
    </w:p>
    <w:p w14:paraId="00853248" w14:textId="29F9E318"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 xml:space="preserve">При участии подростков старшего школьного возраста приоритетными являются авторское творчество, режиссура, дизайн-мышление, </w:t>
      </w:r>
      <w:r w:rsidR="00006CCA" w:rsidRPr="00726D7C">
        <w:rPr>
          <w:rFonts w:cs="Times New Roman"/>
          <w:szCs w:val="28"/>
          <w:lang w:val="ru-RU"/>
        </w:rPr>
        <w:t>цифровое исскуство</w:t>
      </w:r>
      <w:r w:rsidRPr="00726D7C">
        <w:rPr>
          <w:rFonts w:cs="Times New Roman"/>
          <w:szCs w:val="28"/>
          <w:lang w:val="ru-RU"/>
        </w:rPr>
        <w:t>, медиапроекты, кураторство выставки, лидерство, самоуправление, публичные выступления и наставничество для младших участников.</w:t>
      </w:r>
    </w:p>
    <w:p w14:paraId="10E6A2D7" w14:textId="77777777" w:rsidR="0085125B" w:rsidRPr="00726D7C" w:rsidRDefault="001F678B" w:rsidP="006023F3">
      <w:pPr>
        <w:pStyle w:val="21"/>
        <w:spacing w:before="60" w:after="60" w:line="240" w:lineRule="auto"/>
        <w:rPr>
          <w:rFonts w:cs="Times New Roman"/>
          <w:szCs w:val="28"/>
          <w:lang w:val="ru-RU"/>
        </w:rPr>
      </w:pPr>
      <w:r w:rsidRPr="00726D7C">
        <w:rPr>
          <w:rFonts w:eastAsia="Times New Roman" w:cs="Times New Roman"/>
          <w:szCs w:val="28"/>
          <w:lang w:val="ru-RU"/>
        </w:rPr>
        <w:t>Концепция тематической смены</w:t>
      </w:r>
    </w:p>
    <w:p w14:paraId="7B01CBCC" w14:textId="5B970D53"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 xml:space="preserve">Смена строится как творческое путешествие от знакомства с собой и командой к созданию индивидуальных и коллективных арт-продуктов. Каждый день имеет собственную смысловую задачу, но все мероприятия объединены общей идеей развития творческого мышления, культурной коммуникации, эмоционального благополучия и созидательного участия в жизни </w:t>
      </w:r>
      <w:r w:rsidR="001F3C1F">
        <w:rPr>
          <w:rFonts w:cs="Times New Roman"/>
          <w:szCs w:val="28"/>
          <w:lang w:val="ru-RU"/>
        </w:rPr>
        <w:t>ДООЦ</w:t>
      </w:r>
      <w:r w:rsidRPr="00726D7C">
        <w:rPr>
          <w:rFonts w:cs="Times New Roman"/>
          <w:szCs w:val="28"/>
          <w:lang w:val="ru-RU"/>
        </w:rPr>
        <w:t>.</w:t>
      </w:r>
    </w:p>
    <w:tbl>
      <w:tblPr>
        <w:tblStyle w:val="aff0"/>
        <w:tblW w:w="0" w:type="auto"/>
        <w:jc w:val="center"/>
        <w:tblLook w:val="04A0" w:firstRow="1" w:lastRow="0" w:firstColumn="1" w:lastColumn="0" w:noHBand="0" w:noVBand="1"/>
      </w:tblPr>
      <w:tblGrid>
        <w:gridCol w:w="1559"/>
        <w:gridCol w:w="3114"/>
        <w:gridCol w:w="4954"/>
      </w:tblGrid>
      <w:tr w:rsidR="0085125B" w:rsidRPr="00726D7C" w14:paraId="3E3719EE" w14:textId="77777777" w:rsidTr="00513BF0">
        <w:trPr>
          <w:tblHeader/>
          <w:jc w:val="center"/>
        </w:trPr>
        <w:tc>
          <w:tcPr>
            <w:tcW w:w="1560" w:type="dxa"/>
            <w:shd w:val="clear" w:color="auto" w:fill="FCE4D6"/>
          </w:tcPr>
          <w:p w14:paraId="0EF45792" w14:textId="77777777" w:rsidR="0085125B" w:rsidRPr="00726D7C" w:rsidRDefault="001F678B" w:rsidP="006023F3">
            <w:pPr>
              <w:rPr>
                <w:rFonts w:cs="Times New Roman"/>
                <w:szCs w:val="28"/>
                <w:lang w:val="kk-KZ"/>
              </w:rPr>
            </w:pPr>
            <w:r w:rsidRPr="00726D7C">
              <w:rPr>
                <w:rFonts w:cs="Times New Roman"/>
                <w:b/>
                <w:szCs w:val="28"/>
                <w:lang w:val="kk-KZ"/>
              </w:rPr>
              <w:t>Дни смены</w:t>
            </w:r>
          </w:p>
        </w:tc>
        <w:tc>
          <w:tcPr>
            <w:tcW w:w="3118" w:type="dxa"/>
            <w:shd w:val="clear" w:color="auto" w:fill="FCE4D6"/>
          </w:tcPr>
          <w:p w14:paraId="4ED0410C" w14:textId="77777777" w:rsidR="0085125B" w:rsidRPr="00726D7C" w:rsidRDefault="001F678B" w:rsidP="006023F3">
            <w:pPr>
              <w:rPr>
                <w:rFonts w:cs="Times New Roman"/>
                <w:szCs w:val="28"/>
                <w:lang w:val="kk-KZ"/>
              </w:rPr>
            </w:pPr>
            <w:r w:rsidRPr="00726D7C">
              <w:rPr>
                <w:rFonts w:cs="Times New Roman"/>
                <w:b/>
                <w:szCs w:val="28"/>
                <w:lang w:val="kk-KZ"/>
              </w:rPr>
              <w:t>Смысловой этап</w:t>
            </w:r>
          </w:p>
        </w:tc>
        <w:tc>
          <w:tcPr>
            <w:tcW w:w="4961" w:type="dxa"/>
            <w:shd w:val="clear" w:color="auto" w:fill="FCE4D6"/>
          </w:tcPr>
          <w:p w14:paraId="265C4E5D" w14:textId="77777777" w:rsidR="0085125B" w:rsidRPr="00726D7C" w:rsidRDefault="001F678B" w:rsidP="006023F3">
            <w:pPr>
              <w:rPr>
                <w:rFonts w:cs="Times New Roman"/>
                <w:szCs w:val="28"/>
                <w:lang w:val="kk-KZ"/>
              </w:rPr>
            </w:pPr>
            <w:r w:rsidRPr="00726D7C">
              <w:rPr>
                <w:rFonts w:cs="Times New Roman"/>
                <w:b/>
                <w:szCs w:val="28"/>
                <w:lang w:val="kk-KZ"/>
              </w:rPr>
              <w:t>Основное содержание</w:t>
            </w:r>
          </w:p>
        </w:tc>
      </w:tr>
      <w:tr w:rsidR="0085125B" w:rsidRPr="00337B30" w14:paraId="654E9047" w14:textId="77777777" w:rsidTr="00513BF0">
        <w:trPr>
          <w:jc w:val="center"/>
        </w:trPr>
        <w:tc>
          <w:tcPr>
            <w:tcW w:w="1560" w:type="dxa"/>
          </w:tcPr>
          <w:p w14:paraId="62EA98A0" w14:textId="77777777" w:rsidR="0085125B" w:rsidRPr="00726D7C" w:rsidRDefault="001F678B" w:rsidP="006023F3">
            <w:pPr>
              <w:rPr>
                <w:rFonts w:cs="Times New Roman"/>
                <w:szCs w:val="28"/>
                <w:lang w:val="kk-KZ"/>
              </w:rPr>
            </w:pPr>
            <w:r w:rsidRPr="00726D7C">
              <w:rPr>
                <w:rFonts w:cs="Times New Roman"/>
                <w:szCs w:val="28"/>
                <w:lang w:val="kk-KZ"/>
              </w:rPr>
              <w:t>1-2 дни</w:t>
            </w:r>
          </w:p>
        </w:tc>
        <w:tc>
          <w:tcPr>
            <w:tcW w:w="3118" w:type="dxa"/>
          </w:tcPr>
          <w:p w14:paraId="5CEE11CF" w14:textId="77777777" w:rsidR="0085125B" w:rsidRPr="00726D7C" w:rsidRDefault="001F678B" w:rsidP="006023F3">
            <w:pPr>
              <w:rPr>
                <w:rFonts w:cs="Times New Roman"/>
                <w:szCs w:val="28"/>
                <w:lang w:val="kk-KZ"/>
              </w:rPr>
            </w:pPr>
            <w:r w:rsidRPr="00726D7C">
              <w:rPr>
                <w:rFonts w:cs="Times New Roman"/>
                <w:szCs w:val="28"/>
                <w:lang w:val="kk-KZ"/>
              </w:rPr>
              <w:t>Адаптация и творческая команда</w:t>
            </w:r>
          </w:p>
        </w:tc>
        <w:tc>
          <w:tcPr>
            <w:tcW w:w="4961" w:type="dxa"/>
          </w:tcPr>
          <w:p w14:paraId="342E0A51" w14:textId="77777777" w:rsidR="0085125B" w:rsidRPr="00726D7C" w:rsidRDefault="001F678B" w:rsidP="006023F3">
            <w:pPr>
              <w:rPr>
                <w:rFonts w:cs="Times New Roman"/>
                <w:szCs w:val="28"/>
                <w:lang w:val="kk-KZ"/>
              </w:rPr>
            </w:pPr>
            <w:r w:rsidRPr="00726D7C">
              <w:rPr>
                <w:rFonts w:cs="Times New Roman"/>
                <w:szCs w:val="28"/>
                <w:lang w:val="kk-KZ"/>
              </w:rPr>
              <w:t>Заезд, знакомство, правила, безопасность, творческие пробы, формирование арт-команд.</w:t>
            </w:r>
          </w:p>
        </w:tc>
      </w:tr>
      <w:tr w:rsidR="0085125B" w:rsidRPr="00337B30" w14:paraId="34706F6A" w14:textId="77777777" w:rsidTr="00513BF0">
        <w:trPr>
          <w:jc w:val="center"/>
        </w:trPr>
        <w:tc>
          <w:tcPr>
            <w:tcW w:w="1560" w:type="dxa"/>
          </w:tcPr>
          <w:p w14:paraId="1201DF3E" w14:textId="77777777" w:rsidR="0085125B" w:rsidRPr="00726D7C" w:rsidRDefault="001F678B" w:rsidP="006023F3">
            <w:pPr>
              <w:rPr>
                <w:rFonts w:cs="Times New Roman"/>
                <w:szCs w:val="28"/>
                <w:lang w:val="kk-KZ"/>
              </w:rPr>
            </w:pPr>
            <w:r w:rsidRPr="00726D7C">
              <w:rPr>
                <w:rFonts w:cs="Times New Roman"/>
                <w:szCs w:val="28"/>
                <w:lang w:val="kk-KZ"/>
              </w:rPr>
              <w:t>3-8 дни</w:t>
            </w:r>
          </w:p>
        </w:tc>
        <w:tc>
          <w:tcPr>
            <w:tcW w:w="3118" w:type="dxa"/>
          </w:tcPr>
          <w:p w14:paraId="6CDE1321" w14:textId="77777777" w:rsidR="0085125B" w:rsidRPr="00726D7C" w:rsidRDefault="001F678B" w:rsidP="006023F3">
            <w:pPr>
              <w:rPr>
                <w:rFonts w:cs="Times New Roman"/>
                <w:szCs w:val="28"/>
                <w:lang w:val="kk-KZ"/>
              </w:rPr>
            </w:pPr>
            <w:r w:rsidRPr="00726D7C">
              <w:rPr>
                <w:rFonts w:cs="Times New Roman"/>
                <w:szCs w:val="28"/>
                <w:lang w:val="kk-KZ"/>
              </w:rPr>
              <w:t>Основные творческие направления</w:t>
            </w:r>
          </w:p>
        </w:tc>
        <w:tc>
          <w:tcPr>
            <w:tcW w:w="4961" w:type="dxa"/>
          </w:tcPr>
          <w:p w14:paraId="1E90CF61" w14:textId="77777777" w:rsidR="0085125B" w:rsidRPr="00726D7C" w:rsidRDefault="001F678B" w:rsidP="006023F3">
            <w:pPr>
              <w:rPr>
                <w:rFonts w:cs="Times New Roman"/>
                <w:szCs w:val="28"/>
                <w:lang w:val="kk-KZ"/>
              </w:rPr>
            </w:pPr>
            <w:r w:rsidRPr="00726D7C">
              <w:rPr>
                <w:rFonts w:cs="Times New Roman"/>
                <w:szCs w:val="28"/>
                <w:lang w:val="kk-KZ"/>
              </w:rPr>
              <w:t>Изобразительное искусство, сцена, музыка и движение, дизайн, digital art, медиа и арт-проектирование.</w:t>
            </w:r>
          </w:p>
        </w:tc>
      </w:tr>
      <w:tr w:rsidR="0085125B" w:rsidRPr="00337B30" w14:paraId="0CEEC6A1" w14:textId="77777777" w:rsidTr="00513BF0">
        <w:trPr>
          <w:jc w:val="center"/>
        </w:trPr>
        <w:tc>
          <w:tcPr>
            <w:tcW w:w="1560" w:type="dxa"/>
          </w:tcPr>
          <w:p w14:paraId="586F11AB" w14:textId="77777777" w:rsidR="0085125B" w:rsidRPr="00726D7C" w:rsidRDefault="001F678B" w:rsidP="006023F3">
            <w:pPr>
              <w:rPr>
                <w:rFonts w:cs="Times New Roman"/>
                <w:szCs w:val="28"/>
                <w:lang w:val="kk-KZ"/>
              </w:rPr>
            </w:pPr>
            <w:r w:rsidRPr="00726D7C">
              <w:rPr>
                <w:rFonts w:cs="Times New Roman"/>
                <w:szCs w:val="28"/>
                <w:lang w:val="kk-KZ"/>
              </w:rPr>
              <w:t>9-10 дни</w:t>
            </w:r>
          </w:p>
        </w:tc>
        <w:tc>
          <w:tcPr>
            <w:tcW w:w="3118" w:type="dxa"/>
          </w:tcPr>
          <w:p w14:paraId="3805B6FF" w14:textId="77777777" w:rsidR="0085125B" w:rsidRPr="00726D7C" w:rsidRDefault="001F678B" w:rsidP="006023F3">
            <w:pPr>
              <w:rPr>
                <w:rFonts w:cs="Times New Roman"/>
                <w:szCs w:val="28"/>
                <w:lang w:val="kk-KZ"/>
              </w:rPr>
            </w:pPr>
            <w:r w:rsidRPr="00726D7C">
              <w:rPr>
                <w:rFonts w:cs="Times New Roman"/>
                <w:szCs w:val="28"/>
                <w:lang w:val="kk-KZ"/>
              </w:rPr>
              <w:t>Подготовка арт-проектов</w:t>
            </w:r>
          </w:p>
        </w:tc>
        <w:tc>
          <w:tcPr>
            <w:tcW w:w="4961" w:type="dxa"/>
          </w:tcPr>
          <w:p w14:paraId="4E4A215D" w14:textId="77777777" w:rsidR="0085125B" w:rsidRPr="00726D7C" w:rsidRDefault="001F678B" w:rsidP="006023F3">
            <w:pPr>
              <w:rPr>
                <w:rFonts w:cs="Times New Roman"/>
                <w:szCs w:val="28"/>
                <w:lang w:val="kk-KZ"/>
              </w:rPr>
            </w:pPr>
            <w:r w:rsidRPr="00726D7C">
              <w:rPr>
                <w:rFonts w:cs="Times New Roman"/>
                <w:szCs w:val="28"/>
                <w:lang w:val="kk-KZ"/>
              </w:rPr>
              <w:t>Индивидуальные и командные проекты, репетиции, оформление выставок, подготовка фестиваля.</w:t>
            </w:r>
          </w:p>
        </w:tc>
      </w:tr>
      <w:tr w:rsidR="0085125B" w:rsidRPr="00337B30" w14:paraId="652ED752" w14:textId="77777777" w:rsidTr="00513BF0">
        <w:trPr>
          <w:jc w:val="center"/>
        </w:trPr>
        <w:tc>
          <w:tcPr>
            <w:tcW w:w="1560" w:type="dxa"/>
          </w:tcPr>
          <w:p w14:paraId="3F46B9CC" w14:textId="0D739986" w:rsidR="0085125B" w:rsidRPr="00726D7C" w:rsidRDefault="001F678B" w:rsidP="006023F3">
            <w:pPr>
              <w:rPr>
                <w:rFonts w:cs="Times New Roman"/>
                <w:szCs w:val="28"/>
                <w:lang w:val="kk-KZ"/>
              </w:rPr>
            </w:pPr>
            <w:r w:rsidRPr="00726D7C">
              <w:rPr>
                <w:rFonts w:cs="Times New Roman"/>
                <w:szCs w:val="28"/>
                <w:lang w:val="kk-KZ"/>
              </w:rPr>
              <w:t>11</w:t>
            </w:r>
            <w:r w:rsidR="00337B30">
              <w:rPr>
                <w:rFonts w:cs="Times New Roman"/>
                <w:szCs w:val="28"/>
                <w:lang w:val="kk-KZ"/>
              </w:rPr>
              <w:t>-14</w:t>
            </w:r>
            <w:r w:rsidRPr="00726D7C">
              <w:rPr>
                <w:rFonts w:cs="Times New Roman"/>
                <w:szCs w:val="28"/>
                <w:lang w:val="kk-KZ"/>
              </w:rPr>
              <w:t xml:space="preserve"> день</w:t>
            </w:r>
          </w:p>
        </w:tc>
        <w:tc>
          <w:tcPr>
            <w:tcW w:w="3118" w:type="dxa"/>
          </w:tcPr>
          <w:p w14:paraId="1752A080" w14:textId="77777777" w:rsidR="0085125B" w:rsidRPr="00726D7C" w:rsidRDefault="001F678B" w:rsidP="006023F3">
            <w:pPr>
              <w:rPr>
                <w:rFonts w:cs="Times New Roman"/>
                <w:szCs w:val="28"/>
                <w:lang w:val="kk-KZ"/>
              </w:rPr>
            </w:pPr>
            <w:r w:rsidRPr="00726D7C">
              <w:rPr>
                <w:rFonts w:cs="Times New Roman"/>
                <w:szCs w:val="28"/>
                <w:lang w:val="kk-KZ"/>
              </w:rPr>
              <w:t>ART Fest</w:t>
            </w:r>
          </w:p>
        </w:tc>
        <w:tc>
          <w:tcPr>
            <w:tcW w:w="4961" w:type="dxa"/>
          </w:tcPr>
          <w:p w14:paraId="57E41CB9" w14:textId="77777777" w:rsidR="0085125B" w:rsidRPr="00726D7C" w:rsidRDefault="001F678B" w:rsidP="006023F3">
            <w:pPr>
              <w:rPr>
                <w:rFonts w:cs="Times New Roman"/>
                <w:szCs w:val="28"/>
                <w:lang w:val="kk-KZ"/>
              </w:rPr>
            </w:pPr>
            <w:r w:rsidRPr="00726D7C">
              <w:rPr>
                <w:rFonts w:cs="Times New Roman"/>
                <w:szCs w:val="28"/>
                <w:lang w:val="kk-KZ"/>
              </w:rPr>
              <w:t>Выставки, показы, перформансы, медиа-презентации, арт-маркет идей, награждение.</w:t>
            </w:r>
          </w:p>
        </w:tc>
      </w:tr>
      <w:tr w:rsidR="0085125B" w:rsidRPr="00337B30" w14:paraId="756CAF0C" w14:textId="77777777" w:rsidTr="00513BF0">
        <w:trPr>
          <w:jc w:val="center"/>
        </w:trPr>
        <w:tc>
          <w:tcPr>
            <w:tcW w:w="1560" w:type="dxa"/>
          </w:tcPr>
          <w:p w14:paraId="51075721" w14:textId="7F797730" w:rsidR="0085125B" w:rsidRPr="00726D7C" w:rsidRDefault="001F678B" w:rsidP="006023F3">
            <w:pPr>
              <w:rPr>
                <w:rFonts w:cs="Times New Roman"/>
                <w:szCs w:val="28"/>
                <w:lang w:val="kk-KZ"/>
              </w:rPr>
            </w:pPr>
            <w:r w:rsidRPr="00726D7C">
              <w:rPr>
                <w:rFonts w:cs="Times New Roman"/>
                <w:szCs w:val="28"/>
                <w:lang w:val="kk-KZ"/>
              </w:rPr>
              <w:t>1</w:t>
            </w:r>
            <w:r w:rsidR="00337B30">
              <w:rPr>
                <w:rFonts w:cs="Times New Roman"/>
                <w:szCs w:val="28"/>
                <w:lang w:val="kk-KZ"/>
              </w:rPr>
              <w:t>5</w:t>
            </w:r>
            <w:r w:rsidRPr="00726D7C">
              <w:rPr>
                <w:rFonts w:cs="Times New Roman"/>
                <w:szCs w:val="28"/>
                <w:lang w:val="kk-KZ"/>
              </w:rPr>
              <w:t xml:space="preserve"> день</w:t>
            </w:r>
          </w:p>
        </w:tc>
        <w:tc>
          <w:tcPr>
            <w:tcW w:w="3118" w:type="dxa"/>
          </w:tcPr>
          <w:p w14:paraId="21A66DDF" w14:textId="77777777" w:rsidR="0085125B" w:rsidRPr="00726D7C" w:rsidRDefault="001F678B" w:rsidP="006023F3">
            <w:pPr>
              <w:rPr>
                <w:rFonts w:cs="Times New Roman"/>
                <w:szCs w:val="28"/>
                <w:lang w:val="kk-KZ"/>
              </w:rPr>
            </w:pPr>
            <w:r w:rsidRPr="00726D7C">
              <w:rPr>
                <w:rFonts w:cs="Times New Roman"/>
                <w:szCs w:val="28"/>
                <w:lang w:val="kk-KZ"/>
              </w:rPr>
              <w:t>Завершение смены</w:t>
            </w:r>
          </w:p>
        </w:tc>
        <w:tc>
          <w:tcPr>
            <w:tcW w:w="4961" w:type="dxa"/>
          </w:tcPr>
          <w:p w14:paraId="08D1D889" w14:textId="77777777" w:rsidR="0085125B" w:rsidRPr="00726D7C" w:rsidRDefault="001F678B" w:rsidP="006023F3">
            <w:pPr>
              <w:rPr>
                <w:rFonts w:cs="Times New Roman"/>
                <w:szCs w:val="28"/>
                <w:lang w:val="kk-KZ"/>
              </w:rPr>
            </w:pPr>
            <w:r w:rsidRPr="00726D7C">
              <w:rPr>
                <w:rFonts w:cs="Times New Roman"/>
                <w:szCs w:val="28"/>
                <w:lang w:val="kk-KZ"/>
              </w:rPr>
              <w:t>Итоговая рефлексия, анкетирование, закрытие смены, выезд участников.</w:t>
            </w:r>
          </w:p>
        </w:tc>
      </w:tr>
    </w:tbl>
    <w:p w14:paraId="658450CD" w14:textId="77777777" w:rsidR="0085125B" w:rsidRPr="00726D7C" w:rsidRDefault="001F678B" w:rsidP="006023F3">
      <w:pPr>
        <w:pStyle w:val="1"/>
        <w:spacing w:before="120" w:after="60" w:line="240" w:lineRule="auto"/>
        <w:rPr>
          <w:rFonts w:cs="Times New Roman"/>
          <w:lang w:val="ru-RU"/>
        </w:rPr>
      </w:pPr>
      <w:r w:rsidRPr="00726D7C">
        <w:rPr>
          <w:rFonts w:eastAsia="Times New Roman" w:cs="Times New Roman"/>
          <w:lang w:val="ru-RU"/>
        </w:rPr>
        <w:lastRenderedPageBreak/>
        <w:t>Раздел 2. Глоссарий</w:t>
      </w:r>
    </w:p>
    <w:p w14:paraId="201CA29D"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1) Адаптация - процесс приспособления несовершеннолетних к условиям пребывания в лагере, режиму дня, новым видам деятельности и временному детскому коллективу.</w:t>
      </w:r>
    </w:p>
    <w:p w14:paraId="05972839"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2) Арт-лаборатория - форма организации творческой деятельности, в которой участники экспериментируют с материалами, образами, идеями, техниками и форматами представления результата.</w:t>
      </w:r>
    </w:p>
    <w:p w14:paraId="12EEB541"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3) Арт-проект - индивидуальная или командная творческая работа, имеющая идею, цель, этапы выполнения, художественный продукт и публичную презентацию.</w:t>
      </w:r>
    </w:p>
    <w:p w14:paraId="6AAC27F9"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4) Визуальная культура - совокупность навыков восприятия, анализа и создания изображений, знаков, композиций, визуальных сообщений и художественных образов.</w:t>
      </w:r>
    </w:p>
    <w:p w14:paraId="69865F7C"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5) Временный детский коллектив - группа детей, сформированная на период лагерной смены и объединенная общими условиями проживания, общения, отдыха и деятельности.</w:t>
      </w:r>
    </w:p>
    <w:p w14:paraId="630A04B1"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6) Воспитательная деятельность - система педагогически организованных мероприятий, направленных на формирование ценностных ориентиров, культуры поведения, ответственности, уважения, трудолюбия и социальной активности.</w:t>
      </w:r>
    </w:p>
    <w:p w14:paraId="1262E2AE"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7) Дизайн-мышление - подход к созданию решения, основанный на понимании потребностей человека, генерации идей, прототипировании, проверке и улучшении результата.</w:t>
      </w:r>
    </w:p>
    <w:p w14:paraId="769EE1A8" w14:textId="516E5045"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 xml:space="preserve">8) </w:t>
      </w:r>
      <w:r w:rsidR="00006CCA" w:rsidRPr="00726D7C">
        <w:rPr>
          <w:rFonts w:cs="Times New Roman"/>
          <w:szCs w:val="28"/>
          <w:lang w:val="ru-RU"/>
        </w:rPr>
        <w:t>Цифровое искусство</w:t>
      </w:r>
      <w:r w:rsidRPr="00726D7C">
        <w:rPr>
          <w:rFonts w:cs="Times New Roman"/>
          <w:szCs w:val="28"/>
          <w:lang w:val="ru-RU"/>
        </w:rPr>
        <w:t xml:space="preserve"> - направление творческой деятельности, связанное с созданием цифровых изображений, коллажей, анимации, постеров, визуальных историй и мультимедийных объектов.</w:t>
      </w:r>
    </w:p>
    <w:p w14:paraId="4843EFEE"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9) Инсталляция - пространственная художественная композиция, создаваемая из различных материалов и размещаемая в определенной среде.</w:t>
      </w:r>
    </w:p>
    <w:p w14:paraId="715847B6"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10) Креативность - способность находить новые идеи, нестандартные решения, создавать оригинальные художественные, проектные и коммуникативные продукты.</w:t>
      </w:r>
    </w:p>
    <w:p w14:paraId="62C4118B"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11) Кураторская работа - деятельность по отбору, размещению, описанию и представлению творческих работ в рамках выставки, показа или фестиваля.</w:t>
      </w:r>
    </w:p>
    <w:p w14:paraId="16E1E83A"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12) Медиаискусство - форма творчества, в которой используются фото, видео, звук, анимация, цифровая графика, интерактивные и мультимедийные средства.</w:t>
      </w:r>
    </w:p>
    <w:p w14:paraId="7396ADAB"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13) Образовательный модуль - часть Программы, направленная на развитие творческого мышления, художественных, сценических, проектных, коммуникативных и медиакомпетенций участников.</w:t>
      </w:r>
    </w:p>
    <w:p w14:paraId="76916697"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 xml:space="preserve">14) Оздоровительный модуль - часть Программы, включающая физическую активность, профилактические мероприятия, соблюдение режима </w:t>
      </w:r>
      <w:r w:rsidRPr="00726D7C">
        <w:rPr>
          <w:rFonts w:cs="Times New Roman"/>
          <w:szCs w:val="28"/>
          <w:lang w:val="ru-RU"/>
        </w:rPr>
        <w:lastRenderedPageBreak/>
        <w:t>дня, питание, питьевой режим, психологическое сопровождение и эмоциональное благополучие.</w:t>
      </w:r>
    </w:p>
    <w:p w14:paraId="4319973B"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15) Перформанс - творческое действие, объединяющее движение, слово, образ, звук, пространство и взаимодействие с аудиторией.</w:t>
      </w:r>
    </w:p>
    <w:p w14:paraId="47CB8D52"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16) Проектная деятельность - форма организации деятельности, при которой участники разрабатывают идею, распределяют роли, создают продукт, решение или инициативу и представляют результат.</w:t>
      </w:r>
    </w:p>
    <w:p w14:paraId="66F9694A"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17) Рефлексия - форма осмысления участниками полученного опыта, эмоций, достижений, трудностей и вклада в коллективную деятельность.</w:t>
      </w:r>
    </w:p>
    <w:p w14:paraId="0949284F"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18) Сценическая культура - совокупность навыков поведения на сцене, выразительной речи, движения, взаимодействия с партнером и зрителем.</w:t>
      </w:r>
    </w:p>
    <w:p w14:paraId="569C0BCE"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19) Творческое направление - направление, связанное с художественным, музыкальным, театральным, литературным, дизайнерским, медийным, прикладным и иным самовыражением участников.</w:t>
      </w:r>
    </w:p>
    <w:p w14:paraId="3B7DC503"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20) Эмоциональное благополучие - состояние психологического комфорта, принятия, защищенности, позитивного общения и устойчивого эмоционального состояния ребенка в коллективе.</w:t>
      </w:r>
    </w:p>
    <w:p w14:paraId="62FBE27F"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21) «Адал азамат» - воспитательная концепция, направленная на формирование честности, ответственности, уважения к труду, гражданской активности, экологического сознания и культуры поведения.</w:t>
      </w:r>
    </w:p>
    <w:p w14:paraId="742D1D3E" w14:textId="77777777" w:rsidR="0085125B" w:rsidRPr="00726D7C" w:rsidRDefault="001F678B" w:rsidP="006023F3">
      <w:pPr>
        <w:pStyle w:val="a9"/>
        <w:rPr>
          <w:rFonts w:ascii="Times New Roman" w:hAnsi="Times New Roman" w:cs="Times New Roman"/>
          <w:b/>
          <w:sz w:val="28"/>
          <w:szCs w:val="28"/>
          <w:lang w:val="ru-RU"/>
        </w:rPr>
      </w:pPr>
      <w:r w:rsidRPr="00726D7C">
        <w:rPr>
          <w:rFonts w:ascii="Times New Roman" w:hAnsi="Times New Roman" w:cs="Times New Roman"/>
          <w:b/>
          <w:sz w:val="28"/>
          <w:szCs w:val="28"/>
          <w:lang w:val="ru-RU"/>
        </w:rPr>
        <w:t>Раздел 3. Направленность и тематика</w:t>
      </w:r>
    </w:p>
    <w:p w14:paraId="01C7BE13" w14:textId="77777777" w:rsidR="0085125B" w:rsidRPr="00726D7C" w:rsidRDefault="001F678B" w:rsidP="006023F3">
      <w:pPr>
        <w:pStyle w:val="a9"/>
        <w:rPr>
          <w:rFonts w:ascii="Times New Roman" w:hAnsi="Times New Roman" w:cs="Times New Roman"/>
          <w:b/>
          <w:sz w:val="28"/>
          <w:szCs w:val="28"/>
          <w:lang w:val="ru-RU"/>
        </w:rPr>
      </w:pPr>
      <w:r w:rsidRPr="00726D7C">
        <w:rPr>
          <w:rFonts w:ascii="Times New Roman" w:hAnsi="Times New Roman" w:cs="Times New Roman"/>
          <w:b/>
          <w:sz w:val="28"/>
          <w:szCs w:val="28"/>
          <w:lang w:val="ru-RU"/>
        </w:rPr>
        <w:t>Профильная направленность Программы</w:t>
      </w:r>
    </w:p>
    <w:p w14:paraId="66D39DC4"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Программа имеет комплексную художественно-творческую и образовательно-оздоровительную направленность, объединяющую воспитательное, художественное, сценическое, музыкально-двигательное, дизайнерское, медийное, технологическое и проектное содержание.</w:t>
      </w:r>
    </w:p>
    <w:p w14:paraId="5F585141"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Профильная направленность Программы определяется необходимостью создания содержательной модели летнего отдыха, обеспечивающей восстановление сил детей после учебного года, развитие творческого потенциала, эмоционального интеллекта, коммуникативной культуры, эстетического восприятия, проектной инициативы и способности к созидательной деятельности.</w:t>
      </w:r>
    </w:p>
    <w:p w14:paraId="5A320E6B"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Содержание Программы не предполагает дублирования общеобразовательных учебных программ. Все занятия имеют развивающий, практико-ориентированный, игровой, проектный, творческий и воспитательный характер и реализуются с учетом возрастных и психофизиологических особенностей детей.</w:t>
      </w:r>
    </w:p>
    <w:p w14:paraId="4D5FF69D" w14:textId="77777777" w:rsidR="0085125B" w:rsidRPr="00726D7C" w:rsidRDefault="001F678B" w:rsidP="006023F3">
      <w:pPr>
        <w:pStyle w:val="21"/>
        <w:spacing w:before="60" w:after="60" w:line="240" w:lineRule="auto"/>
        <w:rPr>
          <w:rFonts w:cs="Times New Roman"/>
          <w:szCs w:val="28"/>
          <w:lang w:val="ru-RU"/>
        </w:rPr>
      </w:pPr>
      <w:r w:rsidRPr="00726D7C">
        <w:rPr>
          <w:rFonts w:eastAsia="Times New Roman" w:cs="Times New Roman"/>
          <w:szCs w:val="28"/>
          <w:lang w:val="ru-RU"/>
        </w:rPr>
        <w:t>Тематическое содержание Программы</w:t>
      </w:r>
    </w:p>
    <w:p w14:paraId="7584B368" w14:textId="77777777" w:rsidR="0085125B" w:rsidRPr="00726D7C" w:rsidRDefault="001F678B" w:rsidP="006023F3">
      <w:pPr>
        <w:pStyle w:val="31"/>
        <w:spacing w:before="60" w:after="60" w:line="240" w:lineRule="auto"/>
        <w:rPr>
          <w:rFonts w:cs="Times New Roman"/>
          <w:szCs w:val="28"/>
          <w:lang w:val="ru-RU"/>
        </w:rPr>
      </w:pPr>
      <w:r w:rsidRPr="00726D7C">
        <w:rPr>
          <w:rFonts w:eastAsia="Times New Roman" w:cs="Times New Roman"/>
          <w:szCs w:val="28"/>
          <w:lang w:val="ru-RU"/>
        </w:rPr>
        <w:t>Изобразительное искусство и арт-мастерские</w:t>
      </w:r>
    </w:p>
    <w:p w14:paraId="7EE39CD5"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Ориентировано на развитие художественного восприятия, воображения, композиционного мышления, чувства цвета, формы, линии и материала.</w:t>
      </w:r>
    </w:p>
    <w:p w14:paraId="7D04818D" w14:textId="1FF2FECA"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lastRenderedPageBreak/>
        <w:t xml:space="preserve">Возможные формы реализации: рисунок, живопись, графика, коллаж, скетчинг, леттеринг, открытки, плакаты, комиксы, зины, арт-бук, мозаика из бумаги, природный арт без вреда природе, мастерская «Цвет и настроение», «Портрет эмоции», «Город мечты», «Моя история в картинках», коллективное панно, арт-выставка отряда, конкурс визуальных идей, пленэр на территории </w:t>
      </w:r>
      <w:r w:rsidR="001F3C1F">
        <w:rPr>
          <w:rFonts w:cs="Times New Roman"/>
          <w:szCs w:val="28"/>
          <w:lang w:val="ru-RU"/>
        </w:rPr>
        <w:t>ДООЦ</w:t>
      </w:r>
      <w:r w:rsidRPr="00726D7C">
        <w:rPr>
          <w:rFonts w:cs="Times New Roman"/>
          <w:szCs w:val="28"/>
          <w:lang w:val="ru-RU"/>
        </w:rPr>
        <w:t>, зарисовки природы, иллюстрации к легендам и сказкам, визуальный дневник смены.</w:t>
      </w:r>
    </w:p>
    <w:p w14:paraId="30EAE6E6" w14:textId="422F61A7" w:rsidR="0085125B" w:rsidRPr="00726D7C" w:rsidRDefault="00513BF0" w:rsidP="006023F3">
      <w:pPr>
        <w:spacing w:after="0" w:line="240" w:lineRule="auto"/>
        <w:ind w:firstLine="709"/>
        <w:rPr>
          <w:rFonts w:cs="Times New Roman"/>
          <w:szCs w:val="28"/>
          <w:lang w:val="ru-RU"/>
        </w:rPr>
      </w:pPr>
      <w:r w:rsidRPr="00726D7C">
        <w:rPr>
          <w:rFonts w:cs="Times New Roman"/>
          <w:szCs w:val="28"/>
          <w:lang w:val="ru-RU"/>
        </w:rPr>
        <w:t>П</w:t>
      </w:r>
      <w:r w:rsidR="001F678B" w:rsidRPr="00726D7C">
        <w:rPr>
          <w:rFonts w:cs="Times New Roman"/>
          <w:szCs w:val="28"/>
          <w:lang w:val="ru-RU"/>
        </w:rPr>
        <w:t>ри наличии условий могут использоваться графические планшеты, цифровые кисти, приложения для рисования, интерактивные панели, цифровые проекторы, фотопринтеры, световые планшеты, 3</w:t>
      </w:r>
      <w:r w:rsidR="001F678B" w:rsidRPr="00726D7C">
        <w:rPr>
          <w:rFonts w:cs="Times New Roman"/>
          <w:szCs w:val="28"/>
        </w:rPr>
        <w:t>D</w:t>
      </w:r>
      <w:r w:rsidR="001F678B" w:rsidRPr="00726D7C">
        <w:rPr>
          <w:rFonts w:cs="Times New Roman"/>
          <w:szCs w:val="28"/>
          <w:lang w:val="ru-RU"/>
        </w:rPr>
        <w:t>-ручки, плоттеры и безопасные наборы для печатной графики. При отсутствии специального оборудования применяются бумага, картон, карандаши, маркеры, гуашь, акварель, природные и подручные материалы.</w:t>
      </w:r>
    </w:p>
    <w:p w14:paraId="3EA8D5F4"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Ожидаемый результат: раскрытие художественного потенциала, развитие визуального мышления и уверенности в творческом самовыражении.</w:t>
      </w:r>
    </w:p>
    <w:p w14:paraId="6E24C7A8" w14:textId="77777777" w:rsidR="0085125B" w:rsidRPr="00726D7C" w:rsidRDefault="001F678B" w:rsidP="006023F3">
      <w:pPr>
        <w:pStyle w:val="31"/>
        <w:spacing w:before="60" w:after="60" w:line="240" w:lineRule="auto"/>
        <w:rPr>
          <w:rFonts w:cs="Times New Roman"/>
          <w:szCs w:val="28"/>
          <w:lang w:val="ru-RU"/>
        </w:rPr>
      </w:pPr>
      <w:r w:rsidRPr="00726D7C">
        <w:rPr>
          <w:rFonts w:eastAsia="Times New Roman" w:cs="Times New Roman"/>
          <w:szCs w:val="28"/>
          <w:lang w:val="ru-RU"/>
        </w:rPr>
        <w:t>Театр, сторителлинг и перформанс</w:t>
      </w:r>
    </w:p>
    <w:p w14:paraId="140C65F4"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Направлено на развитие сценической культуры, выразительной речи, эмоционального интеллекта, уверенности, умения работать с образом, текстом, движением и аудиторией.</w:t>
      </w:r>
    </w:p>
    <w:p w14:paraId="3AB0071A"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Возможные формы реализации: театральные этюды, импровизация, актерские тренинги, сторителлинг, постановка мини-спектакля, пластический театр, театр теней, театр предметов, читка по ролям, сценки о ценностях «Адал азамат», форум-театр, перформанс на открытой площадке, спектакль без слов, театр масок, постановка по легендам Казахстана, конкурс монологов, вечер живых историй, работа с голосом и дикцией.</w:t>
      </w:r>
    </w:p>
    <w:p w14:paraId="0E0D3289" w14:textId="1C954C21" w:rsidR="0085125B" w:rsidRPr="00726D7C" w:rsidRDefault="00513BF0" w:rsidP="006023F3">
      <w:pPr>
        <w:spacing w:after="0" w:line="240" w:lineRule="auto"/>
        <w:ind w:firstLine="709"/>
        <w:rPr>
          <w:rFonts w:cs="Times New Roman"/>
          <w:szCs w:val="28"/>
          <w:lang w:val="ru-RU"/>
        </w:rPr>
      </w:pPr>
      <w:r w:rsidRPr="00726D7C">
        <w:rPr>
          <w:rFonts w:cs="Times New Roman"/>
          <w:szCs w:val="28"/>
          <w:lang w:val="ru-RU"/>
        </w:rPr>
        <w:t>П</w:t>
      </w:r>
      <w:r w:rsidR="001F678B" w:rsidRPr="00726D7C">
        <w:rPr>
          <w:rFonts w:cs="Times New Roman"/>
          <w:szCs w:val="28"/>
          <w:lang w:val="ru-RU"/>
        </w:rPr>
        <w:t>ри наличии условий могут использоваться микрофоны, световое оборудование, проектор, музыкальная аппаратура, видеопроекции, простые сценические декорации, костюмы, реквизит, экран для теневого театра, технологии видеомэппинга или мультимедийного сопровождения. При отсутствии техники достаточно открытой площадки, простого реквизита, ткани, бумаги, картона, голоса и движения.</w:t>
      </w:r>
    </w:p>
    <w:p w14:paraId="2B586D30"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Ожидаемый результат: развитие сценической уверенности, культуры публичного выступления, эмоциональной выразительности и командного взаимодействия.</w:t>
      </w:r>
    </w:p>
    <w:p w14:paraId="7A61A5D9" w14:textId="77777777" w:rsidR="0085125B" w:rsidRPr="00726D7C" w:rsidRDefault="001F678B" w:rsidP="006023F3">
      <w:pPr>
        <w:pStyle w:val="31"/>
        <w:spacing w:before="60" w:after="60" w:line="240" w:lineRule="auto"/>
        <w:rPr>
          <w:rFonts w:cs="Times New Roman"/>
          <w:szCs w:val="28"/>
          <w:lang w:val="ru-RU"/>
        </w:rPr>
      </w:pPr>
      <w:r w:rsidRPr="00726D7C">
        <w:rPr>
          <w:rFonts w:eastAsia="Times New Roman" w:cs="Times New Roman"/>
          <w:szCs w:val="28"/>
          <w:lang w:val="ru-RU"/>
        </w:rPr>
        <w:t>Музыка, ритм, движение и танец</w:t>
      </w:r>
    </w:p>
    <w:p w14:paraId="0F2466C1"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Ориентировано на развитие музыкальности, чувства ритма, пластики, координации, эмоциональной разгрузки и коллективного творческого взаимодействия.</w:t>
      </w:r>
    </w:p>
    <w:p w14:paraId="0286A367" w14:textId="27B9D159"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 xml:space="preserve">Возможные формы реализации: ритмические игры, </w:t>
      </w:r>
      <w:r w:rsidR="00006CCA" w:rsidRPr="00726D7C">
        <w:rPr>
          <w:rFonts w:cs="Times New Roman"/>
          <w:szCs w:val="28"/>
          <w:lang w:val="ru-RU"/>
        </w:rPr>
        <w:t>телесная перкуссия (</w:t>
      </w:r>
      <w:r w:rsidR="00006CCA" w:rsidRPr="00726D7C">
        <w:rPr>
          <w:rFonts w:cs="Times New Roman"/>
          <w:szCs w:val="28"/>
        </w:rPr>
        <w:t>body</w:t>
      </w:r>
      <w:r w:rsidR="00006CCA" w:rsidRPr="00726D7C">
        <w:rPr>
          <w:rFonts w:cs="Times New Roman"/>
          <w:szCs w:val="28"/>
          <w:lang w:val="ru-RU"/>
        </w:rPr>
        <w:t xml:space="preserve"> </w:t>
      </w:r>
      <w:r w:rsidR="00006CCA" w:rsidRPr="00726D7C">
        <w:rPr>
          <w:rFonts w:cs="Times New Roman"/>
          <w:szCs w:val="28"/>
        </w:rPr>
        <w:t>percussion</w:t>
      </w:r>
      <w:r w:rsidR="00006CCA" w:rsidRPr="00726D7C">
        <w:rPr>
          <w:rFonts w:cs="Times New Roman"/>
          <w:szCs w:val="28"/>
          <w:lang w:val="ru-RU"/>
        </w:rPr>
        <w:t>)</w:t>
      </w:r>
      <w:r w:rsidRPr="00726D7C">
        <w:rPr>
          <w:rFonts w:cs="Times New Roman"/>
          <w:szCs w:val="28"/>
          <w:lang w:val="ru-RU"/>
        </w:rPr>
        <w:t xml:space="preserve">, вокальные круги, танцевальные флешмобы, постановка танцевального номера, музыкальные импровизации, шумовой оркестр, </w:t>
      </w:r>
      <w:r w:rsidRPr="00726D7C">
        <w:rPr>
          <w:rFonts w:cs="Times New Roman"/>
          <w:szCs w:val="28"/>
          <w:lang w:val="ru-RU"/>
        </w:rPr>
        <w:lastRenderedPageBreak/>
        <w:t xml:space="preserve">создание ритма из безопасных подручных предметов, мастерская «Звук лагеря», танцевальный баттл без соревновательного давления, музыкальный вечер, этно-ритмы, движение под настроение, хореографический </w:t>
      </w:r>
      <w:r w:rsidR="00006CCA" w:rsidRPr="00726D7C">
        <w:rPr>
          <w:rFonts w:cs="Times New Roman"/>
          <w:szCs w:val="28"/>
          <w:lang w:val="ru-RU"/>
        </w:rPr>
        <w:t>скетч</w:t>
      </w:r>
      <w:r w:rsidRPr="00726D7C">
        <w:rPr>
          <w:rFonts w:cs="Times New Roman"/>
          <w:szCs w:val="28"/>
          <w:lang w:val="ru-RU"/>
        </w:rPr>
        <w:t>, звуковая открытка смены.</w:t>
      </w:r>
    </w:p>
    <w:p w14:paraId="02375D1F" w14:textId="27416838" w:rsidR="0085125B" w:rsidRPr="00726D7C" w:rsidRDefault="00513BF0" w:rsidP="006023F3">
      <w:pPr>
        <w:spacing w:after="0" w:line="240" w:lineRule="auto"/>
        <w:ind w:firstLine="709"/>
        <w:rPr>
          <w:rFonts w:cs="Times New Roman"/>
          <w:szCs w:val="28"/>
          <w:lang w:val="ru-RU"/>
        </w:rPr>
      </w:pPr>
      <w:r w:rsidRPr="00726D7C">
        <w:rPr>
          <w:rFonts w:cs="Times New Roman"/>
          <w:szCs w:val="28"/>
          <w:lang w:val="ru-RU"/>
        </w:rPr>
        <w:t>П</w:t>
      </w:r>
      <w:r w:rsidR="001F678B" w:rsidRPr="00726D7C">
        <w:rPr>
          <w:rFonts w:cs="Times New Roman"/>
          <w:szCs w:val="28"/>
          <w:lang w:val="ru-RU"/>
        </w:rPr>
        <w:t xml:space="preserve">ри наличии условий могут использоваться музыкальные инструменты, микрофоны, колонки, </w:t>
      </w:r>
      <w:r w:rsidR="00006CCA" w:rsidRPr="00726D7C">
        <w:rPr>
          <w:rFonts w:cs="Times New Roman"/>
          <w:szCs w:val="28"/>
          <w:lang w:val="ru-RU"/>
        </w:rPr>
        <w:t>луп станция (</w:t>
      </w:r>
      <w:r w:rsidR="001F678B" w:rsidRPr="00726D7C">
        <w:rPr>
          <w:rFonts w:cs="Times New Roman"/>
          <w:szCs w:val="28"/>
        </w:rPr>
        <w:t>loop</w:t>
      </w:r>
      <w:r w:rsidR="001F678B" w:rsidRPr="00726D7C">
        <w:rPr>
          <w:rFonts w:cs="Times New Roman"/>
          <w:szCs w:val="28"/>
          <w:lang w:val="ru-RU"/>
        </w:rPr>
        <w:t xml:space="preserve"> </w:t>
      </w:r>
      <w:r w:rsidR="001F678B" w:rsidRPr="00726D7C">
        <w:rPr>
          <w:rFonts w:cs="Times New Roman"/>
          <w:szCs w:val="28"/>
        </w:rPr>
        <w:t>station</w:t>
      </w:r>
      <w:r w:rsidR="00006CCA" w:rsidRPr="00726D7C">
        <w:rPr>
          <w:rFonts w:cs="Times New Roman"/>
          <w:szCs w:val="28"/>
          <w:lang w:val="ru-RU"/>
        </w:rPr>
        <w:t>)</w:t>
      </w:r>
      <w:r w:rsidR="001F678B" w:rsidRPr="00726D7C">
        <w:rPr>
          <w:rFonts w:cs="Times New Roman"/>
          <w:szCs w:val="28"/>
          <w:lang w:val="ru-RU"/>
        </w:rPr>
        <w:t xml:space="preserve">, приложения для создания музыки, </w:t>
      </w:r>
      <w:r w:rsidR="001F678B" w:rsidRPr="00726D7C">
        <w:rPr>
          <w:rFonts w:cs="Times New Roman"/>
          <w:szCs w:val="28"/>
        </w:rPr>
        <w:t>MIDI</w:t>
      </w:r>
      <w:r w:rsidR="001F678B" w:rsidRPr="00726D7C">
        <w:rPr>
          <w:rFonts w:cs="Times New Roman"/>
          <w:szCs w:val="28"/>
          <w:lang w:val="ru-RU"/>
        </w:rPr>
        <w:t>-клавиатура, программы для записи звука, проектор для визуального сопровождения, наушники для саунд-дизайна. При отсутствии оборудования используются голос, хлопки, шаги, безопасные предметы, национальные и подвижные игры.</w:t>
      </w:r>
    </w:p>
    <w:p w14:paraId="20FC124F"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Ожидаемый результат: развитие музыкально-двигательной культуры, эмоционального благополучия, командности и позитивного опыта самовыражения.</w:t>
      </w:r>
    </w:p>
    <w:p w14:paraId="015712FA" w14:textId="77777777" w:rsidR="0085125B" w:rsidRPr="00726D7C" w:rsidRDefault="001F678B" w:rsidP="006023F3">
      <w:pPr>
        <w:pStyle w:val="31"/>
        <w:spacing w:before="60" w:after="60" w:line="240" w:lineRule="auto"/>
        <w:rPr>
          <w:rFonts w:cs="Times New Roman"/>
          <w:szCs w:val="28"/>
          <w:lang w:val="ru-RU"/>
        </w:rPr>
      </w:pPr>
      <w:r w:rsidRPr="00726D7C">
        <w:rPr>
          <w:rFonts w:eastAsia="Times New Roman" w:cs="Times New Roman"/>
          <w:szCs w:val="28"/>
          <w:lang w:val="ru-RU"/>
        </w:rPr>
        <w:t>Дизайн, мода, декоративно-прикладное творчество и ремесла</w:t>
      </w:r>
    </w:p>
    <w:p w14:paraId="047FA816"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Способствует развитию эстетического вкуса, аккуратности, трудолюбия, проектного мышления, уважения к ручному труду, национальной культуре и современным формам дизайна.</w:t>
      </w:r>
    </w:p>
    <w:p w14:paraId="30600E5D" w14:textId="593F51D2"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 xml:space="preserve">Возможные формы реализации: орнаментальная мастерская, дизайн костюма, аксессуары из безопасных материалов, декор предметов, бумажная архитектура, макетирование, эко-дизайн, апсайклинг, оформление отрядного пространства, создание эмблемы и фирменного стиля отряда, </w:t>
      </w:r>
      <w:r w:rsidR="00006CCA" w:rsidRPr="00726D7C">
        <w:rPr>
          <w:rFonts w:cs="Times New Roman"/>
          <w:szCs w:val="28"/>
          <w:lang w:val="ru-RU"/>
        </w:rPr>
        <w:t>текстильное искусство</w:t>
      </w:r>
      <w:r w:rsidRPr="00726D7C">
        <w:rPr>
          <w:rFonts w:cs="Times New Roman"/>
          <w:szCs w:val="28"/>
          <w:lang w:val="ru-RU"/>
        </w:rPr>
        <w:t>, бумажная скульптура, открытки, арт-объекты, дизайн афиши, сценография, конкурс «Вторая жизнь вещи», этнодизайн в современном формате.</w:t>
      </w:r>
    </w:p>
    <w:p w14:paraId="7013D7DD" w14:textId="7769467F" w:rsidR="0085125B" w:rsidRPr="00726D7C" w:rsidRDefault="00513BF0" w:rsidP="006023F3">
      <w:pPr>
        <w:spacing w:after="0" w:line="240" w:lineRule="auto"/>
        <w:ind w:firstLine="709"/>
        <w:rPr>
          <w:rFonts w:cs="Times New Roman"/>
          <w:szCs w:val="28"/>
          <w:lang w:val="ru-RU"/>
        </w:rPr>
      </w:pPr>
      <w:r w:rsidRPr="00726D7C">
        <w:rPr>
          <w:rFonts w:cs="Times New Roman"/>
          <w:szCs w:val="28"/>
          <w:lang w:val="ru-RU"/>
        </w:rPr>
        <w:t>П</w:t>
      </w:r>
      <w:r w:rsidR="001F678B" w:rsidRPr="00726D7C">
        <w:rPr>
          <w:rFonts w:cs="Times New Roman"/>
          <w:szCs w:val="28"/>
          <w:lang w:val="ru-RU"/>
        </w:rPr>
        <w:t>ри наличии условий могут использоваться швейные принадлежности под контролем взрослых, термопрессы, безопасные наборы для печати на ткани, 3</w:t>
      </w:r>
      <w:r w:rsidR="001F678B" w:rsidRPr="00726D7C">
        <w:rPr>
          <w:rFonts w:cs="Times New Roman"/>
          <w:szCs w:val="28"/>
        </w:rPr>
        <w:t>D</w:t>
      </w:r>
      <w:r w:rsidR="001F678B" w:rsidRPr="00726D7C">
        <w:rPr>
          <w:rFonts w:cs="Times New Roman"/>
          <w:szCs w:val="28"/>
          <w:lang w:val="ru-RU"/>
        </w:rPr>
        <w:t>-ручки, плоттер, лазерная резка только при соблюдении всех требований безопасности, программы для дизайна, графические планшеты. При отсутствии специального оборудования используются ткань, бумага, картон, нитки, ленты, природные и вторичные материалы.</w:t>
      </w:r>
    </w:p>
    <w:p w14:paraId="444D1E2D"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Ожидаемый результат: формирование практических творческих навыков, уважения к труду, эстетического вкуса и способности создавать полезный художественный продукт.</w:t>
      </w:r>
    </w:p>
    <w:p w14:paraId="5D8B8155" w14:textId="5C87AFB6" w:rsidR="0085125B" w:rsidRPr="00726D7C" w:rsidRDefault="00006CCA" w:rsidP="006023F3">
      <w:pPr>
        <w:pStyle w:val="31"/>
        <w:spacing w:before="60" w:after="60" w:line="240" w:lineRule="auto"/>
        <w:rPr>
          <w:rFonts w:cs="Times New Roman"/>
          <w:szCs w:val="28"/>
          <w:lang w:val="ru-RU"/>
        </w:rPr>
      </w:pPr>
      <w:r w:rsidRPr="00726D7C">
        <w:rPr>
          <w:rFonts w:eastAsia="Times New Roman" w:cs="Times New Roman"/>
          <w:szCs w:val="28"/>
          <w:lang w:val="ru-RU"/>
        </w:rPr>
        <w:t>Цифровое искусство, анимация и креативные технологии</w:t>
      </w:r>
    </w:p>
    <w:p w14:paraId="4BED83AD"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Направлено на развитие цифровой креативности, медиаграмотности, технологической культуры, безопасного использования цифровых инструментов и способности создавать современный визуальный продукт.</w:t>
      </w:r>
    </w:p>
    <w:p w14:paraId="71E16FF7" w14:textId="7C74EB0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 xml:space="preserve">Возможные формы реализации: </w:t>
      </w:r>
      <w:r w:rsidRPr="00726D7C">
        <w:rPr>
          <w:rFonts w:cs="Times New Roman"/>
          <w:szCs w:val="28"/>
        </w:rPr>
        <w:t>digital</w:t>
      </w:r>
      <w:r w:rsidRPr="00726D7C">
        <w:rPr>
          <w:rFonts w:cs="Times New Roman"/>
          <w:szCs w:val="28"/>
          <w:lang w:val="ru-RU"/>
        </w:rPr>
        <w:t xml:space="preserve">-постер, цифровой коллаж, </w:t>
      </w:r>
      <w:r w:rsidR="00006CCA" w:rsidRPr="00726D7C">
        <w:rPr>
          <w:rFonts w:cs="Times New Roman"/>
          <w:szCs w:val="28"/>
          <w:lang w:val="ru-RU"/>
        </w:rPr>
        <w:t xml:space="preserve">(покадровая) </w:t>
      </w:r>
      <w:r w:rsidRPr="00726D7C">
        <w:rPr>
          <w:rFonts w:cs="Times New Roman"/>
          <w:szCs w:val="28"/>
        </w:rPr>
        <w:t>stop</w:t>
      </w:r>
      <w:r w:rsidRPr="00726D7C">
        <w:rPr>
          <w:rFonts w:cs="Times New Roman"/>
          <w:szCs w:val="28"/>
          <w:lang w:val="ru-RU"/>
        </w:rPr>
        <w:t>-</w:t>
      </w:r>
      <w:r w:rsidRPr="00726D7C">
        <w:rPr>
          <w:rFonts w:cs="Times New Roman"/>
          <w:szCs w:val="28"/>
        </w:rPr>
        <w:t>motion</w:t>
      </w:r>
      <w:r w:rsidRPr="00726D7C">
        <w:rPr>
          <w:rFonts w:cs="Times New Roman"/>
          <w:szCs w:val="28"/>
          <w:lang w:val="ru-RU"/>
        </w:rPr>
        <w:t xml:space="preserve"> анимация, </w:t>
      </w:r>
      <w:r w:rsidRPr="00726D7C">
        <w:rPr>
          <w:rFonts w:cs="Times New Roman"/>
          <w:szCs w:val="28"/>
        </w:rPr>
        <w:t>GIF</w:t>
      </w:r>
      <w:r w:rsidRPr="00726D7C">
        <w:rPr>
          <w:rFonts w:cs="Times New Roman"/>
          <w:szCs w:val="28"/>
          <w:lang w:val="ru-RU"/>
        </w:rPr>
        <w:t xml:space="preserve">-анимация, комикс, интерактивная презентация, фотоистория, видеозарисовка, арт-фильтр без публикации персональных данных, цифровая открытка, мультимедийная выставка, </w:t>
      </w:r>
      <w:r w:rsidRPr="00726D7C">
        <w:rPr>
          <w:rFonts w:cs="Times New Roman"/>
          <w:szCs w:val="28"/>
        </w:rPr>
        <w:t>QR</w:t>
      </w:r>
      <w:r w:rsidRPr="00726D7C">
        <w:rPr>
          <w:rFonts w:cs="Times New Roman"/>
          <w:szCs w:val="28"/>
          <w:lang w:val="ru-RU"/>
        </w:rPr>
        <w:t>-</w:t>
      </w:r>
      <w:r w:rsidRPr="00726D7C">
        <w:rPr>
          <w:rFonts w:cs="Times New Roman"/>
          <w:szCs w:val="28"/>
          <w:lang w:val="ru-RU"/>
        </w:rPr>
        <w:lastRenderedPageBreak/>
        <w:t xml:space="preserve">галерея работ, цифровое портфолио смены, визуальный сторителлинг, мастерская «Искусственный интеллект как источник идеи», создание </w:t>
      </w:r>
      <w:r w:rsidRPr="00726D7C">
        <w:rPr>
          <w:rFonts w:cs="Times New Roman"/>
          <w:szCs w:val="28"/>
        </w:rPr>
        <w:t>moodboard</w:t>
      </w:r>
      <w:r w:rsidRPr="00726D7C">
        <w:rPr>
          <w:rFonts w:cs="Times New Roman"/>
          <w:szCs w:val="28"/>
          <w:lang w:val="ru-RU"/>
        </w:rPr>
        <w:t xml:space="preserve">, разработка стикеров и эмодзи лагеря, генерация идей с помощью безопасных </w:t>
      </w:r>
      <w:r w:rsidRPr="00726D7C">
        <w:rPr>
          <w:rFonts w:cs="Times New Roman"/>
          <w:szCs w:val="28"/>
        </w:rPr>
        <w:t>AI</w:t>
      </w:r>
      <w:r w:rsidRPr="00726D7C">
        <w:rPr>
          <w:rFonts w:cs="Times New Roman"/>
          <w:szCs w:val="28"/>
          <w:lang w:val="ru-RU"/>
        </w:rPr>
        <w:t>-инструментов под контролем педагога.</w:t>
      </w:r>
    </w:p>
    <w:p w14:paraId="70915B0D" w14:textId="0FAF7090" w:rsidR="0085125B" w:rsidRPr="00726D7C" w:rsidRDefault="00513BF0" w:rsidP="006023F3">
      <w:pPr>
        <w:spacing w:after="0" w:line="240" w:lineRule="auto"/>
        <w:ind w:firstLine="709"/>
        <w:rPr>
          <w:rFonts w:cs="Times New Roman"/>
          <w:szCs w:val="28"/>
          <w:lang w:val="ru-RU"/>
        </w:rPr>
      </w:pPr>
      <w:r w:rsidRPr="00726D7C">
        <w:rPr>
          <w:rFonts w:cs="Times New Roman"/>
          <w:szCs w:val="28"/>
          <w:lang w:val="ru-RU"/>
        </w:rPr>
        <w:t>П</w:t>
      </w:r>
      <w:r w:rsidR="001F678B" w:rsidRPr="00726D7C">
        <w:rPr>
          <w:rFonts w:cs="Times New Roman"/>
          <w:szCs w:val="28"/>
          <w:lang w:val="ru-RU"/>
        </w:rPr>
        <w:t xml:space="preserve">ри наличии условий могут использоваться планшеты, ноутбуки, графические планшеты, интерактивные панели, проекторы, приложения для рисования, монтажа, анимации и дизайна, </w:t>
      </w:r>
      <w:r w:rsidR="001F678B" w:rsidRPr="00726D7C">
        <w:rPr>
          <w:rFonts w:cs="Times New Roman"/>
          <w:szCs w:val="28"/>
        </w:rPr>
        <w:t>VR</w:t>
      </w:r>
      <w:r w:rsidR="001F678B" w:rsidRPr="00726D7C">
        <w:rPr>
          <w:rFonts w:cs="Times New Roman"/>
          <w:szCs w:val="28"/>
          <w:lang w:val="ru-RU"/>
        </w:rPr>
        <w:t>/</w:t>
      </w:r>
      <w:r w:rsidR="001F678B" w:rsidRPr="00726D7C">
        <w:rPr>
          <w:rFonts w:cs="Times New Roman"/>
          <w:szCs w:val="28"/>
        </w:rPr>
        <w:t>AR</w:t>
      </w:r>
      <w:r w:rsidR="001F678B" w:rsidRPr="00726D7C">
        <w:rPr>
          <w:rFonts w:cs="Times New Roman"/>
          <w:szCs w:val="28"/>
          <w:lang w:val="ru-RU"/>
        </w:rPr>
        <w:t>-материалы, 3</w:t>
      </w:r>
      <w:r w:rsidR="001F678B" w:rsidRPr="00726D7C">
        <w:rPr>
          <w:rFonts w:cs="Times New Roman"/>
          <w:szCs w:val="28"/>
        </w:rPr>
        <w:t>D</w:t>
      </w:r>
      <w:r w:rsidR="001F678B" w:rsidRPr="00726D7C">
        <w:rPr>
          <w:rFonts w:cs="Times New Roman"/>
          <w:szCs w:val="28"/>
          <w:lang w:val="ru-RU"/>
        </w:rPr>
        <w:t xml:space="preserve">-моделирование, нейросетевые инструменты для генерации идей и референсов, фотокамеры и аудиоредакторы. При отсутствии техники цифровые идеи моделируются на бумаге: </w:t>
      </w:r>
      <w:r w:rsidR="00006CCA" w:rsidRPr="00726D7C">
        <w:rPr>
          <w:rFonts w:cs="Times New Roman"/>
          <w:szCs w:val="28"/>
          <w:lang w:val="ru-RU"/>
        </w:rPr>
        <w:t xml:space="preserve">(сториборд) </w:t>
      </w:r>
      <w:r w:rsidR="001F678B" w:rsidRPr="00726D7C">
        <w:rPr>
          <w:rFonts w:cs="Times New Roman"/>
          <w:szCs w:val="28"/>
        </w:rPr>
        <w:t>storyboard</w:t>
      </w:r>
      <w:r w:rsidR="001F678B" w:rsidRPr="00726D7C">
        <w:rPr>
          <w:rFonts w:cs="Times New Roman"/>
          <w:szCs w:val="28"/>
          <w:lang w:val="ru-RU"/>
        </w:rPr>
        <w:t>, кадроплан, макет интерфейса, карточки анимации, бумажный прототип.</w:t>
      </w:r>
    </w:p>
    <w:p w14:paraId="135EF989"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Ожидаемый результат: формирование цифровой креативности, медиаграмотности, культуры безопасного использования технологий и навыков создания современного визуального продукта.</w:t>
      </w:r>
    </w:p>
    <w:p w14:paraId="3D97C154" w14:textId="77777777" w:rsidR="0085125B" w:rsidRPr="00726D7C" w:rsidRDefault="001F678B" w:rsidP="006023F3">
      <w:pPr>
        <w:pStyle w:val="31"/>
        <w:spacing w:before="60" w:after="60" w:line="240" w:lineRule="auto"/>
        <w:rPr>
          <w:rFonts w:cs="Times New Roman"/>
          <w:szCs w:val="28"/>
          <w:lang w:val="ru-RU"/>
        </w:rPr>
      </w:pPr>
      <w:r w:rsidRPr="00726D7C">
        <w:rPr>
          <w:rFonts w:eastAsia="Times New Roman" w:cs="Times New Roman"/>
          <w:szCs w:val="28"/>
          <w:lang w:val="ru-RU"/>
        </w:rPr>
        <w:t>Фото, видео, медиа и арт-коммуникация</w:t>
      </w:r>
    </w:p>
    <w:p w14:paraId="01E09514"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Ориентировано на развитие навыков визуального рассказа, медиакультуры, командной коммуникации, публичной презентации и ответственного отношения к изображению человека и информации.</w:t>
      </w:r>
    </w:p>
    <w:p w14:paraId="1FC3C06A" w14:textId="1098E2F2"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 xml:space="preserve">Возможные формы реализации: фотопрогулка, фотолетопись смены, интервью с участниками, репортаж «Один день </w:t>
      </w:r>
      <w:r w:rsidRPr="00726D7C">
        <w:rPr>
          <w:rFonts w:cs="Times New Roman"/>
          <w:szCs w:val="28"/>
        </w:rPr>
        <w:t>ART</w:t>
      </w:r>
      <w:r w:rsidRPr="00726D7C">
        <w:rPr>
          <w:rFonts w:cs="Times New Roman"/>
          <w:szCs w:val="28"/>
          <w:lang w:val="ru-RU"/>
        </w:rPr>
        <w:t xml:space="preserve"> </w:t>
      </w:r>
      <w:r w:rsidRPr="00726D7C">
        <w:rPr>
          <w:rFonts w:cs="Times New Roman"/>
          <w:szCs w:val="28"/>
        </w:rPr>
        <w:t>ALEM</w:t>
      </w:r>
      <w:r w:rsidRPr="00726D7C">
        <w:rPr>
          <w:rFonts w:cs="Times New Roman"/>
          <w:szCs w:val="28"/>
          <w:lang w:val="ru-RU"/>
        </w:rPr>
        <w:t xml:space="preserve">», видеовизитка отряда, короткометражный ролик, социальная реклама о ценностях, подкаст о творчестве, афиша фестиваля, онлайн-стенгазета при наличии условий, арт-новости </w:t>
      </w:r>
      <w:r w:rsidR="001F3C1F">
        <w:rPr>
          <w:rFonts w:cs="Times New Roman"/>
          <w:szCs w:val="28"/>
          <w:lang w:val="ru-RU"/>
        </w:rPr>
        <w:t>ДООЦ,</w:t>
      </w:r>
      <w:r w:rsidRPr="00726D7C">
        <w:rPr>
          <w:rFonts w:cs="Times New Roman"/>
          <w:szCs w:val="28"/>
          <w:lang w:val="ru-RU"/>
        </w:rPr>
        <w:t xml:space="preserve"> фотоконкурс «Цвет, свет, настроение», медиадневник арт-команды, выставка «Кадр дня», работа с правилами согласия на съемку и уважительного изображения.</w:t>
      </w:r>
    </w:p>
    <w:p w14:paraId="33B95311" w14:textId="10DB35FB" w:rsidR="0085125B" w:rsidRPr="00726D7C" w:rsidRDefault="00513BF0" w:rsidP="006023F3">
      <w:pPr>
        <w:spacing w:after="0" w:line="240" w:lineRule="auto"/>
        <w:ind w:firstLine="709"/>
        <w:rPr>
          <w:rFonts w:cs="Times New Roman"/>
          <w:szCs w:val="28"/>
          <w:lang w:val="ru-RU"/>
        </w:rPr>
      </w:pPr>
      <w:r w:rsidRPr="00726D7C">
        <w:rPr>
          <w:rFonts w:cs="Times New Roman"/>
          <w:szCs w:val="28"/>
          <w:lang w:val="ru-RU"/>
        </w:rPr>
        <w:t>П</w:t>
      </w:r>
      <w:r w:rsidR="001F678B" w:rsidRPr="00726D7C">
        <w:rPr>
          <w:rFonts w:cs="Times New Roman"/>
          <w:szCs w:val="28"/>
          <w:lang w:val="ru-RU"/>
        </w:rPr>
        <w:t>ри наличии условий используются фото- и видеокамеры, смартфоны, стабилизаторы, микрофоны, свет, программы монтажа, онлайн-доски, облачные папки, проекторы, интерактивные экраны. При отсутствии оборудования участники создают бумажные газеты, устные репортажи, раскадровки, плакаты, стенды и живые презентации.</w:t>
      </w:r>
    </w:p>
    <w:p w14:paraId="67B47243"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Ожидаемый результат: развитие медиаграмотности, визуальной коммуникации, ответственности, публичного выступления и культуры представления творческого результата.</w:t>
      </w:r>
    </w:p>
    <w:p w14:paraId="1090724C" w14:textId="77777777" w:rsidR="0085125B" w:rsidRPr="00726D7C" w:rsidRDefault="001F678B" w:rsidP="006023F3">
      <w:pPr>
        <w:pStyle w:val="31"/>
        <w:spacing w:before="60" w:after="60" w:line="240" w:lineRule="auto"/>
        <w:rPr>
          <w:rFonts w:cs="Times New Roman"/>
          <w:szCs w:val="28"/>
          <w:lang w:val="ru-RU"/>
        </w:rPr>
      </w:pPr>
      <w:r w:rsidRPr="00726D7C">
        <w:rPr>
          <w:rFonts w:eastAsia="Times New Roman" w:cs="Times New Roman"/>
          <w:szCs w:val="28"/>
          <w:lang w:val="ru-RU"/>
        </w:rPr>
        <w:t>Креативное проектирование и арт-фестиваль</w:t>
      </w:r>
    </w:p>
    <w:p w14:paraId="107D8E0D"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Направлено на развитие проектного мышления, планирования, распределения ролей, командной ответственности, подготовки выставки, показа, фестиваля или творческой инициативы.</w:t>
      </w:r>
    </w:p>
    <w:p w14:paraId="3BBF444B"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 xml:space="preserve">Возможные формы реализации: проектная мастерская, арт-хакатон, дизайн-спринт, фестиваль идей, кураторская лаборатория, подготовка выставки, репетиции показа, создание паспорта арт-проекта, арт-маркет идей без коммерческой реализации, командный проект «Преобразим пространство </w:t>
      </w:r>
      <w:r w:rsidRPr="00726D7C">
        <w:rPr>
          <w:rFonts w:cs="Times New Roman"/>
          <w:szCs w:val="28"/>
          <w:lang w:val="ru-RU"/>
        </w:rPr>
        <w:lastRenderedPageBreak/>
        <w:t>лагеря», оформление фотозоны, инсталляция, коллективная выставка, презентация творческой идеи, рефлексия «Мой вклад в проект».</w:t>
      </w:r>
    </w:p>
    <w:p w14:paraId="33ABB43C" w14:textId="71072B7F" w:rsidR="0085125B" w:rsidRPr="00726D7C" w:rsidRDefault="00513BF0" w:rsidP="006023F3">
      <w:pPr>
        <w:spacing w:after="0" w:line="240" w:lineRule="auto"/>
        <w:ind w:firstLine="709"/>
        <w:rPr>
          <w:rFonts w:cs="Times New Roman"/>
          <w:szCs w:val="28"/>
          <w:lang w:val="ru-RU"/>
        </w:rPr>
      </w:pPr>
      <w:r w:rsidRPr="00726D7C">
        <w:rPr>
          <w:rFonts w:cs="Times New Roman"/>
          <w:szCs w:val="28"/>
          <w:lang w:val="ru-RU"/>
        </w:rPr>
        <w:t>П</w:t>
      </w:r>
      <w:r w:rsidR="001F678B" w:rsidRPr="00726D7C">
        <w:rPr>
          <w:rFonts w:cs="Times New Roman"/>
          <w:szCs w:val="28"/>
          <w:lang w:val="ru-RU"/>
        </w:rPr>
        <w:t>ри наличии условий используются цифровые презентации, 3</w:t>
      </w:r>
      <w:r w:rsidR="001F678B" w:rsidRPr="00726D7C">
        <w:rPr>
          <w:rFonts w:cs="Times New Roman"/>
          <w:szCs w:val="28"/>
        </w:rPr>
        <w:t>D</w:t>
      </w:r>
      <w:r w:rsidR="001F678B" w:rsidRPr="00726D7C">
        <w:rPr>
          <w:rFonts w:cs="Times New Roman"/>
          <w:szCs w:val="28"/>
          <w:lang w:val="ru-RU"/>
        </w:rPr>
        <w:t xml:space="preserve">-макеты, интерактивные стенды, </w:t>
      </w:r>
      <w:r w:rsidR="001F678B" w:rsidRPr="00726D7C">
        <w:rPr>
          <w:rFonts w:cs="Times New Roman"/>
          <w:szCs w:val="28"/>
        </w:rPr>
        <w:t>QR</w:t>
      </w:r>
      <w:r w:rsidR="001F678B" w:rsidRPr="00726D7C">
        <w:rPr>
          <w:rFonts w:cs="Times New Roman"/>
          <w:szCs w:val="28"/>
          <w:lang w:val="ru-RU"/>
        </w:rPr>
        <w:t>-галерея, проектор, свет, звук, онлайн-голосование, цифровое портфолио. При отсутствии условий проект реализуется через бумажные макеты, устные защиты, стенды, живое выступление, ручное оформление пространства.</w:t>
      </w:r>
    </w:p>
    <w:p w14:paraId="5D2E241B" w14:textId="15A01D8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 xml:space="preserve">Ожидаемый результат: формирование проектной культуры, ответственности за общий результат, навыков презентации, сотрудничества и созидательного отношения к пространству </w:t>
      </w:r>
      <w:r w:rsidR="001F3C1F">
        <w:rPr>
          <w:rFonts w:cs="Times New Roman"/>
          <w:szCs w:val="28"/>
          <w:lang w:val="ru-RU"/>
        </w:rPr>
        <w:t>ДООЦ</w:t>
      </w:r>
      <w:r w:rsidRPr="00726D7C">
        <w:rPr>
          <w:rFonts w:cs="Times New Roman"/>
          <w:szCs w:val="28"/>
          <w:lang w:val="ru-RU"/>
        </w:rPr>
        <w:t>.</w:t>
      </w:r>
    </w:p>
    <w:p w14:paraId="4E2C167F" w14:textId="77777777" w:rsidR="0085125B" w:rsidRPr="00726D7C" w:rsidRDefault="001F678B" w:rsidP="006023F3">
      <w:pPr>
        <w:pStyle w:val="31"/>
        <w:spacing w:before="60" w:after="60" w:line="240" w:lineRule="auto"/>
        <w:rPr>
          <w:rFonts w:cs="Times New Roman"/>
          <w:szCs w:val="28"/>
          <w:lang w:val="ru-RU"/>
        </w:rPr>
      </w:pPr>
      <w:r w:rsidRPr="00726D7C">
        <w:rPr>
          <w:rFonts w:eastAsia="Times New Roman" w:cs="Times New Roman"/>
          <w:szCs w:val="28"/>
          <w:lang w:val="ru-RU"/>
        </w:rPr>
        <w:t>Творческая культура и ценности «Адал азамат»</w:t>
      </w:r>
    </w:p>
    <w:p w14:paraId="0C67D531"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Направлено на воспитание честности, ответственности, уважения к труду, культуре, таланту другого человека, общему пространству и результату коллективного творчества.</w:t>
      </w:r>
    </w:p>
    <w:p w14:paraId="066A5E1E" w14:textId="32E13A3E"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 xml:space="preserve">Возможные формы реализации: коллективные творческие дела, кодекс творческого отряда, вечер благодарности, дискуссия «Искусство и ответственность», творческие поручения, социальные инициативы, добрые дела через искусство, акция «Красота вокруг нас», оформление пространства </w:t>
      </w:r>
      <w:r w:rsidR="001F3C1F">
        <w:rPr>
          <w:rFonts w:cs="Times New Roman"/>
          <w:szCs w:val="28"/>
          <w:lang w:val="ru-RU"/>
        </w:rPr>
        <w:t>ДООЦ</w:t>
      </w:r>
      <w:r w:rsidRPr="00726D7C">
        <w:rPr>
          <w:rFonts w:cs="Times New Roman"/>
          <w:szCs w:val="28"/>
          <w:lang w:val="ru-RU"/>
        </w:rPr>
        <w:t xml:space="preserve"> плакаты о ценностях, спектакль или перформанс о честности, уважении и трудолюбии, рефлексия «Чему меня научило творчество?».</w:t>
      </w:r>
    </w:p>
    <w:p w14:paraId="39A969E8" w14:textId="404B4E52" w:rsidR="0085125B" w:rsidRPr="00726D7C" w:rsidRDefault="00513BF0" w:rsidP="006023F3">
      <w:pPr>
        <w:spacing w:after="0" w:line="240" w:lineRule="auto"/>
        <w:ind w:firstLine="709"/>
        <w:rPr>
          <w:rFonts w:cs="Times New Roman"/>
          <w:szCs w:val="28"/>
          <w:lang w:val="ru-RU"/>
        </w:rPr>
      </w:pPr>
      <w:r w:rsidRPr="00726D7C">
        <w:rPr>
          <w:rFonts w:cs="Times New Roman"/>
          <w:szCs w:val="28"/>
          <w:lang w:val="ru-RU"/>
        </w:rPr>
        <w:t>П</w:t>
      </w:r>
      <w:r w:rsidR="001F678B" w:rsidRPr="00726D7C">
        <w:rPr>
          <w:rFonts w:cs="Times New Roman"/>
          <w:szCs w:val="28"/>
          <w:lang w:val="ru-RU"/>
        </w:rPr>
        <w:t xml:space="preserve">ри наличии условий используются цифровая доска достижений, </w:t>
      </w:r>
      <w:r w:rsidR="001F678B" w:rsidRPr="00726D7C">
        <w:rPr>
          <w:rFonts w:cs="Times New Roman"/>
          <w:szCs w:val="28"/>
        </w:rPr>
        <w:t>QR</w:t>
      </w:r>
      <w:r w:rsidR="001F678B" w:rsidRPr="00726D7C">
        <w:rPr>
          <w:rFonts w:cs="Times New Roman"/>
          <w:szCs w:val="28"/>
          <w:lang w:val="ru-RU"/>
        </w:rPr>
        <w:t>-галерея добрых дел, фотоотчет творческих инициатив, медиадневник «Адал арт-поступок», интерактивное голосование за командные инициативы. При отсутствии цифровых средств применяются стенды, карточки достижений, плакаты, устные выступления, благодарственные круги и коллективная рефлексия.</w:t>
      </w:r>
    </w:p>
    <w:p w14:paraId="3350CE49"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Ожидаемый результат: формирование творчески активного, ответственного, трудолюбивого и социально открытого участника, способного уважать культуру, труд, талант другого человека и коллективный результат.</w:t>
      </w:r>
    </w:p>
    <w:p w14:paraId="3E069AAA" w14:textId="77777777" w:rsidR="0085125B" w:rsidRPr="00726D7C" w:rsidRDefault="001F678B" w:rsidP="006023F3">
      <w:pPr>
        <w:pStyle w:val="21"/>
        <w:spacing w:before="60" w:after="60" w:line="240" w:lineRule="auto"/>
        <w:rPr>
          <w:rFonts w:cs="Times New Roman"/>
          <w:szCs w:val="28"/>
          <w:lang w:val="ru-RU"/>
        </w:rPr>
      </w:pPr>
      <w:r w:rsidRPr="00726D7C">
        <w:rPr>
          <w:rFonts w:eastAsia="Times New Roman" w:cs="Times New Roman"/>
          <w:szCs w:val="28"/>
          <w:lang w:val="ru-RU"/>
        </w:rPr>
        <w:t>Обоснование актуальности Программы</w:t>
      </w:r>
    </w:p>
    <w:p w14:paraId="1E6844ED"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Актуальность Программы обусловлена необходимостью организации безопасного, содержательного и доступного летнего отдыха детей, сочетающего оздоровление, воспитание, развитие творческого потенциала, эмоционального благополучия, коммуникативной культуры и позитивной социализации.</w:t>
      </w:r>
    </w:p>
    <w:p w14:paraId="2128F16C"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Современные дети нуждаются в живом общении, эмоциональном восстановлении, развитии самостоятельности, командной работы, креативного мышления, культурной осведомленности, технологической грамотности и способности выражать свои идеи в конструктивной форме.</w:t>
      </w:r>
    </w:p>
    <w:p w14:paraId="3AC26DFD" w14:textId="1878FF1F"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 xml:space="preserve">Содержание Программы соотносится с основными подходами Единой программы воспитания «Адал Азамат», предусматривающей формирование </w:t>
      </w:r>
      <w:r w:rsidRPr="00726D7C">
        <w:rPr>
          <w:rFonts w:cs="Times New Roman"/>
          <w:szCs w:val="28"/>
          <w:lang w:val="ru-RU"/>
        </w:rPr>
        <w:lastRenderedPageBreak/>
        <w:t xml:space="preserve">честного, ответственного, трудолюбивого, патриотичного и социально активного гражданина. В условиях творческого </w:t>
      </w:r>
      <w:r w:rsidR="001F3C1F">
        <w:rPr>
          <w:rFonts w:cs="Times New Roman"/>
          <w:szCs w:val="28"/>
          <w:lang w:val="ru-RU"/>
        </w:rPr>
        <w:t>ДООЦ</w:t>
      </w:r>
      <w:r w:rsidRPr="00726D7C">
        <w:rPr>
          <w:rFonts w:cs="Times New Roman"/>
          <w:szCs w:val="28"/>
          <w:lang w:val="ru-RU"/>
        </w:rPr>
        <w:t xml:space="preserve"> данные ориентиры реализуются через коллективные творческие дела, уважение к труду, культурные инициативы, арт-проекты, командные выступления, выставки, социально значимые задания и ежедневную культуру уважительного взаимодействия.</w:t>
      </w:r>
    </w:p>
    <w:p w14:paraId="50024DC3" w14:textId="09ADE1EA"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 xml:space="preserve">Сезонный </w:t>
      </w:r>
      <w:r w:rsidR="003911EC">
        <w:rPr>
          <w:rFonts w:cs="Times New Roman"/>
          <w:szCs w:val="28"/>
          <w:lang w:val="ru-RU"/>
        </w:rPr>
        <w:t>ДООЦ</w:t>
      </w:r>
      <w:r w:rsidRPr="00726D7C">
        <w:rPr>
          <w:rFonts w:cs="Times New Roman"/>
          <w:szCs w:val="28"/>
          <w:lang w:val="ru-RU"/>
        </w:rPr>
        <w:t xml:space="preserve"> является благоприятной средой для решения этих задач, поскольку обеспечивает временный детский коллектив, режим дня, активное пребывание на свежем воздухе, разнообразие видов художественной, сценической, музыкально-двигательной, медийной и проектной деятельности, а также возможность публичного представления результатов.</w:t>
      </w:r>
    </w:p>
    <w:p w14:paraId="036E1D4B" w14:textId="6C0326F9"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 xml:space="preserve">Программа обеспечивает баланс образовательной и оздоровительной нагрузки и предусматривает возможность адаптации содержания к условиям конкретного </w:t>
      </w:r>
      <w:r w:rsidR="001F3C1F">
        <w:rPr>
          <w:rFonts w:cs="Times New Roman"/>
          <w:szCs w:val="28"/>
          <w:lang w:val="ru-RU"/>
        </w:rPr>
        <w:t>ДООЦ</w:t>
      </w:r>
      <w:r w:rsidRPr="001F3C1F">
        <w:rPr>
          <w:rFonts w:cs="Times New Roman"/>
          <w:szCs w:val="28"/>
          <w:lang w:val="ru-RU"/>
        </w:rPr>
        <w:t xml:space="preserve">, </w:t>
      </w:r>
      <w:r w:rsidRPr="00726D7C">
        <w:rPr>
          <w:rFonts w:cs="Times New Roman"/>
          <w:szCs w:val="28"/>
          <w:lang w:val="ru-RU"/>
        </w:rPr>
        <w:t>возрасту участников, климатическим особенностям местности, кадровому и материально-техническому обеспечению.</w:t>
      </w:r>
    </w:p>
    <w:p w14:paraId="3266657E" w14:textId="77777777" w:rsidR="0085125B" w:rsidRPr="00726D7C" w:rsidRDefault="001F678B" w:rsidP="006023F3">
      <w:pPr>
        <w:pStyle w:val="21"/>
        <w:spacing w:before="60" w:after="60" w:line="240" w:lineRule="auto"/>
        <w:rPr>
          <w:rFonts w:cs="Times New Roman"/>
          <w:szCs w:val="28"/>
          <w:lang w:val="ru-RU"/>
        </w:rPr>
      </w:pPr>
      <w:r w:rsidRPr="00726D7C">
        <w:rPr>
          <w:rFonts w:eastAsia="Times New Roman" w:cs="Times New Roman"/>
          <w:szCs w:val="28"/>
          <w:lang w:val="ru-RU"/>
        </w:rPr>
        <w:t>Характеристика целевой аудитории</w:t>
      </w:r>
    </w:p>
    <w:p w14:paraId="1D5062CD" w14:textId="4A85D498"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 xml:space="preserve">Целевой аудиторией Программы являются несовершеннолетние в возрасте от </w:t>
      </w:r>
      <w:r w:rsidR="00337B30">
        <w:rPr>
          <w:rFonts w:cs="Times New Roman"/>
          <w:szCs w:val="28"/>
          <w:lang w:val="ru-RU"/>
        </w:rPr>
        <w:t>3</w:t>
      </w:r>
      <w:r w:rsidR="00670C38">
        <w:rPr>
          <w:rFonts w:cs="Times New Roman"/>
          <w:szCs w:val="28"/>
          <w:lang w:val="ru-RU"/>
        </w:rPr>
        <w:t>-1</w:t>
      </w:r>
      <w:r w:rsidR="00337B30">
        <w:rPr>
          <w:rFonts w:cs="Times New Roman"/>
          <w:szCs w:val="28"/>
          <w:lang w:val="ru-RU"/>
        </w:rPr>
        <w:t>8</w:t>
      </w:r>
      <w:r w:rsidR="00670C38">
        <w:rPr>
          <w:rFonts w:cs="Times New Roman"/>
          <w:szCs w:val="28"/>
          <w:lang w:val="ru-RU"/>
        </w:rPr>
        <w:t xml:space="preserve"> лет</w:t>
      </w:r>
      <w:r w:rsidR="00C04DEE">
        <w:rPr>
          <w:rFonts w:cs="Times New Roman"/>
          <w:szCs w:val="28"/>
          <w:lang w:val="ru-RU"/>
        </w:rPr>
        <w:t>,</w:t>
      </w:r>
      <w:r w:rsidRPr="00726D7C">
        <w:rPr>
          <w:rFonts w:cs="Times New Roman"/>
          <w:szCs w:val="28"/>
          <w:lang w:val="ru-RU"/>
        </w:rPr>
        <w:t xml:space="preserve"> </w:t>
      </w:r>
      <w:r w:rsidR="00C04DEE">
        <w:rPr>
          <w:rFonts w:cs="Times New Roman"/>
          <w:szCs w:val="28"/>
          <w:lang w:val="ru-RU"/>
        </w:rPr>
        <w:t>у</w:t>
      </w:r>
      <w:r w:rsidRPr="00726D7C">
        <w:rPr>
          <w:rFonts w:cs="Times New Roman"/>
          <w:szCs w:val="28"/>
          <w:lang w:val="ru-RU"/>
        </w:rPr>
        <w:t>частвующие в сезонной лагерной смене.</w:t>
      </w:r>
    </w:p>
    <w:p w14:paraId="2FEB05A6"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Программа учитывает различия в интересах, уровне подготовки, творческом опыте, физическом развитии, коммуникативных навыках и личностных особенностях участников. Формы работы подбираются таким образом, чтобы каждый ребенок мог быть вовлечен в посильную деятельность и получить ситуацию успеха.</w:t>
      </w:r>
    </w:p>
    <w:p w14:paraId="66448D77"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При необходимости Организация адаптирует отдельные виды деятельности для детей с особыми образовательными потребностями с учетом рекомендаций специалистов, медицинских показаний, возможностей среды и согласования с законными представителями.</w:t>
      </w:r>
    </w:p>
    <w:p w14:paraId="6EF3F81A" w14:textId="77777777" w:rsidR="0085125B" w:rsidRPr="00726D7C" w:rsidRDefault="001F678B" w:rsidP="006023F3">
      <w:pPr>
        <w:pStyle w:val="21"/>
        <w:spacing w:before="60" w:after="60" w:line="240" w:lineRule="auto"/>
        <w:rPr>
          <w:rFonts w:cs="Times New Roman"/>
          <w:szCs w:val="28"/>
          <w:lang w:val="ru-RU"/>
        </w:rPr>
      </w:pPr>
      <w:r w:rsidRPr="00726D7C">
        <w:rPr>
          <w:rFonts w:eastAsia="Times New Roman" w:cs="Times New Roman"/>
          <w:szCs w:val="28"/>
          <w:lang w:val="ru-RU"/>
        </w:rPr>
        <w:t>Новизна и отличительные особенности Программы</w:t>
      </w:r>
    </w:p>
    <w:p w14:paraId="2081F08A"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Новизна Программы заключается в комплексном объединении классических и современных творческих практик в рамках одной 12-дневной смены при сохранении требований к двум обязательным модулям: образовательному и оздоровительному.</w:t>
      </w:r>
    </w:p>
    <w:p w14:paraId="33F5919C" w14:textId="3DA3DB05"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t xml:space="preserve">• сочетание изобразительного искусства, театра, музыки, движения, дизайна, медиа, </w:t>
      </w:r>
      <w:r w:rsidR="00006CCA" w:rsidRPr="00726D7C">
        <w:rPr>
          <w:rFonts w:cs="Times New Roman"/>
          <w:szCs w:val="28"/>
          <w:lang w:val="ru-RU"/>
        </w:rPr>
        <w:t>цифрового искусства</w:t>
      </w:r>
      <w:r w:rsidRPr="00726D7C">
        <w:rPr>
          <w:rFonts w:cs="Times New Roman"/>
          <w:szCs w:val="28"/>
          <w:lang w:val="ru-RU"/>
        </w:rPr>
        <w:t xml:space="preserve"> и проектной деятельности;</w:t>
      </w:r>
    </w:p>
    <w:p w14:paraId="6EDFDF57" w14:textId="77777777"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t>• вариативность форм работы: от доступных бумажных, сценических и прикладных форм до цифровых, мультимедийных и интерактивных форм при наличии условий;</w:t>
      </w:r>
    </w:p>
    <w:p w14:paraId="1D880C5C" w14:textId="77777777"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t>• развитие творческого мышления, эмоционального интеллекта, медиаграмотности и культуры публичного представления результата;</w:t>
      </w:r>
    </w:p>
    <w:p w14:paraId="074EF3BA" w14:textId="77777777"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lastRenderedPageBreak/>
        <w:t>• реализация ценностей «Адал азамат» через труд, уважение к таланту другого человека, коллективные творческие дела и социально значимые инициативы;</w:t>
      </w:r>
    </w:p>
    <w:p w14:paraId="7AE8D2ED" w14:textId="77777777"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t>• ориентация на фестиваль достижений, выставки, показы, перформансы и командные арт-проекты;</w:t>
      </w:r>
    </w:p>
    <w:p w14:paraId="50F0BC51" w14:textId="77777777"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t>• измеримость ожидаемых результатов и возможность мониторинга по итогам смены.</w:t>
      </w:r>
    </w:p>
    <w:tbl>
      <w:tblPr>
        <w:tblStyle w:val="aff0"/>
        <w:tblW w:w="0" w:type="auto"/>
        <w:jc w:val="center"/>
        <w:tblLook w:val="04A0" w:firstRow="1" w:lastRow="0" w:firstColumn="1" w:lastColumn="0" w:noHBand="0" w:noVBand="1"/>
      </w:tblPr>
      <w:tblGrid>
        <w:gridCol w:w="2406"/>
        <w:gridCol w:w="2417"/>
        <w:gridCol w:w="2397"/>
        <w:gridCol w:w="2407"/>
      </w:tblGrid>
      <w:tr w:rsidR="0085125B" w:rsidRPr="00726D7C" w14:paraId="0FE39C1E" w14:textId="77777777">
        <w:trPr>
          <w:tblHeader/>
          <w:jc w:val="center"/>
        </w:trPr>
        <w:tc>
          <w:tcPr>
            <w:tcW w:w="2410" w:type="dxa"/>
            <w:shd w:val="clear" w:color="auto" w:fill="FCE4D6"/>
          </w:tcPr>
          <w:p w14:paraId="3E7550C2" w14:textId="77777777" w:rsidR="0085125B" w:rsidRPr="00726D7C" w:rsidRDefault="001F678B" w:rsidP="006023F3">
            <w:pPr>
              <w:rPr>
                <w:rFonts w:cs="Times New Roman"/>
                <w:szCs w:val="28"/>
                <w:lang w:val="kk-KZ"/>
              </w:rPr>
            </w:pPr>
            <w:r w:rsidRPr="00726D7C">
              <w:rPr>
                <w:rFonts w:cs="Times New Roman"/>
                <w:b/>
                <w:szCs w:val="28"/>
                <w:lang w:val="kk-KZ"/>
              </w:rPr>
              <w:t>Направление</w:t>
            </w:r>
          </w:p>
        </w:tc>
        <w:tc>
          <w:tcPr>
            <w:tcW w:w="2410" w:type="dxa"/>
            <w:shd w:val="clear" w:color="auto" w:fill="FCE4D6"/>
          </w:tcPr>
          <w:p w14:paraId="35A7FA71" w14:textId="77777777" w:rsidR="0085125B" w:rsidRPr="00726D7C" w:rsidRDefault="001F678B" w:rsidP="006023F3">
            <w:pPr>
              <w:rPr>
                <w:rFonts w:cs="Times New Roman"/>
                <w:szCs w:val="28"/>
                <w:lang w:val="kk-KZ"/>
              </w:rPr>
            </w:pPr>
            <w:r w:rsidRPr="00726D7C">
              <w:rPr>
                <w:rFonts w:cs="Times New Roman"/>
                <w:b/>
                <w:szCs w:val="28"/>
                <w:lang w:val="kk-KZ"/>
              </w:rPr>
              <w:t>Содержание деятельности</w:t>
            </w:r>
          </w:p>
        </w:tc>
        <w:tc>
          <w:tcPr>
            <w:tcW w:w="2410" w:type="dxa"/>
            <w:shd w:val="clear" w:color="auto" w:fill="FCE4D6"/>
          </w:tcPr>
          <w:p w14:paraId="083FA456" w14:textId="77777777" w:rsidR="0085125B" w:rsidRPr="00726D7C" w:rsidRDefault="001F678B" w:rsidP="006023F3">
            <w:pPr>
              <w:rPr>
                <w:rFonts w:cs="Times New Roman"/>
                <w:szCs w:val="28"/>
                <w:lang w:val="kk-KZ"/>
              </w:rPr>
            </w:pPr>
            <w:r w:rsidRPr="00726D7C">
              <w:rPr>
                <w:rFonts w:cs="Times New Roman"/>
                <w:b/>
                <w:szCs w:val="28"/>
                <w:lang w:val="kk-KZ"/>
              </w:rPr>
              <w:t>Формы реализации</w:t>
            </w:r>
          </w:p>
        </w:tc>
        <w:tc>
          <w:tcPr>
            <w:tcW w:w="2410" w:type="dxa"/>
            <w:shd w:val="clear" w:color="auto" w:fill="FCE4D6"/>
          </w:tcPr>
          <w:p w14:paraId="0C901E35" w14:textId="77777777" w:rsidR="0085125B" w:rsidRPr="00726D7C" w:rsidRDefault="001F678B" w:rsidP="006023F3">
            <w:pPr>
              <w:rPr>
                <w:rFonts w:cs="Times New Roman"/>
                <w:szCs w:val="28"/>
                <w:lang w:val="kk-KZ"/>
              </w:rPr>
            </w:pPr>
            <w:r w:rsidRPr="00726D7C">
              <w:rPr>
                <w:rFonts w:cs="Times New Roman"/>
                <w:b/>
                <w:szCs w:val="28"/>
                <w:lang w:val="kk-KZ"/>
              </w:rPr>
              <w:t>Ожидаемый результат</w:t>
            </w:r>
          </w:p>
        </w:tc>
      </w:tr>
      <w:tr w:rsidR="0085125B" w:rsidRPr="00726D7C" w14:paraId="0FAB5A6D" w14:textId="77777777">
        <w:trPr>
          <w:jc w:val="center"/>
        </w:trPr>
        <w:tc>
          <w:tcPr>
            <w:tcW w:w="2410" w:type="dxa"/>
          </w:tcPr>
          <w:p w14:paraId="29E8DB9A" w14:textId="77777777" w:rsidR="0085125B" w:rsidRPr="00726D7C" w:rsidRDefault="001F678B" w:rsidP="006023F3">
            <w:pPr>
              <w:rPr>
                <w:rFonts w:cs="Times New Roman"/>
                <w:szCs w:val="28"/>
                <w:lang w:val="kk-KZ"/>
              </w:rPr>
            </w:pPr>
            <w:r w:rsidRPr="00726D7C">
              <w:rPr>
                <w:rFonts w:cs="Times New Roman"/>
                <w:szCs w:val="28"/>
                <w:lang w:val="kk-KZ"/>
              </w:rPr>
              <w:t>Изобразительное искусство</w:t>
            </w:r>
          </w:p>
        </w:tc>
        <w:tc>
          <w:tcPr>
            <w:tcW w:w="2410" w:type="dxa"/>
          </w:tcPr>
          <w:p w14:paraId="653D7F54" w14:textId="77777777" w:rsidR="0085125B" w:rsidRPr="00726D7C" w:rsidRDefault="001F678B" w:rsidP="006023F3">
            <w:pPr>
              <w:rPr>
                <w:rFonts w:cs="Times New Roman"/>
                <w:szCs w:val="28"/>
                <w:lang w:val="kk-KZ"/>
              </w:rPr>
            </w:pPr>
            <w:r w:rsidRPr="00726D7C">
              <w:rPr>
                <w:rFonts w:cs="Times New Roman"/>
                <w:szCs w:val="28"/>
                <w:lang w:val="kk-KZ"/>
              </w:rPr>
              <w:t>Рисунок, цвет, композиция, визуальный образ</w:t>
            </w:r>
          </w:p>
        </w:tc>
        <w:tc>
          <w:tcPr>
            <w:tcW w:w="2410" w:type="dxa"/>
          </w:tcPr>
          <w:p w14:paraId="034AB84C" w14:textId="77777777" w:rsidR="0085125B" w:rsidRPr="00726D7C" w:rsidRDefault="001F678B" w:rsidP="006023F3">
            <w:pPr>
              <w:rPr>
                <w:rFonts w:cs="Times New Roman"/>
                <w:szCs w:val="28"/>
                <w:lang w:val="kk-KZ"/>
              </w:rPr>
            </w:pPr>
            <w:r w:rsidRPr="00726D7C">
              <w:rPr>
                <w:rFonts w:cs="Times New Roman"/>
                <w:szCs w:val="28"/>
                <w:lang w:val="kk-KZ"/>
              </w:rPr>
              <w:t>Арт-мастерские, пленэр, коллаж, панно, зины</w:t>
            </w:r>
          </w:p>
        </w:tc>
        <w:tc>
          <w:tcPr>
            <w:tcW w:w="2410" w:type="dxa"/>
          </w:tcPr>
          <w:p w14:paraId="648CFBF9" w14:textId="77777777" w:rsidR="0085125B" w:rsidRPr="00726D7C" w:rsidRDefault="001F678B" w:rsidP="006023F3">
            <w:pPr>
              <w:rPr>
                <w:rFonts w:cs="Times New Roman"/>
                <w:szCs w:val="28"/>
                <w:lang w:val="kk-KZ"/>
              </w:rPr>
            </w:pPr>
            <w:r w:rsidRPr="00726D7C">
              <w:rPr>
                <w:rFonts w:cs="Times New Roman"/>
                <w:szCs w:val="28"/>
                <w:lang w:val="kk-KZ"/>
              </w:rPr>
              <w:t>Развитие художественного мышления</w:t>
            </w:r>
          </w:p>
        </w:tc>
      </w:tr>
      <w:tr w:rsidR="0085125B" w:rsidRPr="00726D7C" w14:paraId="6319A23E" w14:textId="77777777">
        <w:trPr>
          <w:jc w:val="center"/>
        </w:trPr>
        <w:tc>
          <w:tcPr>
            <w:tcW w:w="2410" w:type="dxa"/>
          </w:tcPr>
          <w:p w14:paraId="3BB8BF58" w14:textId="77777777" w:rsidR="0085125B" w:rsidRPr="00726D7C" w:rsidRDefault="001F678B" w:rsidP="006023F3">
            <w:pPr>
              <w:rPr>
                <w:rFonts w:cs="Times New Roman"/>
                <w:szCs w:val="28"/>
                <w:lang w:val="kk-KZ"/>
              </w:rPr>
            </w:pPr>
            <w:r w:rsidRPr="00726D7C">
              <w:rPr>
                <w:rFonts w:cs="Times New Roman"/>
                <w:szCs w:val="28"/>
                <w:lang w:val="kk-KZ"/>
              </w:rPr>
              <w:t>Театр и сторителлинг</w:t>
            </w:r>
          </w:p>
        </w:tc>
        <w:tc>
          <w:tcPr>
            <w:tcW w:w="2410" w:type="dxa"/>
          </w:tcPr>
          <w:p w14:paraId="39917234" w14:textId="77777777" w:rsidR="0085125B" w:rsidRPr="00726D7C" w:rsidRDefault="001F678B" w:rsidP="006023F3">
            <w:pPr>
              <w:rPr>
                <w:rFonts w:cs="Times New Roman"/>
                <w:szCs w:val="28"/>
                <w:lang w:val="kk-KZ"/>
              </w:rPr>
            </w:pPr>
            <w:r w:rsidRPr="00726D7C">
              <w:rPr>
                <w:rFonts w:cs="Times New Roman"/>
                <w:szCs w:val="28"/>
                <w:lang w:val="kk-KZ"/>
              </w:rPr>
              <w:t>Сценическая культура, речь, образ, импровизация</w:t>
            </w:r>
          </w:p>
        </w:tc>
        <w:tc>
          <w:tcPr>
            <w:tcW w:w="2410" w:type="dxa"/>
          </w:tcPr>
          <w:p w14:paraId="1BD70990" w14:textId="77777777" w:rsidR="0085125B" w:rsidRPr="00726D7C" w:rsidRDefault="001F678B" w:rsidP="006023F3">
            <w:pPr>
              <w:rPr>
                <w:rFonts w:cs="Times New Roman"/>
                <w:szCs w:val="28"/>
                <w:lang w:val="kk-KZ"/>
              </w:rPr>
            </w:pPr>
            <w:r w:rsidRPr="00726D7C">
              <w:rPr>
                <w:rFonts w:cs="Times New Roman"/>
                <w:szCs w:val="28"/>
                <w:lang w:val="kk-KZ"/>
              </w:rPr>
              <w:t>Этюды, мини-спектакли, театр теней, перформанс</w:t>
            </w:r>
          </w:p>
        </w:tc>
        <w:tc>
          <w:tcPr>
            <w:tcW w:w="2410" w:type="dxa"/>
          </w:tcPr>
          <w:p w14:paraId="23969688" w14:textId="77777777" w:rsidR="0085125B" w:rsidRPr="00726D7C" w:rsidRDefault="001F678B" w:rsidP="006023F3">
            <w:pPr>
              <w:rPr>
                <w:rFonts w:cs="Times New Roman"/>
                <w:szCs w:val="28"/>
                <w:lang w:val="kk-KZ"/>
              </w:rPr>
            </w:pPr>
            <w:r w:rsidRPr="00726D7C">
              <w:rPr>
                <w:rFonts w:cs="Times New Roman"/>
                <w:szCs w:val="28"/>
                <w:lang w:val="kk-KZ"/>
              </w:rPr>
              <w:t>Уверенность и выразительность</w:t>
            </w:r>
          </w:p>
        </w:tc>
      </w:tr>
      <w:tr w:rsidR="0085125B" w:rsidRPr="00726D7C" w14:paraId="15667C0E" w14:textId="77777777">
        <w:trPr>
          <w:jc w:val="center"/>
        </w:trPr>
        <w:tc>
          <w:tcPr>
            <w:tcW w:w="2410" w:type="dxa"/>
          </w:tcPr>
          <w:p w14:paraId="6971FF42" w14:textId="77777777" w:rsidR="0085125B" w:rsidRPr="00726D7C" w:rsidRDefault="001F678B" w:rsidP="006023F3">
            <w:pPr>
              <w:rPr>
                <w:rFonts w:cs="Times New Roman"/>
                <w:szCs w:val="28"/>
                <w:lang w:val="kk-KZ"/>
              </w:rPr>
            </w:pPr>
            <w:r w:rsidRPr="00726D7C">
              <w:rPr>
                <w:rFonts w:cs="Times New Roman"/>
                <w:szCs w:val="28"/>
                <w:lang w:val="kk-KZ"/>
              </w:rPr>
              <w:t>Музыка и движение</w:t>
            </w:r>
          </w:p>
        </w:tc>
        <w:tc>
          <w:tcPr>
            <w:tcW w:w="2410" w:type="dxa"/>
          </w:tcPr>
          <w:p w14:paraId="555A85E7" w14:textId="77777777" w:rsidR="0085125B" w:rsidRPr="00726D7C" w:rsidRDefault="001F678B" w:rsidP="006023F3">
            <w:pPr>
              <w:rPr>
                <w:rFonts w:cs="Times New Roman"/>
                <w:szCs w:val="28"/>
                <w:lang w:val="kk-KZ"/>
              </w:rPr>
            </w:pPr>
            <w:r w:rsidRPr="00726D7C">
              <w:rPr>
                <w:rFonts w:cs="Times New Roman"/>
                <w:szCs w:val="28"/>
                <w:lang w:val="kk-KZ"/>
              </w:rPr>
              <w:t>Ритм, голос, пластика, эмоциональная разгрузка</w:t>
            </w:r>
          </w:p>
        </w:tc>
        <w:tc>
          <w:tcPr>
            <w:tcW w:w="2410" w:type="dxa"/>
          </w:tcPr>
          <w:p w14:paraId="0CCFE396" w14:textId="77777777" w:rsidR="0085125B" w:rsidRPr="00726D7C" w:rsidRDefault="001F678B" w:rsidP="006023F3">
            <w:pPr>
              <w:rPr>
                <w:rFonts w:cs="Times New Roman"/>
                <w:szCs w:val="28"/>
                <w:lang w:val="kk-KZ"/>
              </w:rPr>
            </w:pPr>
            <w:r w:rsidRPr="00726D7C">
              <w:rPr>
                <w:rFonts w:cs="Times New Roman"/>
                <w:szCs w:val="28"/>
                <w:lang w:val="kk-KZ"/>
              </w:rPr>
              <w:t>Body percussion, вокальные круги, танцевальные флешмобы</w:t>
            </w:r>
          </w:p>
        </w:tc>
        <w:tc>
          <w:tcPr>
            <w:tcW w:w="2410" w:type="dxa"/>
          </w:tcPr>
          <w:p w14:paraId="1E5A9DDA" w14:textId="77777777" w:rsidR="0085125B" w:rsidRPr="00726D7C" w:rsidRDefault="001F678B" w:rsidP="006023F3">
            <w:pPr>
              <w:rPr>
                <w:rFonts w:cs="Times New Roman"/>
                <w:szCs w:val="28"/>
                <w:lang w:val="kk-KZ"/>
              </w:rPr>
            </w:pPr>
            <w:r w:rsidRPr="00726D7C">
              <w:rPr>
                <w:rFonts w:cs="Times New Roman"/>
                <w:szCs w:val="28"/>
                <w:lang w:val="kk-KZ"/>
              </w:rPr>
              <w:t>Музыкально-двигательная культура</w:t>
            </w:r>
          </w:p>
        </w:tc>
      </w:tr>
      <w:tr w:rsidR="0085125B" w:rsidRPr="00726D7C" w14:paraId="70DB55CA" w14:textId="77777777">
        <w:trPr>
          <w:jc w:val="center"/>
        </w:trPr>
        <w:tc>
          <w:tcPr>
            <w:tcW w:w="2410" w:type="dxa"/>
          </w:tcPr>
          <w:p w14:paraId="17B1DFFB" w14:textId="77777777" w:rsidR="0085125B" w:rsidRPr="00726D7C" w:rsidRDefault="001F678B" w:rsidP="006023F3">
            <w:pPr>
              <w:rPr>
                <w:rFonts w:cs="Times New Roman"/>
                <w:szCs w:val="28"/>
                <w:lang w:val="kk-KZ"/>
              </w:rPr>
            </w:pPr>
            <w:r w:rsidRPr="00726D7C">
              <w:rPr>
                <w:rFonts w:cs="Times New Roman"/>
                <w:szCs w:val="28"/>
                <w:lang w:val="kk-KZ"/>
              </w:rPr>
              <w:t>Дизайн и ремесла</w:t>
            </w:r>
          </w:p>
        </w:tc>
        <w:tc>
          <w:tcPr>
            <w:tcW w:w="2410" w:type="dxa"/>
          </w:tcPr>
          <w:p w14:paraId="1DEA712F" w14:textId="77777777" w:rsidR="0085125B" w:rsidRPr="00726D7C" w:rsidRDefault="001F678B" w:rsidP="006023F3">
            <w:pPr>
              <w:rPr>
                <w:rFonts w:cs="Times New Roman"/>
                <w:szCs w:val="28"/>
                <w:lang w:val="kk-KZ"/>
              </w:rPr>
            </w:pPr>
            <w:r w:rsidRPr="00726D7C">
              <w:rPr>
                <w:rFonts w:cs="Times New Roman"/>
                <w:szCs w:val="28"/>
                <w:lang w:val="kk-KZ"/>
              </w:rPr>
              <w:t>Практическое творчество, этнодизайн, апсайклинг</w:t>
            </w:r>
          </w:p>
        </w:tc>
        <w:tc>
          <w:tcPr>
            <w:tcW w:w="2410" w:type="dxa"/>
          </w:tcPr>
          <w:p w14:paraId="4604D91D" w14:textId="77777777" w:rsidR="0085125B" w:rsidRPr="00726D7C" w:rsidRDefault="001F678B" w:rsidP="006023F3">
            <w:pPr>
              <w:rPr>
                <w:rFonts w:cs="Times New Roman"/>
                <w:szCs w:val="28"/>
                <w:lang w:val="kk-KZ"/>
              </w:rPr>
            </w:pPr>
            <w:r w:rsidRPr="00726D7C">
              <w:rPr>
                <w:rFonts w:cs="Times New Roman"/>
                <w:szCs w:val="28"/>
                <w:lang w:val="kk-KZ"/>
              </w:rPr>
              <w:t>Макеты, костюмы, аксессуары, оформление пространства</w:t>
            </w:r>
          </w:p>
        </w:tc>
        <w:tc>
          <w:tcPr>
            <w:tcW w:w="2410" w:type="dxa"/>
          </w:tcPr>
          <w:p w14:paraId="4309FA7D" w14:textId="77777777" w:rsidR="0085125B" w:rsidRPr="00726D7C" w:rsidRDefault="001F678B" w:rsidP="006023F3">
            <w:pPr>
              <w:rPr>
                <w:rFonts w:cs="Times New Roman"/>
                <w:szCs w:val="28"/>
                <w:lang w:val="kk-KZ"/>
              </w:rPr>
            </w:pPr>
            <w:r w:rsidRPr="00726D7C">
              <w:rPr>
                <w:rFonts w:cs="Times New Roman"/>
                <w:szCs w:val="28"/>
                <w:lang w:val="kk-KZ"/>
              </w:rPr>
              <w:t>Эстетический вкус и трудолюбие</w:t>
            </w:r>
          </w:p>
        </w:tc>
      </w:tr>
      <w:tr w:rsidR="0085125B" w:rsidRPr="00726D7C" w14:paraId="0406F643" w14:textId="77777777">
        <w:trPr>
          <w:jc w:val="center"/>
        </w:trPr>
        <w:tc>
          <w:tcPr>
            <w:tcW w:w="2410" w:type="dxa"/>
          </w:tcPr>
          <w:p w14:paraId="2977120E" w14:textId="77777777" w:rsidR="0085125B" w:rsidRPr="00726D7C" w:rsidRDefault="001F678B" w:rsidP="006023F3">
            <w:pPr>
              <w:rPr>
                <w:rFonts w:cs="Times New Roman"/>
                <w:szCs w:val="28"/>
                <w:lang w:val="kk-KZ"/>
              </w:rPr>
            </w:pPr>
            <w:r w:rsidRPr="00726D7C">
              <w:rPr>
                <w:rFonts w:cs="Times New Roman"/>
                <w:szCs w:val="28"/>
                <w:lang w:val="kk-KZ"/>
              </w:rPr>
              <w:t>Digital art и медиа</w:t>
            </w:r>
          </w:p>
        </w:tc>
        <w:tc>
          <w:tcPr>
            <w:tcW w:w="2410" w:type="dxa"/>
          </w:tcPr>
          <w:p w14:paraId="57FC7DAC" w14:textId="77777777" w:rsidR="0085125B" w:rsidRPr="00726D7C" w:rsidRDefault="001F678B" w:rsidP="006023F3">
            <w:pPr>
              <w:rPr>
                <w:rFonts w:cs="Times New Roman"/>
                <w:szCs w:val="28"/>
                <w:lang w:val="kk-KZ"/>
              </w:rPr>
            </w:pPr>
            <w:r w:rsidRPr="00726D7C">
              <w:rPr>
                <w:rFonts w:cs="Times New Roman"/>
                <w:szCs w:val="28"/>
                <w:lang w:val="kk-KZ"/>
              </w:rPr>
              <w:t>Цифровая креативность и медиаграмотность</w:t>
            </w:r>
          </w:p>
        </w:tc>
        <w:tc>
          <w:tcPr>
            <w:tcW w:w="2410" w:type="dxa"/>
          </w:tcPr>
          <w:p w14:paraId="0C6E207B" w14:textId="77777777" w:rsidR="0085125B" w:rsidRPr="00726D7C" w:rsidRDefault="001F678B" w:rsidP="006023F3">
            <w:pPr>
              <w:rPr>
                <w:rFonts w:cs="Times New Roman"/>
                <w:szCs w:val="28"/>
                <w:lang w:val="kk-KZ"/>
              </w:rPr>
            </w:pPr>
            <w:r w:rsidRPr="00726D7C">
              <w:rPr>
                <w:rFonts w:cs="Times New Roman"/>
                <w:szCs w:val="28"/>
                <w:lang w:val="kk-KZ"/>
              </w:rPr>
              <w:t>Stop-motion, цифровой коллаж, фото, видео, QR-галерея</w:t>
            </w:r>
          </w:p>
        </w:tc>
        <w:tc>
          <w:tcPr>
            <w:tcW w:w="2410" w:type="dxa"/>
          </w:tcPr>
          <w:p w14:paraId="77E0BEDC" w14:textId="77777777" w:rsidR="0085125B" w:rsidRPr="00726D7C" w:rsidRDefault="001F678B" w:rsidP="006023F3">
            <w:pPr>
              <w:rPr>
                <w:rFonts w:cs="Times New Roman"/>
                <w:szCs w:val="28"/>
                <w:lang w:val="kk-KZ"/>
              </w:rPr>
            </w:pPr>
            <w:r w:rsidRPr="00726D7C">
              <w:rPr>
                <w:rFonts w:cs="Times New Roman"/>
                <w:szCs w:val="28"/>
                <w:lang w:val="kk-KZ"/>
              </w:rPr>
              <w:t>Современная визуальная культура</w:t>
            </w:r>
          </w:p>
        </w:tc>
      </w:tr>
      <w:tr w:rsidR="0085125B" w:rsidRPr="00726D7C" w14:paraId="6F84F630" w14:textId="77777777">
        <w:trPr>
          <w:jc w:val="center"/>
        </w:trPr>
        <w:tc>
          <w:tcPr>
            <w:tcW w:w="2410" w:type="dxa"/>
          </w:tcPr>
          <w:p w14:paraId="1A221107" w14:textId="77777777" w:rsidR="0085125B" w:rsidRPr="00726D7C" w:rsidRDefault="001F678B" w:rsidP="006023F3">
            <w:pPr>
              <w:rPr>
                <w:rFonts w:cs="Times New Roman"/>
                <w:szCs w:val="28"/>
                <w:lang w:val="kk-KZ"/>
              </w:rPr>
            </w:pPr>
            <w:r w:rsidRPr="00726D7C">
              <w:rPr>
                <w:rFonts w:cs="Times New Roman"/>
                <w:szCs w:val="28"/>
                <w:lang w:val="kk-KZ"/>
              </w:rPr>
              <w:t>Арт-проектирование</w:t>
            </w:r>
          </w:p>
        </w:tc>
        <w:tc>
          <w:tcPr>
            <w:tcW w:w="2410" w:type="dxa"/>
          </w:tcPr>
          <w:p w14:paraId="27F40539" w14:textId="77777777" w:rsidR="0085125B" w:rsidRPr="00726D7C" w:rsidRDefault="001F678B" w:rsidP="006023F3">
            <w:pPr>
              <w:rPr>
                <w:rFonts w:cs="Times New Roman"/>
                <w:szCs w:val="28"/>
                <w:lang w:val="kk-KZ"/>
              </w:rPr>
            </w:pPr>
            <w:r w:rsidRPr="00726D7C">
              <w:rPr>
                <w:rFonts w:cs="Times New Roman"/>
                <w:szCs w:val="28"/>
                <w:lang w:val="kk-KZ"/>
              </w:rPr>
              <w:t>Проект, выставка, фестиваль, презентация</w:t>
            </w:r>
          </w:p>
        </w:tc>
        <w:tc>
          <w:tcPr>
            <w:tcW w:w="2410" w:type="dxa"/>
          </w:tcPr>
          <w:p w14:paraId="577920B7" w14:textId="77777777" w:rsidR="0085125B" w:rsidRPr="00726D7C" w:rsidRDefault="001F678B" w:rsidP="006023F3">
            <w:pPr>
              <w:rPr>
                <w:rFonts w:cs="Times New Roman"/>
                <w:szCs w:val="28"/>
                <w:lang w:val="kk-KZ"/>
              </w:rPr>
            </w:pPr>
            <w:r w:rsidRPr="00726D7C">
              <w:rPr>
                <w:rFonts w:cs="Times New Roman"/>
                <w:szCs w:val="28"/>
                <w:lang w:val="kk-KZ"/>
              </w:rPr>
              <w:t>Арт-хакатон, дизайн-спринт, кураторская лаборатория</w:t>
            </w:r>
          </w:p>
        </w:tc>
        <w:tc>
          <w:tcPr>
            <w:tcW w:w="2410" w:type="dxa"/>
          </w:tcPr>
          <w:p w14:paraId="5CE8F17B" w14:textId="77777777" w:rsidR="0085125B" w:rsidRPr="00726D7C" w:rsidRDefault="001F678B" w:rsidP="006023F3">
            <w:pPr>
              <w:rPr>
                <w:rFonts w:cs="Times New Roman"/>
                <w:szCs w:val="28"/>
                <w:lang w:val="kk-KZ"/>
              </w:rPr>
            </w:pPr>
            <w:r w:rsidRPr="00726D7C">
              <w:rPr>
                <w:rFonts w:cs="Times New Roman"/>
                <w:szCs w:val="28"/>
                <w:lang w:val="kk-KZ"/>
              </w:rPr>
              <w:t>Командная ответственность и презентация</w:t>
            </w:r>
          </w:p>
        </w:tc>
      </w:tr>
    </w:tbl>
    <w:p w14:paraId="5AE58EF7" w14:textId="77777777" w:rsidR="0085125B" w:rsidRPr="00726D7C" w:rsidRDefault="001F678B" w:rsidP="006023F3">
      <w:pPr>
        <w:pStyle w:val="1"/>
        <w:spacing w:before="120" w:after="60" w:line="240" w:lineRule="auto"/>
        <w:rPr>
          <w:rFonts w:cs="Times New Roman"/>
          <w:lang w:val="ru-RU"/>
        </w:rPr>
      </w:pPr>
      <w:r w:rsidRPr="00726D7C">
        <w:rPr>
          <w:rFonts w:eastAsia="Times New Roman" w:cs="Times New Roman"/>
          <w:lang w:val="ru-RU"/>
        </w:rPr>
        <w:t>Раздел 4. Цель, задачи и ожидаемые результаты</w:t>
      </w:r>
    </w:p>
    <w:p w14:paraId="33AA7991" w14:textId="77777777" w:rsidR="0085125B" w:rsidRPr="00726D7C" w:rsidRDefault="001F678B" w:rsidP="006023F3">
      <w:pPr>
        <w:pStyle w:val="21"/>
        <w:spacing w:before="60" w:after="60" w:line="240" w:lineRule="auto"/>
        <w:rPr>
          <w:rFonts w:cs="Times New Roman"/>
          <w:szCs w:val="28"/>
          <w:lang w:val="ru-RU"/>
        </w:rPr>
      </w:pPr>
      <w:r w:rsidRPr="00726D7C">
        <w:rPr>
          <w:rFonts w:eastAsia="Times New Roman" w:cs="Times New Roman"/>
          <w:szCs w:val="28"/>
          <w:lang w:val="ru-RU"/>
        </w:rPr>
        <w:t>Цель Программы</w:t>
      </w:r>
    </w:p>
    <w:p w14:paraId="2E066F5E" w14:textId="378DB4C0"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 xml:space="preserve">Создание образовательно-оздоровительной среды сезонного </w:t>
      </w:r>
      <w:r w:rsidR="001F3C1F">
        <w:rPr>
          <w:rFonts w:cs="Times New Roman"/>
          <w:szCs w:val="28"/>
          <w:lang w:val="ru-RU"/>
        </w:rPr>
        <w:t>ДООЦ</w:t>
      </w:r>
      <w:r w:rsidRPr="00726D7C">
        <w:rPr>
          <w:rFonts w:cs="Times New Roman"/>
          <w:szCs w:val="28"/>
          <w:lang w:val="ru-RU"/>
        </w:rPr>
        <w:t xml:space="preserve">, направленной на укрепление физического и психоэмоционального здоровья несовершеннолетних, развитие их творческих, художественных, сценических, музыкально-двигательных, дизайнерских, медиакультурных, коммуникативных и проектных компетенций через разнообразные формы творческой </w:t>
      </w:r>
      <w:r w:rsidRPr="00726D7C">
        <w:rPr>
          <w:rFonts w:cs="Times New Roman"/>
          <w:szCs w:val="28"/>
          <w:lang w:val="ru-RU"/>
        </w:rPr>
        <w:lastRenderedPageBreak/>
        <w:t>деятельности, а также формирование ценностных ориентиров, соответствующих Единой программе воспитания «Адал Азамат».</w:t>
      </w:r>
    </w:p>
    <w:p w14:paraId="47EB2BC2"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Программа ориентирована на воспитание честного, ответственного, трудолюбивого, культурного, инициативного и социально активного участника, способного уважать национальные и общечеловеческие ценности, бережно относиться к труду и таланту другого человека, работать в команде, проявлять самостоятельность и участвовать в созидательной творческой деятельности.</w:t>
      </w:r>
    </w:p>
    <w:p w14:paraId="23FA9DAD" w14:textId="77777777" w:rsidR="0085125B" w:rsidRPr="00726D7C" w:rsidRDefault="001F678B" w:rsidP="006023F3">
      <w:pPr>
        <w:pStyle w:val="a9"/>
        <w:rPr>
          <w:rFonts w:ascii="Times New Roman" w:hAnsi="Times New Roman" w:cs="Times New Roman"/>
          <w:b/>
          <w:sz w:val="28"/>
          <w:szCs w:val="28"/>
          <w:lang w:val="ru-RU"/>
        </w:rPr>
      </w:pPr>
      <w:r w:rsidRPr="00726D7C">
        <w:rPr>
          <w:rFonts w:ascii="Times New Roman" w:hAnsi="Times New Roman" w:cs="Times New Roman"/>
          <w:b/>
          <w:sz w:val="28"/>
          <w:szCs w:val="28"/>
          <w:lang w:val="ru-RU"/>
        </w:rPr>
        <w:t>Задачи Программы</w:t>
      </w:r>
    </w:p>
    <w:p w14:paraId="607FB469" w14:textId="77777777" w:rsidR="0085125B" w:rsidRPr="00726D7C" w:rsidRDefault="001F678B" w:rsidP="006023F3">
      <w:pPr>
        <w:pStyle w:val="a9"/>
        <w:ind w:firstLine="720"/>
        <w:jc w:val="both"/>
        <w:rPr>
          <w:rFonts w:ascii="Times New Roman" w:hAnsi="Times New Roman" w:cs="Times New Roman"/>
          <w:sz w:val="28"/>
          <w:szCs w:val="28"/>
          <w:lang w:val="ru-RU"/>
        </w:rPr>
      </w:pPr>
      <w:r w:rsidRPr="00726D7C">
        <w:rPr>
          <w:rFonts w:ascii="Times New Roman" w:hAnsi="Times New Roman" w:cs="Times New Roman"/>
          <w:sz w:val="28"/>
          <w:szCs w:val="28"/>
          <w:lang w:val="ru-RU"/>
        </w:rPr>
        <w:t>Задачи Программы реализуются через образовательный и оздоровительный модули.</w:t>
      </w:r>
    </w:p>
    <w:p w14:paraId="1E3913B0" w14:textId="77777777" w:rsidR="0085125B" w:rsidRPr="00726D7C" w:rsidRDefault="001F678B" w:rsidP="006023F3">
      <w:pPr>
        <w:pStyle w:val="a9"/>
        <w:rPr>
          <w:rFonts w:ascii="Times New Roman" w:hAnsi="Times New Roman" w:cs="Times New Roman"/>
          <w:b/>
          <w:sz w:val="28"/>
          <w:szCs w:val="28"/>
          <w:lang w:val="ru-RU"/>
        </w:rPr>
      </w:pPr>
      <w:r w:rsidRPr="00726D7C">
        <w:rPr>
          <w:rFonts w:ascii="Times New Roman" w:hAnsi="Times New Roman" w:cs="Times New Roman"/>
          <w:b/>
          <w:sz w:val="28"/>
          <w:szCs w:val="28"/>
          <w:lang w:val="ru-RU"/>
        </w:rPr>
        <w:t>Образовательные задачи</w:t>
      </w:r>
    </w:p>
    <w:p w14:paraId="0EB4FDDD"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1. Создать условия для развития творческого, критического, ассоциативного, образного и проектного мышления участников.</w:t>
      </w:r>
    </w:p>
    <w:p w14:paraId="507BC03B"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2. Развить художественные способности, воображение, визуальную культуру, чувство цвета, формы, композиции и художественного образа.</w:t>
      </w:r>
    </w:p>
    <w:p w14:paraId="368A7312"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3. Сформировать навыки сценической культуры, выразительной речи, импровизации, работы с образом, движением, голосом и аудиторией.</w:t>
      </w:r>
    </w:p>
    <w:p w14:paraId="786D58FF"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4. Развить музыкально-двигательную культуру, чувство ритма, эмоциональную выразительность и способность к коллективному исполнению.</w:t>
      </w:r>
    </w:p>
    <w:p w14:paraId="15FC1837"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5. Сформировать основы дизайна, декоративно-прикладного творчества, этнодизайна, апсайклинга и культуры ручного труда.</w:t>
      </w:r>
    </w:p>
    <w:p w14:paraId="0339A6EA" w14:textId="77C96AF2"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 xml:space="preserve">6. Развить основы медиаграмотности, </w:t>
      </w:r>
      <w:r w:rsidR="00006CCA" w:rsidRPr="00726D7C">
        <w:rPr>
          <w:rFonts w:cs="Times New Roman"/>
          <w:szCs w:val="28"/>
          <w:lang w:val="ru-RU"/>
        </w:rPr>
        <w:t>цифровое искусство</w:t>
      </w:r>
      <w:r w:rsidRPr="00726D7C">
        <w:rPr>
          <w:rFonts w:cs="Times New Roman"/>
          <w:szCs w:val="28"/>
          <w:lang w:val="ru-RU"/>
        </w:rPr>
        <w:t>, безопасного использования цифровых инструментов и ответственного создания визуального и медиаконтента.</w:t>
      </w:r>
    </w:p>
    <w:p w14:paraId="55C50392"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7. Сформировать навыки командной работы, общения, лидерства, взаимопомощи, самостоятельности, ответственности и публичной презентации результатов.</w:t>
      </w:r>
    </w:p>
    <w:p w14:paraId="0226EA76"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8. Содействовать формированию гражданской ответственности, патриотизма, уважения к национальным ценностям, культуре, труду, творчеству и общественным интересам в соответствии с воспитательными ориентирами Единой программы воспитания «Адал Азамат».</w:t>
      </w:r>
    </w:p>
    <w:p w14:paraId="29FD62FF"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9. Обеспечить практическое освоение участниками ценностей честности, справедливости, ответственности, уважения, трудолюбия, бережного отношения к общему пространству и созидательного поведения через коллективные творческие дела, арт-проекты, фестивали и ежедневную культуру взаимодействия в лагере.</w:t>
      </w:r>
    </w:p>
    <w:p w14:paraId="78CB97F8" w14:textId="77777777" w:rsidR="0085125B" w:rsidRPr="00726D7C" w:rsidRDefault="001F678B" w:rsidP="006023F3">
      <w:pPr>
        <w:pStyle w:val="31"/>
        <w:spacing w:before="60" w:after="60" w:line="240" w:lineRule="auto"/>
        <w:rPr>
          <w:rFonts w:cs="Times New Roman"/>
          <w:szCs w:val="28"/>
          <w:lang w:val="ru-RU"/>
        </w:rPr>
      </w:pPr>
      <w:r w:rsidRPr="00726D7C">
        <w:rPr>
          <w:rFonts w:eastAsia="Times New Roman" w:cs="Times New Roman"/>
          <w:szCs w:val="28"/>
          <w:lang w:val="ru-RU"/>
        </w:rPr>
        <w:t>Оздоровительные задачи</w:t>
      </w:r>
    </w:p>
    <w:p w14:paraId="3591F2F1"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1. Создать условия для укрепления физического здоровья и повышения двигательной активности участников.</w:t>
      </w:r>
    </w:p>
    <w:p w14:paraId="3B21C61E"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2. Обеспечить рациональное чередование активности, отдыха, питания, сна, образовательной и оздоровительной деятельности.</w:t>
      </w:r>
    </w:p>
    <w:p w14:paraId="19BA3A14"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lastRenderedPageBreak/>
        <w:t>3. Сформировать устойчивую мотивацию к здоровому образу жизни, личной гигиене и безопасному поведению.</w:t>
      </w:r>
    </w:p>
    <w:p w14:paraId="1852C831"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4. Развить координацию, пластичность, выносливость, эмоциональную саморегуляцию и командное взаимодействие через музыкально-двигательные, спортивные, игровые и творческие активности.</w:t>
      </w:r>
    </w:p>
    <w:p w14:paraId="3AD6B8BF"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5. Обеспечить профилактику переутомления, эмоционального напряжения и конфликтных ситуаций.</w:t>
      </w:r>
    </w:p>
    <w:p w14:paraId="5A7A5306"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6. Создать психологически безопасную, поддерживающую и доброжелательную среду, в которой ребенок может пробовать, ошибаться, выступать и получать поддержку.</w:t>
      </w:r>
    </w:p>
    <w:p w14:paraId="21CFECA4"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7. Сформировать навыки безопасного поведения в творческой, сценической, бытовой, спортивной, социальной и информационной среде.</w:t>
      </w:r>
    </w:p>
    <w:p w14:paraId="40B612CA" w14:textId="16287499"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 xml:space="preserve">8. Содействовать формированию культуры заботы о себе и окружающих, уважительного общения, ответственного отношения к здоровью, режиму дня, общему пространству </w:t>
      </w:r>
      <w:r w:rsidR="001F3C1F">
        <w:rPr>
          <w:rFonts w:cs="Times New Roman"/>
          <w:szCs w:val="28"/>
          <w:lang w:val="ru-RU"/>
        </w:rPr>
        <w:t>ДООЦ</w:t>
      </w:r>
      <w:r w:rsidRPr="00726D7C">
        <w:rPr>
          <w:rFonts w:cs="Times New Roman"/>
          <w:szCs w:val="28"/>
          <w:lang w:val="ru-RU"/>
        </w:rPr>
        <w:t xml:space="preserve"> и правилам совместного проживания как практического проявления ценностей «Адал Азамат».</w:t>
      </w:r>
    </w:p>
    <w:p w14:paraId="23FBA69A" w14:textId="77777777" w:rsidR="0085125B" w:rsidRPr="00726D7C" w:rsidRDefault="001F678B" w:rsidP="006023F3">
      <w:pPr>
        <w:pStyle w:val="21"/>
        <w:spacing w:before="60" w:after="60" w:line="240" w:lineRule="auto"/>
        <w:rPr>
          <w:rFonts w:cs="Times New Roman"/>
          <w:szCs w:val="28"/>
          <w:lang w:val="ru-RU"/>
        </w:rPr>
      </w:pPr>
      <w:r w:rsidRPr="00726D7C">
        <w:rPr>
          <w:rFonts w:eastAsia="Times New Roman" w:cs="Times New Roman"/>
          <w:szCs w:val="28"/>
          <w:lang w:val="ru-RU"/>
        </w:rPr>
        <w:t>Ожидаемые результаты реализации Программы</w:t>
      </w:r>
    </w:p>
    <w:p w14:paraId="083325E9"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Ожидаемые результаты Программы являются измеримыми и проверяемыми по итогам смены на основе педагогического наблюдения, учета участия, анализа творческих продуктов, анкетирования и рефлексии участников.</w:t>
      </w:r>
    </w:p>
    <w:p w14:paraId="2D420575"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1) 100% участников будут охвачены образовательной, воспитательной, творческой, спортивно-оздоровительной и досуговой деятельностью.</w:t>
      </w:r>
    </w:p>
    <w:p w14:paraId="58D81A9E"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2) Не менее 90% участников примут участие в художественных, сценических, музыкально-двигательных, дизайнерских, медийных или проектных мероприятиях.</w:t>
      </w:r>
    </w:p>
    <w:p w14:paraId="7581F351"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3) Не менее 85% участников будут вовлечены в коллективные творческие дела, репетиции, выставки, показы, фестивали или презентации.</w:t>
      </w:r>
    </w:p>
    <w:p w14:paraId="1560550D"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4) Не менее 80% участников создадут индивидуальный или командный творческий продукт: рисунок, коллаж, сценку, номер, дизайн-объект, медиапродукт, арт-проект или иной результат.</w:t>
      </w:r>
    </w:p>
    <w:p w14:paraId="2BAB997C"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5) Не менее 75% участников примут участие в подготовке арт-фестиваля, выставки, показа, медиапрезентации или командного творческого проекта.</w:t>
      </w:r>
    </w:p>
    <w:p w14:paraId="712BE1A4"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6) Не менее 75% участников освоят базовые навыки безопасного использования творческих материалов, сценического пространства, медиаинструментов или цифровых средств при их применении.</w:t>
      </w:r>
    </w:p>
    <w:p w14:paraId="3B7C483D"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7) Не менее 85% участников продемонстрируют положительную динамику коммуникативных навыков, командного взаимодействия, ответственности и самостоятельности.</w:t>
      </w:r>
    </w:p>
    <w:p w14:paraId="29EC2926"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lastRenderedPageBreak/>
        <w:t>8) Не менее 85% участников продемонстрируют положительную динамику эмоционального состояния, адаптации, уверенности в самовыражении и психологического комфорта.</w:t>
      </w:r>
    </w:p>
    <w:p w14:paraId="63F35A3D"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9) Не менее 90% участников будут вовлечены в мероприятия, связанные с ценностями «Адал азамат»: уважение, трудолюбие, ответственность, честность, культура общения и созидательное участие.</w:t>
      </w:r>
    </w:p>
    <w:p w14:paraId="09D9C249"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10) Не менее 95% участников будут удовлетворены содержанием смены, условиями пребывания и организацией мероприятий.</w:t>
      </w:r>
    </w:p>
    <w:p w14:paraId="01FF221F"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11) 100% участников будут обеспечены безопасными условиями пребывания, медицинским сопровождением, психолого-педагогической поддержкой и условиями для полноценного отдыха и оздоровления.</w:t>
      </w:r>
    </w:p>
    <w:p w14:paraId="33CCAA32" w14:textId="77777777" w:rsidR="0085125B" w:rsidRPr="00726D7C" w:rsidRDefault="001F678B" w:rsidP="006023F3">
      <w:pPr>
        <w:pStyle w:val="1"/>
        <w:spacing w:before="120" w:after="60" w:line="240" w:lineRule="auto"/>
        <w:rPr>
          <w:rFonts w:cs="Times New Roman"/>
          <w:lang w:val="ru-RU"/>
        </w:rPr>
      </w:pPr>
      <w:r w:rsidRPr="00726D7C">
        <w:rPr>
          <w:rFonts w:eastAsia="Times New Roman" w:cs="Times New Roman"/>
          <w:lang w:val="ru-RU"/>
        </w:rPr>
        <w:t>Раздел 5. Структура и содержание Программы</w:t>
      </w:r>
    </w:p>
    <w:p w14:paraId="4DAA1D14"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Реализация Программы осуществляется через два взаимосвязанных модуля: образовательный модуль и оздоровительный модуль.</w:t>
      </w:r>
    </w:p>
    <w:p w14:paraId="122A5BBD"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Модули интегрированы в ежедневную деятельность участников и обеспечивают комплексное развитие личности ребенка, сочетая образовательную, воспитательную, творческую, проектную, сценическую, музыкально-двигательную, спортивную, оздоровительную и досуговую деятельность.</w:t>
      </w:r>
    </w:p>
    <w:p w14:paraId="7E0E2278"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Содержание модулей реализуется с учетом возрастных, психологических и физиологических особенностей несовершеннолетних, продолжительности смены, режима функционирования Организации, условий проживания, питания, медицинского сопровождения и безопасности.</w:t>
      </w:r>
    </w:p>
    <w:p w14:paraId="7F4D5A5D" w14:textId="77777777" w:rsidR="0085125B" w:rsidRPr="00726D7C" w:rsidRDefault="001F678B" w:rsidP="006023F3">
      <w:pPr>
        <w:pStyle w:val="21"/>
        <w:spacing w:before="60" w:after="60" w:line="240" w:lineRule="auto"/>
        <w:rPr>
          <w:rFonts w:cs="Times New Roman"/>
          <w:szCs w:val="28"/>
          <w:lang w:val="ru-RU"/>
        </w:rPr>
      </w:pPr>
      <w:r w:rsidRPr="00726D7C">
        <w:rPr>
          <w:rFonts w:eastAsia="Times New Roman" w:cs="Times New Roman"/>
          <w:szCs w:val="28"/>
          <w:lang w:val="ru-RU"/>
        </w:rPr>
        <w:t>1. Образовательный модуль</w:t>
      </w:r>
    </w:p>
    <w:p w14:paraId="55909CE4"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Образовательный модуль направлен на развитие творческого мышления, художественных, сценических, музыкально-двигательных, дизайнерских, медиакультурных, проектных, коммуникативных и лидерских навыков.</w:t>
      </w:r>
    </w:p>
    <w:p w14:paraId="27DFC174"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Содержание образовательного модуля Организации сезонного действия включает развивающие занятия, проектную, исследовательскую и творческую деятельность через кружки и секции по интересам, практико-ориентированные занятия через мастер-классы, тренинги, лабораторные и практические работы, а также воспитательные мероприятия и проекты.</w:t>
      </w:r>
    </w:p>
    <w:p w14:paraId="4E0D44D3"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В течение каждого дня смены в рамках образовательного модуля предусматривается проведение не менее двух развивающих, проектных, исследовательских или творческих занятий, не менее двух практико-ориентированных занятий, а также не менее двух воспитательных мероприятий или проектов.</w:t>
      </w:r>
    </w:p>
    <w:p w14:paraId="6E1629A4" w14:textId="77777777" w:rsidR="0085125B" w:rsidRPr="00726D7C" w:rsidRDefault="001F678B" w:rsidP="006023F3">
      <w:pPr>
        <w:pStyle w:val="31"/>
        <w:spacing w:before="60" w:after="60" w:line="240" w:lineRule="auto"/>
        <w:rPr>
          <w:rFonts w:cs="Times New Roman"/>
          <w:szCs w:val="28"/>
          <w:lang w:val="kk-KZ"/>
        </w:rPr>
      </w:pPr>
      <w:r w:rsidRPr="00726D7C">
        <w:rPr>
          <w:rFonts w:eastAsia="Times New Roman" w:cs="Times New Roman"/>
          <w:szCs w:val="28"/>
          <w:lang w:val="kk-KZ"/>
        </w:rPr>
        <w:t>Направления образовательного модуля</w:t>
      </w:r>
    </w:p>
    <w:tbl>
      <w:tblPr>
        <w:tblStyle w:val="aff0"/>
        <w:tblW w:w="0" w:type="auto"/>
        <w:jc w:val="center"/>
        <w:tblLook w:val="04A0" w:firstRow="1" w:lastRow="0" w:firstColumn="1" w:lastColumn="0" w:noHBand="0" w:noVBand="1"/>
      </w:tblPr>
      <w:tblGrid>
        <w:gridCol w:w="2387"/>
        <w:gridCol w:w="2382"/>
        <w:gridCol w:w="2369"/>
        <w:gridCol w:w="2489"/>
      </w:tblGrid>
      <w:tr w:rsidR="0085125B" w:rsidRPr="00726D7C" w14:paraId="0D0B7EF4" w14:textId="77777777">
        <w:trPr>
          <w:tblHeader/>
          <w:jc w:val="center"/>
        </w:trPr>
        <w:tc>
          <w:tcPr>
            <w:tcW w:w="2410" w:type="dxa"/>
            <w:shd w:val="clear" w:color="auto" w:fill="FCE4D6"/>
          </w:tcPr>
          <w:p w14:paraId="6348745C" w14:textId="77777777" w:rsidR="0085125B" w:rsidRPr="00726D7C" w:rsidRDefault="001F678B" w:rsidP="006023F3">
            <w:pPr>
              <w:rPr>
                <w:rFonts w:cs="Times New Roman"/>
                <w:szCs w:val="28"/>
                <w:lang w:val="kk-KZ"/>
              </w:rPr>
            </w:pPr>
            <w:r w:rsidRPr="00726D7C">
              <w:rPr>
                <w:rFonts w:cs="Times New Roman"/>
                <w:b/>
                <w:szCs w:val="28"/>
                <w:lang w:val="kk-KZ"/>
              </w:rPr>
              <w:t>Направление</w:t>
            </w:r>
          </w:p>
        </w:tc>
        <w:tc>
          <w:tcPr>
            <w:tcW w:w="2410" w:type="dxa"/>
            <w:shd w:val="clear" w:color="auto" w:fill="FCE4D6"/>
          </w:tcPr>
          <w:p w14:paraId="6DA4C9F5" w14:textId="77777777" w:rsidR="0085125B" w:rsidRPr="00726D7C" w:rsidRDefault="001F678B" w:rsidP="006023F3">
            <w:pPr>
              <w:rPr>
                <w:rFonts w:cs="Times New Roman"/>
                <w:szCs w:val="28"/>
                <w:lang w:val="kk-KZ"/>
              </w:rPr>
            </w:pPr>
            <w:r w:rsidRPr="00726D7C">
              <w:rPr>
                <w:rFonts w:cs="Times New Roman"/>
                <w:b/>
                <w:szCs w:val="28"/>
                <w:lang w:val="kk-KZ"/>
              </w:rPr>
              <w:t>Содержание</w:t>
            </w:r>
          </w:p>
        </w:tc>
        <w:tc>
          <w:tcPr>
            <w:tcW w:w="2410" w:type="dxa"/>
            <w:shd w:val="clear" w:color="auto" w:fill="FCE4D6"/>
          </w:tcPr>
          <w:p w14:paraId="65E4A25B" w14:textId="77777777" w:rsidR="0085125B" w:rsidRPr="00726D7C" w:rsidRDefault="001F678B" w:rsidP="006023F3">
            <w:pPr>
              <w:rPr>
                <w:rFonts w:cs="Times New Roman"/>
                <w:szCs w:val="28"/>
                <w:lang w:val="kk-KZ"/>
              </w:rPr>
            </w:pPr>
            <w:r w:rsidRPr="00726D7C">
              <w:rPr>
                <w:rFonts w:cs="Times New Roman"/>
                <w:b/>
                <w:szCs w:val="28"/>
                <w:lang w:val="kk-KZ"/>
              </w:rPr>
              <w:t>Формы реализации</w:t>
            </w:r>
          </w:p>
        </w:tc>
        <w:tc>
          <w:tcPr>
            <w:tcW w:w="2410" w:type="dxa"/>
            <w:shd w:val="clear" w:color="auto" w:fill="FCE4D6"/>
          </w:tcPr>
          <w:p w14:paraId="0F355BB2" w14:textId="77777777" w:rsidR="0085125B" w:rsidRPr="00726D7C" w:rsidRDefault="001F678B" w:rsidP="006023F3">
            <w:pPr>
              <w:rPr>
                <w:rFonts w:cs="Times New Roman"/>
                <w:szCs w:val="28"/>
                <w:lang w:val="kk-KZ"/>
              </w:rPr>
            </w:pPr>
            <w:r w:rsidRPr="00726D7C">
              <w:rPr>
                <w:rFonts w:cs="Times New Roman"/>
                <w:b/>
                <w:szCs w:val="28"/>
                <w:lang w:val="kk-KZ"/>
              </w:rPr>
              <w:t>Результат</w:t>
            </w:r>
          </w:p>
        </w:tc>
      </w:tr>
      <w:tr w:rsidR="0085125B" w:rsidRPr="00726D7C" w14:paraId="31516E98" w14:textId="77777777">
        <w:trPr>
          <w:jc w:val="center"/>
        </w:trPr>
        <w:tc>
          <w:tcPr>
            <w:tcW w:w="2410" w:type="dxa"/>
          </w:tcPr>
          <w:p w14:paraId="0D120E77" w14:textId="77777777" w:rsidR="0085125B" w:rsidRPr="00726D7C" w:rsidRDefault="001F678B" w:rsidP="006023F3">
            <w:pPr>
              <w:rPr>
                <w:rFonts w:cs="Times New Roman"/>
                <w:szCs w:val="28"/>
                <w:lang w:val="kk-KZ"/>
              </w:rPr>
            </w:pPr>
            <w:r w:rsidRPr="00726D7C">
              <w:rPr>
                <w:rFonts w:cs="Times New Roman"/>
                <w:szCs w:val="28"/>
                <w:lang w:val="kk-KZ"/>
              </w:rPr>
              <w:lastRenderedPageBreak/>
              <w:t>Арт-мастерские</w:t>
            </w:r>
          </w:p>
        </w:tc>
        <w:tc>
          <w:tcPr>
            <w:tcW w:w="2410" w:type="dxa"/>
          </w:tcPr>
          <w:p w14:paraId="08C1AB13" w14:textId="77777777" w:rsidR="0085125B" w:rsidRPr="00726D7C" w:rsidRDefault="001F678B" w:rsidP="006023F3">
            <w:pPr>
              <w:rPr>
                <w:rFonts w:cs="Times New Roman"/>
                <w:szCs w:val="28"/>
                <w:lang w:val="kk-KZ"/>
              </w:rPr>
            </w:pPr>
            <w:r w:rsidRPr="00726D7C">
              <w:rPr>
                <w:rFonts w:cs="Times New Roman"/>
                <w:szCs w:val="28"/>
                <w:lang w:val="kk-KZ"/>
              </w:rPr>
              <w:t>Рисунок, цвет, композиция, коллаж, визуальный дневник</w:t>
            </w:r>
          </w:p>
        </w:tc>
        <w:tc>
          <w:tcPr>
            <w:tcW w:w="2410" w:type="dxa"/>
          </w:tcPr>
          <w:p w14:paraId="08CCA217" w14:textId="77777777" w:rsidR="0085125B" w:rsidRPr="00726D7C" w:rsidRDefault="001F678B" w:rsidP="006023F3">
            <w:pPr>
              <w:rPr>
                <w:rFonts w:cs="Times New Roman"/>
                <w:szCs w:val="28"/>
                <w:lang w:val="kk-KZ"/>
              </w:rPr>
            </w:pPr>
            <w:r w:rsidRPr="00726D7C">
              <w:rPr>
                <w:rFonts w:cs="Times New Roman"/>
                <w:szCs w:val="28"/>
                <w:lang w:val="kk-KZ"/>
              </w:rPr>
              <w:t>Мастер-классы, пленэр, панно, зины, арт-выставка</w:t>
            </w:r>
          </w:p>
        </w:tc>
        <w:tc>
          <w:tcPr>
            <w:tcW w:w="2410" w:type="dxa"/>
          </w:tcPr>
          <w:p w14:paraId="2D7309F3" w14:textId="77777777" w:rsidR="0085125B" w:rsidRPr="00726D7C" w:rsidRDefault="001F678B" w:rsidP="006023F3">
            <w:pPr>
              <w:rPr>
                <w:rFonts w:cs="Times New Roman"/>
                <w:szCs w:val="28"/>
                <w:lang w:val="kk-KZ"/>
              </w:rPr>
            </w:pPr>
            <w:r w:rsidRPr="00726D7C">
              <w:rPr>
                <w:rFonts w:cs="Times New Roman"/>
                <w:szCs w:val="28"/>
                <w:lang w:val="kk-KZ"/>
              </w:rPr>
              <w:t>Развитие художественного мышления</w:t>
            </w:r>
          </w:p>
        </w:tc>
      </w:tr>
      <w:tr w:rsidR="0085125B" w:rsidRPr="00726D7C" w14:paraId="198568E7" w14:textId="77777777">
        <w:trPr>
          <w:jc w:val="center"/>
        </w:trPr>
        <w:tc>
          <w:tcPr>
            <w:tcW w:w="2410" w:type="dxa"/>
          </w:tcPr>
          <w:p w14:paraId="1C0C835B" w14:textId="77777777" w:rsidR="0085125B" w:rsidRPr="00726D7C" w:rsidRDefault="001F678B" w:rsidP="006023F3">
            <w:pPr>
              <w:rPr>
                <w:rFonts w:cs="Times New Roman"/>
                <w:szCs w:val="28"/>
                <w:lang w:val="kk-KZ"/>
              </w:rPr>
            </w:pPr>
            <w:r w:rsidRPr="00726D7C">
              <w:rPr>
                <w:rFonts w:cs="Times New Roman"/>
                <w:szCs w:val="28"/>
                <w:lang w:val="kk-KZ"/>
              </w:rPr>
              <w:t>Театр и перформанс</w:t>
            </w:r>
          </w:p>
        </w:tc>
        <w:tc>
          <w:tcPr>
            <w:tcW w:w="2410" w:type="dxa"/>
          </w:tcPr>
          <w:p w14:paraId="2717EE23" w14:textId="77777777" w:rsidR="0085125B" w:rsidRPr="00726D7C" w:rsidRDefault="001F678B" w:rsidP="006023F3">
            <w:pPr>
              <w:rPr>
                <w:rFonts w:cs="Times New Roman"/>
                <w:szCs w:val="28"/>
                <w:lang w:val="kk-KZ"/>
              </w:rPr>
            </w:pPr>
            <w:r w:rsidRPr="00726D7C">
              <w:rPr>
                <w:rFonts w:cs="Times New Roman"/>
                <w:szCs w:val="28"/>
                <w:lang w:val="kk-KZ"/>
              </w:rPr>
              <w:t>Речь, движение, образ, импровизация, сценическая культура</w:t>
            </w:r>
          </w:p>
        </w:tc>
        <w:tc>
          <w:tcPr>
            <w:tcW w:w="2410" w:type="dxa"/>
          </w:tcPr>
          <w:p w14:paraId="5C177168" w14:textId="77777777" w:rsidR="0085125B" w:rsidRPr="00726D7C" w:rsidRDefault="001F678B" w:rsidP="006023F3">
            <w:pPr>
              <w:rPr>
                <w:rFonts w:cs="Times New Roman"/>
                <w:szCs w:val="28"/>
                <w:lang w:val="kk-KZ"/>
              </w:rPr>
            </w:pPr>
            <w:r w:rsidRPr="00726D7C">
              <w:rPr>
                <w:rFonts w:cs="Times New Roman"/>
                <w:szCs w:val="28"/>
                <w:lang w:val="kk-KZ"/>
              </w:rPr>
              <w:t>Этюды, театр теней, мини-спектакли, форум-театр</w:t>
            </w:r>
          </w:p>
        </w:tc>
        <w:tc>
          <w:tcPr>
            <w:tcW w:w="2410" w:type="dxa"/>
          </w:tcPr>
          <w:p w14:paraId="0A668192" w14:textId="77777777" w:rsidR="0085125B" w:rsidRPr="00726D7C" w:rsidRDefault="001F678B" w:rsidP="006023F3">
            <w:pPr>
              <w:rPr>
                <w:rFonts w:cs="Times New Roman"/>
                <w:szCs w:val="28"/>
                <w:lang w:val="kk-KZ"/>
              </w:rPr>
            </w:pPr>
            <w:r w:rsidRPr="00726D7C">
              <w:rPr>
                <w:rFonts w:cs="Times New Roman"/>
                <w:szCs w:val="28"/>
                <w:lang w:val="kk-KZ"/>
              </w:rPr>
              <w:t>Уверенность и выразительность</w:t>
            </w:r>
          </w:p>
        </w:tc>
      </w:tr>
      <w:tr w:rsidR="0085125B" w:rsidRPr="00726D7C" w14:paraId="230AEDF8" w14:textId="77777777">
        <w:trPr>
          <w:jc w:val="center"/>
        </w:trPr>
        <w:tc>
          <w:tcPr>
            <w:tcW w:w="2410" w:type="dxa"/>
          </w:tcPr>
          <w:p w14:paraId="2E161580" w14:textId="77777777" w:rsidR="0085125B" w:rsidRPr="00726D7C" w:rsidRDefault="001F678B" w:rsidP="006023F3">
            <w:pPr>
              <w:rPr>
                <w:rFonts w:cs="Times New Roman"/>
                <w:szCs w:val="28"/>
                <w:lang w:val="kk-KZ"/>
              </w:rPr>
            </w:pPr>
            <w:r w:rsidRPr="00726D7C">
              <w:rPr>
                <w:rFonts w:cs="Times New Roman"/>
                <w:szCs w:val="28"/>
                <w:lang w:val="kk-KZ"/>
              </w:rPr>
              <w:t>Музыка и движение</w:t>
            </w:r>
          </w:p>
        </w:tc>
        <w:tc>
          <w:tcPr>
            <w:tcW w:w="2410" w:type="dxa"/>
          </w:tcPr>
          <w:p w14:paraId="20439017" w14:textId="77777777" w:rsidR="0085125B" w:rsidRPr="00726D7C" w:rsidRDefault="001F678B" w:rsidP="006023F3">
            <w:pPr>
              <w:rPr>
                <w:rFonts w:cs="Times New Roman"/>
                <w:szCs w:val="28"/>
                <w:lang w:val="kk-KZ"/>
              </w:rPr>
            </w:pPr>
            <w:r w:rsidRPr="00726D7C">
              <w:rPr>
                <w:rFonts w:cs="Times New Roman"/>
                <w:szCs w:val="28"/>
                <w:lang w:val="kk-KZ"/>
              </w:rPr>
              <w:t>Ритм, голос, пластика, эмоциональная разгрузка</w:t>
            </w:r>
          </w:p>
        </w:tc>
        <w:tc>
          <w:tcPr>
            <w:tcW w:w="2410" w:type="dxa"/>
          </w:tcPr>
          <w:p w14:paraId="5AFB8BDC" w14:textId="77777777" w:rsidR="0085125B" w:rsidRPr="00726D7C" w:rsidRDefault="001F678B" w:rsidP="006023F3">
            <w:pPr>
              <w:rPr>
                <w:rFonts w:cs="Times New Roman"/>
                <w:szCs w:val="28"/>
                <w:lang w:val="kk-KZ"/>
              </w:rPr>
            </w:pPr>
            <w:r w:rsidRPr="00726D7C">
              <w:rPr>
                <w:rFonts w:cs="Times New Roman"/>
                <w:szCs w:val="28"/>
                <w:lang w:val="kk-KZ"/>
              </w:rPr>
              <w:t>Body percussion, танцы, вокальные круги, шумовой оркестр</w:t>
            </w:r>
          </w:p>
        </w:tc>
        <w:tc>
          <w:tcPr>
            <w:tcW w:w="2410" w:type="dxa"/>
          </w:tcPr>
          <w:p w14:paraId="7F315807" w14:textId="77777777" w:rsidR="0085125B" w:rsidRPr="00726D7C" w:rsidRDefault="001F678B" w:rsidP="006023F3">
            <w:pPr>
              <w:rPr>
                <w:rFonts w:cs="Times New Roman"/>
                <w:szCs w:val="28"/>
                <w:lang w:val="kk-KZ"/>
              </w:rPr>
            </w:pPr>
            <w:r w:rsidRPr="00726D7C">
              <w:rPr>
                <w:rFonts w:cs="Times New Roman"/>
                <w:szCs w:val="28"/>
                <w:lang w:val="kk-KZ"/>
              </w:rPr>
              <w:t>Музыкально-двигательная культура</w:t>
            </w:r>
          </w:p>
        </w:tc>
      </w:tr>
      <w:tr w:rsidR="0085125B" w:rsidRPr="00726D7C" w14:paraId="089BD56D" w14:textId="77777777">
        <w:trPr>
          <w:jc w:val="center"/>
        </w:trPr>
        <w:tc>
          <w:tcPr>
            <w:tcW w:w="2410" w:type="dxa"/>
          </w:tcPr>
          <w:p w14:paraId="75580C72" w14:textId="77777777" w:rsidR="0085125B" w:rsidRPr="00726D7C" w:rsidRDefault="001F678B" w:rsidP="006023F3">
            <w:pPr>
              <w:rPr>
                <w:rFonts w:cs="Times New Roman"/>
                <w:szCs w:val="28"/>
                <w:lang w:val="kk-KZ"/>
              </w:rPr>
            </w:pPr>
            <w:r w:rsidRPr="00726D7C">
              <w:rPr>
                <w:rFonts w:cs="Times New Roman"/>
                <w:szCs w:val="28"/>
                <w:lang w:val="kk-KZ"/>
              </w:rPr>
              <w:t>Дизайн и ремесла</w:t>
            </w:r>
          </w:p>
        </w:tc>
        <w:tc>
          <w:tcPr>
            <w:tcW w:w="2410" w:type="dxa"/>
          </w:tcPr>
          <w:p w14:paraId="4DE26AF2" w14:textId="77777777" w:rsidR="0085125B" w:rsidRPr="00726D7C" w:rsidRDefault="001F678B" w:rsidP="006023F3">
            <w:pPr>
              <w:rPr>
                <w:rFonts w:cs="Times New Roman"/>
                <w:szCs w:val="28"/>
                <w:lang w:val="kk-KZ"/>
              </w:rPr>
            </w:pPr>
            <w:r w:rsidRPr="00726D7C">
              <w:rPr>
                <w:rFonts w:cs="Times New Roman"/>
                <w:szCs w:val="28"/>
                <w:lang w:val="kk-KZ"/>
              </w:rPr>
              <w:t>Этнодизайн, апсайклинг, макетирование, оформление пространства</w:t>
            </w:r>
          </w:p>
        </w:tc>
        <w:tc>
          <w:tcPr>
            <w:tcW w:w="2410" w:type="dxa"/>
          </w:tcPr>
          <w:p w14:paraId="022DB7BC" w14:textId="77777777" w:rsidR="0085125B" w:rsidRPr="00726D7C" w:rsidRDefault="001F678B" w:rsidP="006023F3">
            <w:pPr>
              <w:rPr>
                <w:rFonts w:cs="Times New Roman"/>
                <w:szCs w:val="28"/>
                <w:lang w:val="kk-KZ"/>
              </w:rPr>
            </w:pPr>
            <w:r w:rsidRPr="00726D7C">
              <w:rPr>
                <w:rFonts w:cs="Times New Roman"/>
                <w:szCs w:val="28"/>
                <w:lang w:val="kk-KZ"/>
              </w:rPr>
              <w:t>Декор, костюмы, аксессуары, афиши, сценография</w:t>
            </w:r>
          </w:p>
        </w:tc>
        <w:tc>
          <w:tcPr>
            <w:tcW w:w="2410" w:type="dxa"/>
          </w:tcPr>
          <w:p w14:paraId="2EEE5767" w14:textId="77777777" w:rsidR="0085125B" w:rsidRPr="00726D7C" w:rsidRDefault="001F678B" w:rsidP="006023F3">
            <w:pPr>
              <w:rPr>
                <w:rFonts w:cs="Times New Roman"/>
                <w:szCs w:val="28"/>
                <w:lang w:val="kk-KZ"/>
              </w:rPr>
            </w:pPr>
            <w:r w:rsidRPr="00726D7C">
              <w:rPr>
                <w:rFonts w:cs="Times New Roman"/>
                <w:szCs w:val="28"/>
                <w:lang w:val="kk-KZ"/>
              </w:rPr>
              <w:t>Практические творческие навыки</w:t>
            </w:r>
          </w:p>
        </w:tc>
      </w:tr>
      <w:tr w:rsidR="0085125B" w:rsidRPr="00726D7C" w14:paraId="2BF824C9" w14:textId="77777777">
        <w:trPr>
          <w:jc w:val="center"/>
        </w:trPr>
        <w:tc>
          <w:tcPr>
            <w:tcW w:w="2410" w:type="dxa"/>
          </w:tcPr>
          <w:p w14:paraId="5D577A42" w14:textId="7A4BAFA9" w:rsidR="0085125B" w:rsidRPr="00726D7C" w:rsidRDefault="001225D5" w:rsidP="006023F3">
            <w:pPr>
              <w:rPr>
                <w:rFonts w:cs="Times New Roman"/>
                <w:szCs w:val="28"/>
                <w:lang w:val="kk-KZ"/>
              </w:rPr>
            </w:pPr>
            <w:r w:rsidRPr="00726D7C">
              <w:rPr>
                <w:rFonts w:cs="Times New Roman"/>
                <w:szCs w:val="28"/>
                <w:lang w:val="kk-KZ"/>
              </w:rPr>
              <w:t>Цифровое искусство и медиа</w:t>
            </w:r>
          </w:p>
        </w:tc>
        <w:tc>
          <w:tcPr>
            <w:tcW w:w="2410" w:type="dxa"/>
          </w:tcPr>
          <w:p w14:paraId="7FFA10A3" w14:textId="77777777" w:rsidR="0085125B" w:rsidRPr="00726D7C" w:rsidRDefault="001F678B" w:rsidP="006023F3">
            <w:pPr>
              <w:rPr>
                <w:rFonts w:cs="Times New Roman"/>
                <w:szCs w:val="28"/>
                <w:lang w:val="kk-KZ"/>
              </w:rPr>
            </w:pPr>
            <w:r w:rsidRPr="00726D7C">
              <w:rPr>
                <w:rFonts w:cs="Times New Roman"/>
                <w:szCs w:val="28"/>
                <w:lang w:val="kk-KZ"/>
              </w:rPr>
              <w:t>Цифровая креативность, фото, видео, анимация</w:t>
            </w:r>
          </w:p>
        </w:tc>
        <w:tc>
          <w:tcPr>
            <w:tcW w:w="2410" w:type="dxa"/>
          </w:tcPr>
          <w:p w14:paraId="375D352D" w14:textId="77777777" w:rsidR="0085125B" w:rsidRPr="00726D7C" w:rsidRDefault="001F678B" w:rsidP="006023F3">
            <w:pPr>
              <w:rPr>
                <w:rFonts w:cs="Times New Roman"/>
                <w:szCs w:val="28"/>
                <w:lang w:val="kk-KZ"/>
              </w:rPr>
            </w:pPr>
            <w:r w:rsidRPr="00726D7C">
              <w:rPr>
                <w:rFonts w:cs="Times New Roman"/>
                <w:szCs w:val="28"/>
                <w:lang w:val="kk-KZ"/>
              </w:rPr>
              <w:t>Stop-motion, цифровой коллаж, QR-галерея, медиадневник</w:t>
            </w:r>
          </w:p>
        </w:tc>
        <w:tc>
          <w:tcPr>
            <w:tcW w:w="2410" w:type="dxa"/>
          </w:tcPr>
          <w:p w14:paraId="0DCDD1D9" w14:textId="07047F5C" w:rsidR="0085125B" w:rsidRPr="00726D7C" w:rsidRDefault="001F678B" w:rsidP="006023F3">
            <w:pPr>
              <w:rPr>
                <w:rFonts w:cs="Times New Roman"/>
                <w:szCs w:val="28"/>
                <w:lang w:val="kk-KZ"/>
              </w:rPr>
            </w:pPr>
            <w:r w:rsidRPr="00726D7C">
              <w:rPr>
                <w:rFonts w:cs="Times New Roman"/>
                <w:szCs w:val="28"/>
                <w:lang w:val="kk-KZ"/>
              </w:rPr>
              <w:t xml:space="preserve">Медиаграмотность и </w:t>
            </w:r>
            <w:r w:rsidR="001225D5" w:rsidRPr="00726D7C">
              <w:rPr>
                <w:rFonts w:cs="Times New Roman"/>
                <w:szCs w:val="28"/>
                <w:lang w:val="kk-KZ"/>
              </w:rPr>
              <w:t>цифровая</w:t>
            </w:r>
            <w:r w:rsidRPr="00726D7C">
              <w:rPr>
                <w:rFonts w:cs="Times New Roman"/>
                <w:szCs w:val="28"/>
                <w:lang w:val="kk-KZ"/>
              </w:rPr>
              <w:t>-культура</w:t>
            </w:r>
          </w:p>
        </w:tc>
      </w:tr>
      <w:tr w:rsidR="0085125B" w:rsidRPr="00726D7C" w14:paraId="3D658EBE" w14:textId="77777777">
        <w:trPr>
          <w:jc w:val="center"/>
        </w:trPr>
        <w:tc>
          <w:tcPr>
            <w:tcW w:w="2410" w:type="dxa"/>
          </w:tcPr>
          <w:p w14:paraId="69A7FA46" w14:textId="77777777" w:rsidR="0085125B" w:rsidRPr="00726D7C" w:rsidRDefault="001F678B" w:rsidP="006023F3">
            <w:pPr>
              <w:rPr>
                <w:rFonts w:cs="Times New Roman"/>
                <w:szCs w:val="28"/>
                <w:lang w:val="kk-KZ"/>
              </w:rPr>
            </w:pPr>
            <w:r w:rsidRPr="00726D7C">
              <w:rPr>
                <w:rFonts w:cs="Times New Roman"/>
                <w:szCs w:val="28"/>
                <w:lang w:val="kk-KZ"/>
              </w:rPr>
              <w:t>Арт-проектирование</w:t>
            </w:r>
          </w:p>
        </w:tc>
        <w:tc>
          <w:tcPr>
            <w:tcW w:w="2410" w:type="dxa"/>
          </w:tcPr>
          <w:p w14:paraId="6C3945AA" w14:textId="77777777" w:rsidR="0085125B" w:rsidRPr="00726D7C" w:rsidRDefault="001F678B" w:rsidP="006023F3">
            <w:pPr>
              <w:rPr>
                <w:rFonts w:cs="Times New Roman"/>
                <w:szCs w:val="28"/>
                <w:lang w:val="kk-KZ"/>
              </w:rPr>
            </w:pPr>
            <w:r w:rsidRPr="00726D7C">
              <w:rPr>
                <w:rFonts w:cs="Times New Roman"/>
                <w:szCs w:val="28"/>
                <w:lang w:val="kk-KZ"/>
              </w:rPr>
              <w:t>Проектная работа, выставка, фестиваль, презентация</w:t>
            </w:r>
          </w:p>
        </w:tc>
        <w:tc>
          <w:tcPr>
            <w:tcW w:w="2410" w:type="dxa"/>
          </w:tcPr>
          <w:p w14:paraId="6C327CB9" w14:textId="77777777" w:rsidR="0085125B" w:rsidRPr="00726D7C" w:rsidRDefault="001F678B" w:rsidP="006023F3">
            <w:pPr>
              <w:rPr>
                <w:rFonts w:cs="Times New Roman"/>
                <w:szCs w:val="28"/>
                <w:lang w:val="kk-KZ"/>
              </w:rPr>
            </w:pPr>
            <w:r w:rsidRPr="00726D7C">
              <w:rPr>
                <w:rFonts w:cs="Times New Roman"/>
                <w:szCs w:val="28"/>
                <w:lang w:val="kk-KZ"/>
              </w:rPr>
              <w:t>Арт-хакатон, дизайн-спринт, кураторская лаборатория</w:t>
            </w:r>
          </w:p>
        </w:tc>
        <w:tc>
          <w:tcPr>
            <w:tcW w:w="2410" w:type="dxa"/>
          </w:tcPr>
          <w:p w14:paraId="67E7A9AF" w14:textId="77777777" w:rsidR="0085125B" w:rsidRPr="00726D7C" w:rsidRDefault="001F678B" w:rsidP="006023F3">
            <w:pPr>
              <w:rPr>
                <w:rFonts w:cs="Times New Roman"/>
                <w:szCs w:val="28"/>
                <w:lang w:val="kk-KZ"/>
              </w:rPr>
            </w:pPr>
            <w:r w:rsidRPr="00726D7C">
              <w:rPr>
                <w:rFonts w:cs="Times New Roman"/>
                <w:szCs w:val="28"/>
                <w:lang w:val="kk-KZ"/>
              </w:rPr>
              <w:t>Проектное мышление и командность</w:t>
            </w:r>
          </w:p>
        </w:tc>
      </w:tr>
    </w:tbl>
    <w:p w14:paraId="7C21E5A3" w14:textId="77777777" w:rsidR="0085125B" w:rsidRPr="00726D7C" w:rsidRDefault="001F678B" w:rsidP="006023F3">
      <w:pPr>
        <w:pStyle w:val="21"/>
        <w:spacing w:before="60" w:after="60" w:line="240" w:lineRule="auto"/>
        <w:rPr>
          <w:rFonts w:cs="Times New Roman"/>
          <w:szCs w:val="28"/>
        </w:rPr>
      </w:pPr>
      <w:r w:rsidRPr="00726D7C">
        <w:rPr>
          <w:rFonts w:eastAsia="Times New Roman" w:cs="Times New Roman"/>
          <w:szCs w:val="28"/>
        </w:rPr>
        <w:t>2. Оздоровительный модуль</w:t>
      </w:r>
    </w:p>
    <w:p w14:paraId="3B739D85"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Оздоровительный модуль направлен на укрепление физического и психоэмоционального здоровья участников, профилактику заболеваний, формирование устойчивых навыков здорового образа жизни, обеспечение оптимального режима дня, отдыха, питания и эмоционального благополучия.</w:t>
      </w:r>
    </w:p>
    <w:p w14:paraId="5D6EC22B"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Оздоровительный модуль включает мероприятия по физической активности, закаливанию детей с учетом условий Организации и медицинских показаний, профилактике заболеваний, правильному питанию и соблюдению питьевого режима, обеспечению оптимального режима дня и отдыха, психологическому сопровождению и эмоциональному благополучию детей.</w:t>
      </w:r>
    </w:p>
    <w:p w14:paraId="7D1BD711"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lastRenderedPageBreak/>
        <w:t>Общий объем оздоровительного модуля не превышает 3 академических часов в день. Объем и интенсивность оздоровительных мероприятий соразмеряются с образовательной нагрузкой и распределяются равномерно в течение смены.</w:t>
      </w:r>
    </w:p>
    <w:tbl>
      <w:tblPr>
        <w:tblStyle w:val="aff0"/>
        <w:tblW w:w="0" w:type="auto"/>
        <w:jc w:val="center"/>
        <w:tblLook w:val="04A0" w:firstRow="1" w:lastRow="0" w:firstColumn="1" w:lastColumn="0" w:noHBand="0" w:noVBand="1"/>
      </w:tblPr>
      <w:tblGrid>
        <w:gridCol w:w="2494"/>
        <w:gridCol w:w="2331"/>
        <w:gridCol w:w="2405"/>
        <w:gridCol w:w="2397"/>
      </w:tblGrid>
      <w:tr w:rsidR="0085125B" w:rsidRPr="00726D7C" w14:paraId="3A742677" w14:textId="77777777">
        <w:trPr>
          <w:tblHeader/>
          <w:jc w:val="center"/>
        </w:trPr>
        <w:tc>
          <w:tcPr>
            <w:tcW w:w="2410" w:type="dxa"/>
            <w:shd w:val="clear" w:color="auto" w:fill="FCE4D6"/>
          </w:tcPr>
          <w:p w14:paraId="30169326" w14:textId="77777777" w:rsidR="0085125B" w:rsidRPr="00726D7C" w:rsidRDefault="001F678B" w:rsidP="006023F3">
            <w:pPr>
              <w:rPr>
                <w:rFonts w:cs="Times New Roman"/>
                <w:szCs w:val="28"/>
                <w:lang w:val="kk-KZ"/>
              </w:rPr>
            </w:pPr>
            <w:r w:rsidRPr="00726D7C">
              <w:rPr>
                <w:rFonts w:cs="Times New Roman"/>
                <w:b/>
                <w:szCs w:val="28"/>
                <w:lang w:val="kk-KZ"/>
              </w:rPr>
              <w:t>Направление оздоровительного модуля</w:t>
            </w:r>
          </w:p>
        </w:tc>
        <w:tc>
          <w:tcPr>
            <w:tcW w:w="2410" w:type="dxa"/>
            <w:shd w:val="clear" w:color="auto" w:fill="FCE4D6"/>
          </w:tcPr>
          <w:p w14:paraId="6D17E8E7" w14:textId="77777777" w:rsidR="0085125B" w:rsidRPr="00726D7C" w:rsidRDefault="001F678B" w:rsidP="006023F3">
            <w:pPr>
              <w:rPr>
                <w:rFonts w:cs="Times New Roman"/>
                <w:szCs w:val="28"/>
                <w:lang w:val="kk-KZ"/>
              </w:rPr>
            </w:pPr>
            <w:r w:rsidRPr="00726D7C">
              <w:rPr>
                <w:rFonts w:cs="Times New Roman"/>
                <w:b/>
                <w:szCs w:val="28"/>
                <w:lang w:val="kk-KZ"/>
              </w:rPr>
              <w:t>Содержание</w:t>
            </w:r>
          </w:p>
        </w:tc>
        <w:tc>
          <w:tcPr>
            <w:tcW w:w="2410" w:type="dxa"/>
            <w:shd w:val="clear" w:color="auto" w:fill="FCE4D6"/>
          </w:tcPr>
          <w:p w14:paraId="494EC66D" w14:textId="77777777" w:rsidR="0085125B" w:rsidRPr="00726D7C" w:rsidRDefault="001F678B" w:rsidP="006023F3">
            <w:pPr>
              <w:rPr>
                <w:rFonts w:cs="Times New Roman"/>
                <w:szCs w:val="28"/>
                <w:lang w:val="kk-KZ"/>
              </w:rPr>
            </w:pPr>
            <w:r w:rsidRPr="00726D7C">
              <w:rPr>
                <w:rFonts w:cs="Times New Roman"/>
                <w:b/>
                <w:szCs w:val="28"/>
                <w:lang w:val="kk-KZ"/>
              </w:rPr>
              <w:t>Формы реализации</w:t>
            </w:r>
          </w:p>
        </w:tc>
        <w:tc>
          <w:tcPr>
            <w:tcW w:w="2410" w:type="dxa"/>
            <w:shd w:val="clear" w:color="auto" w:fill="FCE4D6"/>
          </w:tcPr>
          <w:p w14:paraId="6E1F1BA3" w14:textId="77777777" w:rsidR="0085125B" w:rsidRPr="00726D7C" w:rsidRDefault="001F678B" w:rsidP="006023F3">
            <w:pPr>
              <w:rPr>
                <w:rFonts w:cs="Times New Roman"/>
                <w:szCs w:val="28"/>
                <w:lang w:val="kk-KZ"/>
              </w:rPr>
            </w:pPr>
            <w:r w:rsidRPr="00726D7C">
              <w:rPr>
                <w:rFonts w:cs="Times New Roman"/>
                <w:b/>
                <w:szCs w:val="28"/>
                <w:lang w:val="kk-KZ"/>
              </w:rPr>
              <w:t>Результат</w:t>
            </w:r>
          </w:p>
        </w:tc>
      </w:tr>
      <w:tr w:rsidR="0085125B" w:rsidRPr="00726D7C" w14:paraId="434A7316" w14:textId="77777777">
        <w:trPr>
          <w:jc w:val="center"/>
        </w:trPr>
        <w:tc>
          <w:tcPr>
            <w:tcW w:w="2410" w:type="dxa"/>
          </w:tcPr>
          <w:p w14:paraId="14F46C97" w14:textId="77777777" w:rsidR="0085125B" w:rsidRPr="00726D7C" w:rsidRDefault="001F678B" w:rsidP="006023F3">
            <w:pPr>
              <w:rPr>
                <w:rFonts w:cs="Times New Roman"/>
                <w:szCs w:val="28"/>
                <w:lang w:val="kk-KZ"/>
              </w:rPr>
            </w:pPr>
            <w:r w:rsidRPr="00726D7C">
              <w:rPr>
                <w:rFonts w:cs="Times New Roman"/>
                <w:szCs w:val="28"/>
                <w:lang w:val="kk-KZ"/>
              </w:rPr>
              <w:t>Физическая активность</w:t>
            </w:r>
          </w:p>
        </w:tc>
        <w:tc>
          <w:tcPr>
            <w:tcW w:w="2410" w:type="dxa"/>
          </w:tcPr>
          <w:p w14:paraId="7FF689A9" w14:textId="77777777" w:rsidR="0085125B" w:rsidRPr="00726D7C" w:rsidRDefault="001F678B" w:rsidP="006023F3">
            <w:pPr>
              <w:rPr>
                <w:rFonts w:cs="Times New Roman"/>
                <w:szCs w:val="28"/>
                <w:lang w:val="kk-KZ"/>
              </w:rPr>
            </w:pPr>
            <w:r w:rsidRPr="00726D7C">
              <w:rPr>
                <w:rFonts w:cs="Times New Roman"/>
                <w:szCs w:val="28"/>
                <w:lang w:val="kk-KZ"/>
              </w:rPr>
              <w:t>Развитие двигательной активности и укрепление здоровья</w:t>
            </w:r>
          </w:p>
        </w:tc>
        <w:tc>
          <w:tcPr>
            <w:tcW w:w="2410" w:type="dxa"/>
          </w:tcPr>
          <w:p w14:paraId="300C0A10" w14:textId="77777777" w:rsidR="0085125B" w:rsidRPr="00726D7C" w:rsidRDefault="001F678B" w:rsidP="006023F3">
            <w:pPr>
              <w:rPr>
                <w:rFonts w:cs="Times New Roman"/>
                <w:szCs w:val="28"/>
                <w:lang w:val="kk-KZ"/>
              </w:rPr>
            </w:pPr>
            <w:r w:rsidRPr="00726D7C">
              <w:rPr>
                <w:rFonts w:cs="Times New Roman"/>
                <w:szCs w:val="28"/>
                <w:lang w:val="kk-KZ"/>
              </w:rPr>
              <w:t>Зарядка, танцевальные разминки, подвижные игры, прогулки</w:t>
            </w:r>
          </w:p>
        </w:tc>
        <w:tc>
          <w:tcPr>
            <w:tcW w:w="2410" w:type="dxa"/>
          </w:tcPr>
          <w:p w14:paraId="58EAD06B" w14:textId="77777777" w:rsidR="0085125B" w:rsidRPr="00726D7C" w:rsidRDefault="001F678B" w:rsidP="006023F3">
            <w:pPr>
              <w:rPr>
                <w:rFonts w:cs="Times New Roman"/>
                <w:szCs w:val="28"/>
                <w:lang w:val="kk-KZ"/>
              </w:rPr>
            </w:pPr>
            <w:r w:rsidRPr="00726D7C">
              <w:rPr>
                <w:rFonts w:cs="Times New Roman"/>
                <w:szCs w:val="28"/>
                <w:lang w:val="kk-KZ"/>
              </w:rPr>
              <w:t>Повышение двигательной активности</w:t>
            </w:r>
          </w:p>
        </w:tc>
      </w:tr>
      <w:tr w:rsidR="0085125B" w:rsidRPr="00337B30" w14:paraId="6D3BFDF9" w14:textId="77777777">
        <w:trPr>
          <w:jc w:val="center"/>
        </w:trPr>
        <w:tc>
          <w:tcPr>
            <w:tcW w:w="2410" w:type="dxa"/>
          </w:tcPr>
          <w:p w14:paraId="1A2DE125" w14:textId="77777777" w:rsidR="0085125B" w:rsidRPr="00726D7C" w:rsidRDefault="001F678B" w:rsidP="006023F3">
            <w:pPr>
              <w:rPr>
                <w:rFonts w:cs="Times New Roman"/>
                <w:szCs w:val="28"/>
                <w:lang w:val="kk-KZ"/>
              </w:rPr>
            </w:pPr>
            <w:r w:rsidRPr="00726D7C">
              <w:rPr>
                <w:rFonts w:cs="Times New Roman"/>
                <w:szCs w:val="28"/>
                <w:lang w:val="kk-KZ"/>
              </w:rPr>
              <w:t>Профилактика и ЗОЖ</w:t>
            </w:r>
          </w:p>
        </w:tc>
        <w:tc>
          <w:tcPr>
            <w:tcW w:w="2410" w:type="dxa"/>
          </w:tcPr>
          <w:p w14:paraId="6D230D39" w14:textId="77777777" w:rsidR="0085125B" w:rsidRPr="00726D7C" w:rsidRDefault="001F678B" w:rsidP="006023F3">
            <w:pPr>
              <w:rPr>
                <w:rFonts w:cs="Times New Roman"/>
                <w:szCs w:val="28"/>
                <w:lang w:val="kk-KZ"/>
              </w:rPr>
            </w:pPr>
            <w:r w:rsidRPr="00726D7C">
              <w:rPr>
                <w:rFonts w:cs="Times New Roman"/>
                <w:szCs w:val="28"/>
                <w:lang w:val="kk-KZ"/>
              </w:rPr>
              <w:t>Формирование полезных привычек, личной гигиены и режима</w:t>
            </w:r>
          </w:p>
        </w:tc>
        <w:tc>
          <w:tcPr>
            <w:tcW w:w="2410" w:type="dxa"/>
          </w:tcPr>
          <w:p w14:paraId="74BF3A2A" w14:textId="77777777" w:rsidR="0085125B" w:rsidRPr="00726D7C" w:rsidRDefault="001F678B" w:rsidP="006023F3">
            <w:pPr>
              <w:rPr>
                <w:rFonts w:cs="Times New Roman"/>
                <w:szCs w:val="28"/>
                <w:lang w:val="kk-KZ"/>
              </w:rPr>
            </w:pPr>
            <w:r w:rsidRPr="00726D7C">
              <w:rPr>
                <w:rFonts w:cs="Times New Roman"/>
                <w:szCs w:val="28"/>
                <w:lang w:val="kk-KZ"/>
              </w:rPr>
              <w:t>Беседы, практические памятки, контроль режима</w:t>
            </w:r>
          </w:p>
        </w:tc>
        <w:tc>
          <w:tcPr>
            <w:tcW w:w="2410" w:type="dxa"/>
          </w:tcPr>
          <w:p w14:paraId="67276434" w14:textId="77777777" w:rsidR="0085125B" w:rsidRPr="00726D7C" w:rsidRDefault="001F678B" w:rsidP="006023F3">
            <w:pPr>
              <w:rPr>
                <w:rFonts w:cs="Times New Roman"/>
                <w:szCs w:val="28"/>
                <w:lang w:val="kk-KZ"/>
              </w:rPr>
            </w:pPr>
            <w:r w:rsidRPr="00726D7C">
              <w:rPr>
                <w:rFonts w:cs="Times New Roman"/>
                <w:szCs w:val="28"/>
                <w:lang w:val="kk-KZ"/>
              </w:rPr>
              <w:t>Навыки здорового и безопасного поведения</w:t>
            </w:r>
          </w:p>
        </w:tc>
      </w:tr>
      <w:tr w:rsidR="0085125B" w:rsidRPr="00337B30" w14:paraId="5E9AD9A6" w14:textId="77777777">
        <w:trPr>
          <w:jc w:val="center"/>
        </w:trPr>
        <w:tc>
          <w:tcPr>
            <w:tcW w:w="2410" w:type="dxa"/>
          </w:tcPr>
          <w:p w14:paraId="318B268E" w14:textId="77777777" w:rsidR="0085125B" w:rsidRPr="00726D7C" w:rsidRDefault="001F678B" w:rsidP="006023F3">
            <w:pPr>
              <w:rPr>
                <w:rFonts w:cs="Times New Roman"/>
                <w:szCs w:val="28"/>
                <w:lang w:val="kk-KZ"/>
              </w:rPr>
            </w:pPr>
            <w:r w:rsidRPr="00726D7C">
              <w:rPr>
                <w:rFonts w:cs="Times New Roman"/>
                <w:szCs w:val="28"/>
                <w:lang w:val="kk-KZ"/>
              </w:rPr>
              <w:t>Питание и питьевой режим</w:t>
            </w:r>
          </w:p>
        </w:tc>
        <w:tc>
          <w:tcPr>
            <w:tcW w:w="2410" w:type="dxa"/>
          </w:tcPr>
          <w:p w14:paraId="4252DB0B" w14:textId="77777777" w:rsidR="0085125B" w:rsidRPr="00726D7C" w:rsidRDefault="001F678B" w:rsidP="006023F3">
            <w:pPr>
              <w:rPr>
                <w:rFonts w:cs="Times New Roman"/>
                <w:szCs w:val="28"/>
                <w:lang w:val="kk-KZ"/>
              </w:rPr>
            </w:pPr>
            <w:r w:rsidRPr="00726D7C">
              <w:rPr>
                <w:rFonts w:cs="Times New Roman"/>
                <w:szCs w:val="28"/>
                <w:lang w:val="kk-KZ"/>
              </w:rPr>
              <w:t>Соблюдение режима питания и доступ к питьевой воде</w:t>
            </w:r>
          </w:p>
        </w:tc>
        <w:tc>
          <w:tcPr>
            <w:tcW w:w="2410" w:type="dxa"/>
          </w:tcPr>
          <w:p w14:paraId="7FAA1D71" w14:textId="77777777" w:rsidR="0085125B" w:rsidRPr="00726D7C" w:rsidRDefault="001F678B" w:rsidP="006023F3">
            <w:pPr>
              <w:rPr>
                <w:rFonts w:cs="Times New Roman"/>
                <w:szCs w:val="28"/>
                <w:lang w:val="kk-KZ"/>
              </w:rPr>
            </w:pPr>
            <w:r w:rsidRPr="00726D7C">
              <w:rPr>
                <w:rFonts w:cs="Times New Roman"/>
                <w:szCs w:val="28"/>
                <w:lang w:val="kk-KZ"/>
              </w:rPr>
              <w:t>Информационные минутки, контроль питьевого режима</w:t>
            </w:r>
          </w:p>
        </w:tc>
        <w:tc>
          <w:tcPr>
            <w:tcW w:w="2410" w:type="dxa"/>
          </w:tcPr>
          <w:p w14:paraId="3C388032" w14:textId="77777777" w:rsidR="0085125B" w:rsidRPr="00726D7C" w:rsidRDefault="001F678B" w:rsidP="006023F3">
            <w:pPr>
              <w:rPr>
                <w:rFonts w:cs="Times New Roman"/>
                <w:szCs w:val="28"/>
                <w:lang w:val="kk-KZ"/>
              </w:rPr>
            </w:pPr>
            <w:r w:rsidRPr="00726D7C">
              <w:rPr>
                <w:rFonts w:cs="Times New Roman"/>
                <w:szCs w:val="28"/>
                <w:lang w:val="kk-KZ"/>
              </w:rPr>
              <w:t>Осознанное отношение к питанию и воде</w:t>
            </w:r>
          </w:p>
        </w:tc>
      </w:tr>
      <w:tr w:rsidR="0085125B" w:rsidRPr="00726D7C" w14:paraId="6214D3C3" w14:textId="77777777">
        <w:trPr>
          <w:jc w:val="center"/>
        </w:trPr>
        <w:tc>
          <w:tcPr>
            <w:tcW w:w="2410" w:type="dxa"/>
          </w:tcPr>
          <w:p w14:paraId="759CAD30" w14:textId="77777777" w:rsidR="0085125B" w:rsidRPr="00726D7C" w:rsidRDefault="001F678B" w:rsidP="006023F3">
            <w:pPr>
              <w:rPr>
                <w:rFonts w:cs="Times New Roman"/>
                <w:szCs w:val="28"/>
                <w:lang w:val="kk-KZ"/>
              </w:rPr>
            </w:pPr>
            <w:r w:rsidRPr="00726D7C">
              <w:rPr>
                <w:rFonts w:cs="Times New Roman"/>
                <w:szCs w:val="28"/>
                <w:lang w:val="kk-KZ"/>
              </w:rPr>
              <w:t>Эмоциональное благополучие</w:t>
            </w:r>
          </w:p>
        </w:tc>
        <w:tc>
          <w:tcPr>
            <w:tcW w:w="2410" w:type="dxa"/>
          </w:tcPr>
          <w:p w14:paraId="16ACFC42" w14:textId="77777777" w:rsidR="0085125B" w:rsidRPr="00726D7C" w:rsidRDefault="001F678B" w:rsidP="006023F3">
            <w:pPr>
              <w:rPr>
                <w:rFonts w:cs="Times New Roman"/>
                <w:szCs w:val="28"/>
                <w:lang w:val="kk-KZ"/>
              </w:rPr>
            </w:pPr>
            <w:r w:rsidRPr="00726D7C">
              <w:rPr>
                <w:rFonts w:cs="Times New Roman"/>
                <w:szCs w:val="28"/>
                <w:lang w:val="kk-KZ"/>
              </w:rPr>
              <w:t>Снижение напряжения и поддержка адаптации</w:t>
            </w:r>
          </w:p>
        </w:tc>
        <w:tc>
          <w:tcPr>
            <w:tcW w:w="2410" w:type="dxa"/>
          </w:tcPr>
          <w:p w14:paraId="05562029" w14:textId="77777777" w:rsidR="0085125B" w:rsidRPr="00726D7C" w:rsidRDefault="001F678B" w:rsidP="006023F3">
            <w:pPr>
              <w:rPr>
                <w:rFonts w:cs="Times New Roman"/>
                <w:szCs w:val="28"/>
                <w:lang w:val="kk-KZ"/>
              </w:rPr>
            </w:pPr>
            <w:r w:rsidRPr="00726D7C">
              <w:rPr>
                <w:rFonts w:cs="Times New Roman"/>
                <w:szCs w:val="28"/>
                <w:lang w:val="kk-KZ"/>
              </w:rPr>
              <w:t>Огоньки, арт-рефлексия, игры доверия, беседы</w:t>
            </w:r>
          </w:p>
        </w:tc>
        <w:tc>
          <w:tcPr>
            <w:tcW w:w="2410" w:type="dxa"/>
          </w:tcPr>
          <w:p w14:paraId="541C7080" w14:textId="77777777" w:rsidR="0085125B" w:rsidRPr="00726D7C" w:rsidRDefault="001F678B" w:rsidP="006023F3">
            <w:pPr>
              <w:rPr>
                <w:rFonts w:cs="Times New Roman"/>
                <w:szCs w:val="28"/>
                <w:lang w:val="kk-KZ"/>
              </w:rPr>
            </w:pPr>
            <w:r w:rsidRPr="00726D7C">
              <w:rPr>
                <w:rFonts w:cs="Times New Roman"/>
                <w:szCs w:val="28"/>
                <w:lang w:val="kk-KZ"/>
              </w:rPr>
              <w:t>Психологический комфорт</w:t>
            </w:r>
          </w:p>
        </w:tc>
      </w:tr>
      <w:tr w:rsidR="0085125B" w:rsidRPr="00337B30" w14:paraId="4640294E" w14:textId="77777777">
        <w:trPr>
          <w:jc w:val="center"/>
        </w:trPr>
        <w:tc>
          <w:tcPr>
            <w:tcW w:w="2410" w:type="dxa"/>
          </w:tcPr>
          <w:p w14:paraId="540CC3F1" w14:textId="77777777" w:rsidR="0085125B" w:rsidRPr="00726D7C" w:rsidRDefault="001F678B" w:rsidP="006023F3">
            <w:pPr>
              <w:rPr>
                <w:rFonts w:cs="Times New Roman"/>
                <w:szCs w:val="28"/>
                <w:lang w:val="kk-KZ"/>
              </w:rPr>
            </w:pPr>
            <w:r w:rsidRPr="00726D7C">
              <w:rPr>
                <w:rFonts w:cs="Times New Roman"/>
                <w:szCs w:val="28"/>
                <w:lang w:val="kk-KZ"/>
              </w:rPr>
              <w:t>Безопасность</w:t>
            </w:r>
          </w:p>
        </w:tc>
        <w:tc>
          <w:tcPr>
            <w:tcW w:w="2410" w:type="dxa"/>
          </w:tcPr>
          <w:p w14:paraId="08C5E82B" w14:textId="77777777" w:rsidR="0085125B" w:rsidRPr="00726D7C" w:rsidRDefault="001F678B" w:rsidP="006023F3">
            <w:pPr>
              <w:rPr>
                <w:rFonts w:cs="Times New Roman"/>
                <w:szCs w:val="28"/>
                <w:lang w:val="kk-KZ"/>
              </w:rPr>
            </w:pPr>
            <w:r w:rsidRPr="00726D7C">
              <w:rPr>
                <w:rFonts w:cs="Times New Roman"/>
                <w:szCs w:val="28"/>
                <w:lang w:val="kk-KZ"/>
              </w:rPr>
              <w:t>Профилактика травматизма и опасного поведения</w:t>
            </w:r>
          </w:p>
        </w:tc>
        <w:tc>
          <w:tcPr>
            <w:tcW w:w="2410" w:type="dxa"/>
          </w:tcPr>
          <w:p w14:paraId="2B687783" w14:textId="77777777" w:rsidR="0085125B" w:rsidRPr="00726D7C" w:rsidRDefault="001F678B" w:rsidP="006023F3">
            <w:pPr>
              <w:rPr>
                <w:rFonts w:cs="Times New Roman"/>
                <w:szCs w:val="28"/>
                <w:lang w:val="kk-KZ"/>
              </w:rPr>
            </w:pPr>
            <w:r w:rsidRPr="00726D7C">
              <w:rPr>
                <w:rFonts w:cs="Times New Roman"/>
                <w:szCs w:val="28"/>
                <w:lang w:val="kk-KZ"/>
              </w:rPr>
              <w:t>Инструктажи, сопровождение, правила сценических и творческих мероприятий</w:t>
            </w:r>
          </w:p>
        </w:tc>
        <w:tc>
          <w:tcPr>
            <w:tcW w:w="2410" w:type="dxa"/>
          </w:tcPr>
          <w:p w14:paraId="61BDB7C7" w14:textId="77777777" w:rsidR="0085125B" w:rsidRPr="00726D7C" w:rsidRDefault="001F678B" w:rsidP="006023F3">
            <w:pPr>
              <w:rPr>
                <w:rFonts w:cs="Times New Roman"/>
                <w:szCs w:val="28"/>
                <w:lang w:val="kk-KZ"/>
              </w:rPr>
            </w:pPr>
            <w:r w:rsidRPr="00726D7C">
              <w:rPr>
                <w:rFonts w:cs="Times New Roman"/>
                <w:szCs w:val="28"/>
                <w:lang w:val="kk-KZ"/>
              </w:rPr>
              <w:t>Снижение рисков и соблюдение правил</w:t>
            </w:r>
          </w:p>
        </w:tc>
      </w:tr>
    </w:tbl>
    <w:p w14:paraId="267D7146" w14:textId="77777777" w:rsidR="0085125B" w:rsidRPr="00726D7C" w:rsidRDefault="001F678B" w:rsidP="006023F3">
      <w:pPr>
        <w:pStyle w:val="21"/>
        <w:spacing w:before="60" w:after="60" w:line="240" w:lineRule="auto"/>
        <w:rPr>
          <w:rFonts w:cs="Times New Roman"/>
          <w:szCs w:val="28"/>
          <w:lang w:val="ru-RU"/>
        </w:rPr>
      </w:pPr>
      <w:r w:rsidRPr="00726D7C">
        <w:rPr>
          <w:rFonts w:eastAsia="Times New Roman" w:cs="Times New Roman"/>
          <w:szCs w:val="28"/>
          <w:lang w:val="ru-RU"/>
        </w:rPr>
        <w:t>Интеграция модулей в содержание смены</w:t>
      </w:r>
    </w:p>
    <w:p w14:paraId="356F5F66"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Образовательный и оздоровительный модули реализуются во взаимосвязи. Художественные, сценические, музыкальные, дизайнерские, медийные и проектные мероприятия чередуются с активным отдыхом, подвижными играми, прогулками, питанием, отдыхом и рефлексией. Это обеспечивает баланс интеллектуальной, эмоциональной, творческой и физической нагрузки.</w:t>
      </w:r>
    </w:p>
    <w:p w14:paraId="0CABA526" w14:textId="0FBE7C4C" w:rsidR="0085125B" w:rsidRPr="00726D7C" w:rsidRDefault="001F678B" w:rsidP="006023F3">
      <w:pPr>
        <w:pStyle w:val="21"/>
        <w:spacing w:before="60" w:after="60" w:line="240" w:lineRule="auto"/>
        <w:rPr>
          <w:rFonts w:cs="Times New Roman"/>
          <w:szCs w:val="28"/>
          <w:lang w:val="ru-RU"/>
        </w:rPr>
      </w:pPr>
      <w:r w:rsidRPr="00726D7C">
        <w:rPr>
          <w:rFonts w:eastAsia="Times New Roman" w:cs="Times New Roman"/>
          <w:szCs w:val="28"/>
          <w:lang w:val="ru-RU"/>
        </w:rPr>
        <w:t>Примерная план-сетка 1</w:t>
      </w:r>
      <w:r w:rsidR="00337B30">
        <w:rPr>
          <w:rFonts w:eastAsia="Times New Roman" w:cs="Times New Roman"/>
          <w:szCs w:val="28"/>
          <w:lang w:val="ru-RU"/>
        </w:rPr>
        <w:t>5</w:t>
      </w:r>
      <w:r w:rsidRPr="00726D7C">
        <w:rPr>
          <w:rFonts w:eastAsia="Times New Roman" w:cs="Times New Roman"/>
          <w:szCs w:val="28"/>
          <w:lang w:val="ru-RU"/>
        </w:rPr>
        <w:t>-дневной смены</w:t>
      </w:r>
    </w:p>
    <w:tbl>
      <w:tblPr>
        <w:tblStyle w:val="aff0"/>
        <w:tblW w:w="0" w:type="auto"/>
        <w:jc w:val="center"/>
        <w:tblLook w:val="04A0" w:firstRow="1" w:lastRow="0" w:firstColumn="1" w:lastColumn="0" w:noHBand="0" w:noVBand="1"/>
      </w:tblPr>
      <w:tblGrid>
        <w:gridCol w:w="993"/>
        <w:gridCol w:w="3110"/>
        <w:gridCol w:w="2832"/>
        <w:gridCol w:w="2692"/>
      </w:tblGrid>
      <w:tr w:rsidR="0085125B" w:rsidRPr="00726D7C" w14:paraId="38C5D8B0" w14:textId="77777777" w:rsidTr="00BA1028">
        <w:trPr>
          <w:tblHeader/>
          <w:jc w:val="center"/>
        </w:trPr>
        <w:tc>
          <w:tcPr>
            <w:tcW w:w="994" w:type="dxa"/>
            <w:shd w:val="clear" w:color="auto" w:fill="FCE4D6"/>
          </w:tcPr>
          <w:p w14:paraId="2FEB5528" w14:textId="77777777" w:rsidR="0085125B" w:rsidRPr="00726D7C" w:rsidRDefault="001F678B" w:rsidP="006023F3">
            <w:pPr>
              <w:rPr>
                <w:rFonts w:cs="Times New Roman"/>
                <w:szCs w:val="28"/>
                <w:lang w:val="kk-KZ"/>
              </w:rPr>
            </w:pPr>
            <w:r w:rsidRPr="00726D7C">
              <w:rPr>
                <w:rFonts w:cs="Times New Roman"/>
                <w:b/>
                <w:szCs w:val="28"/>
                <w:lang w:val="kk-KZ"/>
              </w:rPr>
              <w:t>День</w:t>
            </w:r>
          </w:p>
        </w:tc>
        <w:tc>
          <w:tcPr>
            <w:tcW w:w="3118" w:type="dxa"/>
            <w:shd w:val="clear" w:color="auto" w:fill="FCE4D6"/>
          </w:tcPr>
          <w:p w14:paraId="722EBBC4" w14:textId="77777777" w:rsidR="0085125B" w:rsidRPr="00726D7C" w:rsidRDefault="001F678B" w:rsidP="006023F3">
            <w:pPr>
              <w:rPr>
                <w:rFonts w:cs="Times New Roman"/>
                <w:szCs w:val="28"/>
                <w:lang w:val="kk-KZ"/>
              </w:rPr>
            </w:pPr>
            <w:r w:rsidRPr="00726D7C">
              <w:rPr>
                <w:rFonts w:cs="Times New Roman"/>
                <w:b/>
                <w:szCs w:val="28"/>
                <w:lang w:val="kk-KZ"/>
              </w:rPr>
              <w:t>Тема дня</w:t>
            </w:r>
          </w:p>
        </w:tc>
        <w:tc>
          <w:tcPr>
            <w:tcW w:w="2835" w:type="dxa"/>
            <w:shd w:val="clear" w:color="auto" w:fill="FCE4D6"/>
          </w:tcPr>
          <w:p w14:paraId="05E63F0D" w14:textId="77777777" w:rsidR="0085125B" w:rsidRPr="00726D7C" w:rsidRDefault="001F678B" w:rsidP="006023F3">
            <w:pPr>
              <w:rPr>
                <w:rFonts w:cs="Times New Roman"/>
                <w:szCs w:val="28"/>
                <w:lang w:val="kk-KZ"/>
              </w:rPr>
            </w:pPr>
            <w:r w:rsidRPr="00726D7C">
              <w:rPr>
                <w:rFonts w:cs="Times New Roman"/>
                <w:b/>
                <w:szCs w:val="28"/>
                <w:lang w:val="kk-KZ"/>
              </w:rPr>
              <w:t>Педагогическая задача</w:t>
            </w:r>
          </w:p>
        </w:tc>
        <w:tc>
          <w:tcPr>
            <w:tcW w:w="2693" w:type="dxa"/>
            <w:shd w:val="clear" w:color="auto" w:fill="FCE4D6"/>
          </w:tcPr>
          <w:p w14:paraId="6D0D781D" w14:textId="77777777" w:rsidR="0085125B" w:rsidRPr="00726D7C" w:rsidRDefault="001F678B" w:rsidP="006023F3">
            <w:pPr>
              <w:rPr>
                <w:rFonts w:cs="Times New Roman"/>
                <w:szCs w:val="28"/>
                <w:lang w:val="kk-KZ"/>
              </w:rPr>
            </w:pPr>
            <w:r w:rsidRPr="00726D7C">
              <w:rPr>
                <w:rFonts w:cs="Times New Roman"/>
                <w:b/>
                <w:szCs w:val="28"/>
                <w:lang w:val="kk-KZ"/>
              </w:rPr>
              <w:t>Итоговый продукт/результат</w:t>
            </w:r>
          </w:p>
        </w:tc>
      </w:tr>
      <w:tr w:rsidR="0085125B" w:rsidRPr="00337B30" w14:paraId="2BE469C0" w14:textId="77777777" w:rsidTr="00BA1028">
        <w:trPr>
          <w:jc w:val="center"/>
        </w:trPr>
        <w:tc>
          <w:tcPr>
            <w:tcW w:w="994" w:type="dxa"/>
          </w:tcPr>
          <w:p w14:paraId="19169E00" w14:textId="77777777" w:rsidR="0085125B" w:rsidRPr="00726D7C" w:rsidRDefault="001F678B" w:rsidP="006023F3">
            <w:pPr>
              <w:rPr>
                <w:rFonts w:cs="Times New Roman"/>
                <w:szCs w:val="28"/>
                <w:lang w:val="kk-KZ"/>
              </w:rPr>
            </w:pPr>
            <w:r w:rsidRPr="00726D7C">
              <w:rPr>
                <w:rFonts w:cs="Times New Roman"/>
                <w:szCs w:val="28"/>
                <w:lang w:val="kk-KZ"/>
              </w:rPr>
              <w:t>1</w:t>
            </w:r>
          </w:p>
        </w:tc>
        <w:tc>
          <w:tcPr>
            <w:tcW w:w="3118" w:type="dxa"/>
          </w:tcPr>
          <w:p w14:paraId="13B8131C" w14:textId="77777777" w:rsidR="0085125B" w:rsidRPr="00726D7C" w:rsidRDefault="001F678B" w:rsidP="006023F3">
            <w:pPr>
              <w:rPr>
                <w:rFonts w:cs="Times New Roman"/>
                <w:szCs w:val="28"/>
                <w:lang w:val="kk-KZ"/>
              </w:rPr>
            </w:pPr>
            <w:r w:rsidRPr="00726D7C">
              <w:rPr>
                <w:rFonts w:cs="Times New Roman"/>
                <w:szCs w:val="28"/>
                <w:lang w:val="kk-KZ"/>
              </w:rPr>
              <w:t xml:space="preserve">«ART Start» - открытие </w:t>
            </w:r>
            <w:r w:rsidRPr="00726D7C">
              <w:rPr>
                <w:rFonts w:cs="Times New Roman"/>
                <w:szCs w:val="28"/>
                <w:lang w:val="kk-KZ"/>
              </w:rPr>
              <w:lastRenderedPageBreak/>
              <w:t>смены</w:t>
            </w:r>
          </w:p>
        </w:tc>
        <w:tc>
          <w:tcPr>
            <w:tcW w:w="2835" w:type="dxa"/>
          </w:tcPr>
          <w:p w14:paraId="17C1D9FD" w14:textId="77777777" w:rsidR="0085125B" w:rsidRPr="00726D7C" w:rsidRDefault="001F678B" w:rsidP="006023F3">
            <w:pPr>
              <w:rPr>
                <w:rFonts w:cs="Times New Roman"/>
                <w:szCs w:val="28"/>
                <w:lang w:val="kk-KZ"/>
              </w:rPr>
            </w:pPr>
            <w:r w:rsidRPr="00726D7C">
              <w:rPr>
                <w:rFonts w:cs="Times New Roman"/>
                <w:szCs w:val="28"/>
                <w:lang w:val="kk-KZ"/>
              </w:rPr>
              <w:lastRenderedPageBreak/>
              <w:t xml:space="preserve">Адаптация, </w:t>
            </w:r>
            <w:r w:rsidRPr="00726D7C">
              <w:rPr>
                <w:rFonts w:cs="Times New Roman"/>
                <w:szCs w:val="28"/>
                <w:lang w:val="kk-KZ"/>
              </w:rPr>
              <w:lastRenderedPageBreak/>
              <w:t>безопасность, творческое знакомство</w:t>
            </w:r>
          </w:p>
        </w:tc>
        <w:tc>
          <w:tcPr>
            <w:tcW w:w="2693" w:type="dxa"/>
          </w:tcPr>
          <w:p w14:paraId="02D476F6" w14:textId="77777777" w:rsidR="0085125B" w:rsidRPr="00726D7C" w:rsidRDefault="001F678B" w:rsidP="006023F3">
            <w:pPr>
              <w:rPr>
                <w:rFonts w:cs="Times New Roman"/>
                <w:szCs w:val="28"/>
                <w:lang w:val="kk-KZ"/>
              </w:rPr>
            </w:pPr>
            <w:r w:rsidRPr="00726D7C">
              <w:rPr>
                <w:rFonts w:cs="Times New Roman"/>
                <w:szCs w:val="28"/>
                <w:lang w:val="kk-KZ"/>
              </w:rPr>
              <w:lastRenderedPageBreak/>
              <w:t xml:space="preserve">Отрядный символ, </w:t>
            </w:r>
            <w:r w:rsidRPr="00726D7C">
              <w:rPr>
                <w:rFonts w:cs="Times New Roman"/>
                <w:szCs w:val="28"/>
                <w:lang w:val="kk-KZ"/>
              </w:rPr>
              <w:lastRenderedPageBreak/>
              <w:t>правила творческой команды</w:t>
            </w:r>
          </w:p>
        </w:tc>
      </w:tr>
      <w:tr w:rsidR="0085125B" w:rsidRPr="00337B30" w14:paraId="29679B96" w14:textId="77777777" w:rsidTr="00BA1028">
        <w:trPr>
          <w:jc w:val="center"/>
        </w:trPr>
        <w:tc>
          <w:tcPr>
            <w:tcW w:w="994" w:type="dxa"/>
          </w:tcPr>
          <w:p w14:paraId="74B9AEEF" w14:textId="77777777" w:rsidR="0085125B" w:rsidRPr="00726D7C" w:rsidRDefault="001F678B" w:rsidP="006023F3">
            <w:pPr>
              <w:rPr>
                <w:rFonts w:cs="Times New Roman"/>
                <w:szCs w:val="28"/>
                <w:lang w:val="kk-KZ"/>
              </w:rPr>
            </w:pPr>
            <w:r w:rsidRPr="00726D7C">
              <w:rPr>
                <w:rFonts w:cs="Times New Roman"/>
                <w:szCs w:val="28"/>
                <w:lang w:val="kk-KZ"/>
              </w:rPr>
              <w:lastRenderedPageBreak/>
              <w:t>2</w:t>
            </w:r>
          </w:p>
        </w:tc>
        <w:tc>
          <w:tcPr>
            <w:tcW w:w="3118" w:type="dxa"/>
          </w:tcPr>
          <w:p w14:paraId="127902E9" w14:textId="77777777" w:rsidR="0085125B" w:rsidRPr="00726D7C" w:rsidRDefault="001F678B" w:rsidP="006023F3">
            <w:pPr>
              <w:rPr>
                <w:rFonts w:cs="Times New Roman"/>
                <w:szCs w:val="28"/>
                <w:lang w:val="kk-KZ"/>
              </w:rPr>
            </w:pPr>
            <w:r w:rsidRPr="00726D7C">
              <w:rPr>
                <w:rFonts w:cs="Times New Roman"/>
                <w:szCs w:val="28"/>
                <w:lang w:val="kk-KZ"/>
              </w:rPr>
              <w:t>«Бір команда - бір шабыт» - день команды</w:t>
            </w:r>
          </w:p>
        </w:tc>
        <w:tc>
          <w:tcPr>
            <w:tcW w:w="2835" w:type="dxa"/>
          </w:tcPr>
          <w:p w14:paraId="47715054" w14:textId="77777777" w:rsidR="0085125B" w:rsidRPr="00726D7C" w:rsidRDefault="001F678B" w:rsidP="006023F3">
            <w:pPr>
              <w:rPr>
                <w:rFonts w:cs="Times New Roman"/>
                <w:szCs w:val="28"/>
                <w:lang w:val="kk-KZ"/>
              </w:rPr>
            </w:pPr>
            <w:r w:rsidRPr="00726D7C">
              <w:rPr>
                <w:rFonts w:cs="Times New Roman"/>
                <w:szCs w:val="28"/>
                <w:lang w:val="kk-KZ"/>
              </w:rPr>
              <w:t>Формирование творческого коллектива</w:t>
            </w:r>
          </w:p>
        </w:tc>
        <w:tc>
          <w:tcPr>
            <w:tcW w:w="2693" w:type="dxa"/>
          </w:tcPr>
          <w:p w14:paraId="61237C62" w14:textId="77777777" w:rsidR="0085125B" w:rsidRPr="00726D7C" w:rsidRDefault="001F678B" w:rsidP="006023F3">
            <w:pPr>
              <w:rPr>
                <w:rFonts w:cs="Times New Roman"/>
                <w:szCs w:val="28"/>
                <w:lang w:val="kk-KZ"/>
              </w:rPr>
            </w:pPr>
            <w:r w:rsidRPr="00726D7C">
              <w:rPr>
                <w:rFonts w:cs="Times New Roman"/>
                <w:szCs w:val="28"/>
                <w:lang w:val="kk-KZ"/>
              </w:rPr>
              <w:t>Визитка арт-команды, распределение ролей</w:t>
            </w:r>
          </w:p>
        </w:tc>
      </w:tr>
      <w:tr w:rsidR="0085125B" w:rsidRPr="00337B30" w14:paraId="388FB8F2" w14:textId="77777777" w:rsidTr="00BA1028">
        <w:trPr>
          <w:jc w:val="center"/>
        </w:trPr>
        <w:tc>
          <w:tcPr>
            <w:tcW w:w="994" w:type="dxa"/>
          </w:tcPr>
          <w:p w14:paraId="06C8971F" w14:textId="77777777" w:rsidR="0085125B" w:rsidRPr="00726D7C" w:rsidRDefault="001F678B" w:rsidP="006023F3">
            <w:pPr>
              <w:rPr>
                <w:rFonts w:cs="Times New Roman"/>
                <w:szCs w:val="28"/>
                <w:lang w:val="kk-KZ"/>
              </w:rPr>
            </w:pPr>
            <w:r w:rsidRPr="00726D7C">
              <w:rPr>
                <w:rFonts w:cs="Times New Roman"/>
                <w:szCs w:val="28"/>
                <w:lang w:val="kk-KZ"/>
              </w:rPr>
              <w:t>3</w:t>
            </w:r>
          </w:p>
        </w:tc>
        <w:tc>
          <w:tcPr>
            <w:tcW w:w="3118" w:type="dxa"/>
          </w:tcPr>
          <w:p w14:paraId="585A3AA1" w14:textId="77777777" w:rsidR="0085125B" w:rsidRPr="00726D7C" w:rsidRDefault="001F678B" w:rsidP="006023F3">
            <w:pPr>
              <w:rPr>
                <w:rFonts w:cs="Times New Roman"/>
                <w:szCs w:val="28"/>
                <w:lang w:val="kk-KZ"/>
              </w:rPr>
            </w:pPr>
            <w:r w:rsidRPr="00726D7C">
              <w:rPr>
                <w:rFonts w:cs="Times New Roman"/>
                <w:szCs w:val="28"/>
                <w:lang w:val="kk-KZ"/>
              </w:rPr>
              <w:t>«Түс пен сызық» - день визуального искусства</w:t>
            </w:r>
          </w:p>
        </w:tc>
        <w:tc>
          <w:tcPr>
            <w:tcW w:w="2835" w:type="dxa"/>
          </w:tcPr>
          <w:p w14:paraId="18881F70" w14:textId="77777777" w:rsidR="0085125B" w:rsidRPr="00726D7C" w:rsidRDefault="001F678B" w:rsidP="006023F3">
            <w:pPr>
              <w:rPr>
                <w:rFonts w:cs="Times New Roman"/>
                <w:szCs w:val="28"/>
                <w:lang w:val="kk-KZ"/>
              </w:rPr>
            </w:pPr>
            <w:r w:rsidRPr="00726D7C">
              <w:rPr>
                <w:rFonts w:cs="Times New Roman"/>
                <w:szCs w:val="28"/>
                <w:lang w:val="kk-KZ"/>
              </w:rPr>
              <w:t>Развитие художественного мышления</w:t>
            </w:r>
          </w:p>
        </w:tc>
        <w:tc>
          <w:tcPr>
            <w:tcW w:w="2693" w:type="dxa"/>
          </w:tcPr>
          <w:p w14:paraId="392AC336" w14:textId="77777777" w:rsidR="0085125B" w:rsidRPr="00726D7C" w:rsidRDefault="001F678B" w:rsidP="006023F3">
            <w:pPr>
              <w:rPr>
                <w:rFonts w:cs="Times New Roman"/>
                <w:szCs w:val="28"/>
                <w:lang w:val="kk-KZ"/>
              </w:rPr>
            </w:pPr>
            <w:r w:rsidRPr="00726D7C">
              <w:rPr>
                <w:rFonts w:cs="Times New Roman"/>
                <w:szCs w:val="28"/>
                <w:lang w:val="kk-KZ"/>
              </w:rPr>
              <w:t>Коллективное панно или арт-дневник</w:t>
            </w:r>
          </w:p>
        </w:tc>
      </w:tr>
      <w:tr w:rsidR="0085125B" w:rsidRPr="00726D7C" w14:paraId="18112F79" w14:textId="77777777" w:rsidTr="00BA1028">
        <w:trPr>
          <w:jc w:val="center"/>
        </w:trPr>
        <w:tc>
          <w:tcPr>
            <w:tcW w:w="994" w:type="dxa"/>
          </w:tcPr>
          <w:p w14:paraId="7CB6FCF1" w14:textId="77777777" w:rsidR="0085125B" w:rsidRPr="00726D7C" w:rsidRDefault="001F678B" w:rsidP="006023F3">
            <w:pPr>
              <w:rPr>
                <w:rFonts w:cs="Times New Roman"/>
                <w:szCs w:val="28"/>
                <w:lang w:val="kk-KZ"/>
              </w:rPr>
            </w:pPr>
            <w:r w:rsidRPr="00726D7C">
              <w:rPr>
                <w:rFonts w:cs="Times New Roman"/>
                <w:szCs w:val="28"/>
                <w:lang w:val="kk-KZ"/>
              </w:rPr>
              <w:t>4</w:t>
            </w:r>
          </w:p>
        </w:tc>
        <w:tc>
          <w:tcPr>
            <w:tcW w:w="3118" w:type="dxa"/>
          </w:tcPr>
          <w:p w14:paraId="1312B25F" w14:textId="77777777" w:rsidR="0085125B" w:rsidRPr="00726D7C" w:rsidRDefault="001F678B" w:rsidP="006023F3">
            <w:pPr>
              <w:rPr>
                <w:rFonts w:cs="Times New Roman"/>
                <w:szCs w:val="28"/>
                <w:lang w:val="kk-KZ"/>
              </w:rPr>
            </w:pPr>
            <w:r w:rsidRPr="00726D7C">
              <w:rPr>
                <w:rFonts w:cs="Times New Roman"/>
                <w:szCs w:val="28"/>
                <w:lang w:val="kk-KZ"/>
              </w:rPr>
              <w:t>«Сахна және дауыс» - театральный день</w:t>
            </w:r>
          </w:p>
        </w:tc>
        <w:tc>
          <w:tcPr>
            <w:tcW w:w="2835" w:type="dxa"/>
          </w:tcPr>
          <w:p w14:paraId="4F51B410" w14:textId="77777777" w:rsidR="0085125B" w:rsidRPr="00726D7C" w:rsidRDefault="001F678B" w:rsidP="006023F3">
            <w:pPr>
              <w:rPr>
                <w:rFonts w:cs="Times New Roman"/>
                <w:szCs w:val="28"/>
                <w:lang w:val="kk-KZ"/>
              </w:rPr>
            </w:pPr>
            <w:r w:rsidRPr="00726D7C">
              <w:rPr>
                <w:rFonts w:cs="Times New Roman"/>
                <w:szCs w:val="28"/>
                <w:lang w:val="kk-KZ"/>
              </w:rPr>
              <w:t>Развитие речи, образа и сценической культуры</w:t>
            </w:r>
          </w:p>
        </w:tc>
        <w:tc>
          <w:tcPr>
            <w:tcW w:w="2693" w:type="dxa"/>
          </w:tcPr>
          <w:p w14:paraId="0C75A394" w14:textId="77777777" w:rsidR="0085125B" w:rsidRPr="00726D7C" w:rsidRDefault="001F678B" w:rsidP="006023F3">
            <w:pPr>
              <w:rPr>
                <w:rFonts w:cs="Times New Roman"/>
                <w:szCs w:val="28"/>
                <w:lang w:val="kk-KZ"/>
              </w:rPr>
            </w:pPr>
            <w:r w:rsidRPr="00726D7C">
              <w:rPr>
                <w:rFonts w:cs="Times New Roman"/>
                <w:szCs w:val="28"/>
                <w:lang w:val="kk-KZ"/>
              </w:rPr>
              <w:t>Мини-этюды или сценка</w:t>
            </w:r>
          </w:p>
        </w:tc>
      </w:tr>
      <w:tr w:rsidR="0085125B" w:rsidRPr="00726D7C" w14:paraId="16F5F367" w14:textId="77777777" w:rsidTr="00BA1028">
        <w:trPr>
          <w:jc w:val="center"/>
        </w:trPr>
        <w:tc>
          <w:tcPr>
            <w:tcW w:w="994" w:type="dxa"/>
          </w:tcPr>
          <w:p w14:paraId="6656EC1A" w14:textId="77777777" w:rsidR="0085125B" w:rsidRPr="00726D7C" w:rsidRDefault="001F678B" w:rsidP="006023F3">
            <w:pPr>
              <w:rPr>
                <w:rFonts w:cs="Times New Roman"/>
                <w:szCs w:val="28"/>
                <w:lang w:val="kk-KZ"/>
              </w:rPr>
            </w:pPr>
            <w:r w:rsidRPr="00726D7C">
              <w:rPr>
                <w:rFonts w:cs="Times New Roman"/>
                <w:szCs w:val="28"/>
                <w:lang w:val="kk-KZ"/>
              </w:rPr>
              <w:t>5</w:t>
            </w:r>
          </w:p>
        </w:tc>
        <w:tc>
          <w:tcPr>
            <w:tcW w:w="3118" w:type="dxa"/>
          </w:tcPr>
          <w:p w14:paraId="2FAC95A9" w14:textId="77777777" w:rsidR="0085125B" w:rsidRPr="00726D7C" w:rsidRDefault="001F678B" w:rsidP="006023F3">
            <w:pPr>
              <w:rPr>
                <w:rFonts w:cs="Times New Roman"/>
                <w:szCs w:val="28"/>
                <w:lang w:val="kk-KZ"/>
              </w:rPr>
            </w:pPr>
            <w:r w:rsidRPr="00726D7C">
              <w:rPr>
                <w:rFonts w:cs="Times New Roman"/>
                <w:szCs w:val="28"/>
                <w:lang w:val="kk-KZ"/>
              </w:rPr>
              <w:t>«Ритм және қозғалыс» - музыкально-двигательный день</w:t>
            </w:r>
          </w:p>
        </w:tc>
        <w:tc>
          <w:tcPr>
            <w:tcW w:w="2835" w:type="dxa"/>
          </w:tcPr>
          <w:p w14:paraId="0AF643AC" w14:textId="77777777" w:rsidR="0085125B" w:rsidRPr="00726D7C" w:rsidRDefault="001F678B" w:rsidP="006023F3">
            <w:pPr>
              <w:rPr>
                <w:rFonts w:cs="Times New Roman"/>
                <w:szCs w:val="28"/>
                <w:lang w:val="kk-KZ"/>
              </w:rPr>
            </w:pPr>
            <w:r w:rsidRPr="00726D7C">
              <w:rPr>
                <w:rFonts w:cs="Times New Roman"/>
                <w:szCs w:val="28"/>
                <w:lang w:val="kk-KZ"/>
              </w:rPr>
              <w:t>Развитие ритма, пластики и эмоциональной разгрузки</w:t>
            </w:r>
          </w:p>
        </w:tc>
        <w:tc>
          <w:tcPr>
            <w:tcW w:w="2693" w:type="dxa"/>
          </w:tcPr>
          <w:p w14:paraId="248ED7B5" w14:textId="77777777" w:rsidR="0085125B" w:rsidRPr="00726D7C" w:rsidRDefault="001F678B" w:rsidP="006023F3">
            <w:pPr>
              <w:rPr>
                <w:rFonts w:cs="Times New Roman"/>
                <w:szCs w:val="28"/>
                <w:lang w:val="kk-KZ"/>
              </w:rPr>
            </w:pPr>
            <w:r w:rsidRPr="00726D7C">
              <w:rPr>
                <w:rFonts w:cs="Times New Roman"/>
                <w:szCs w:val="28"/>
                <w:lang w:val="kk-KZ"/>
              </w:rPr>
              <w:t>Музыкально-двигательный номер</w:t>
            </w:r>
          </w:p>
        </w:tc>
      </w:tr>
      <w:tr w:rsidR="0085125B" w:rsidRPr="00337B30" w14:paraId="0133B21B" w14:textId="77777777" w:rsidTr="00BA1028">
        <w:trPr>
          <w:jc w:val="center"/>
        </w:trPr>
        <w:tc>
          <w:tcPr>
            <w:tcW w:w="994" w:type="dxa"/>
          </w:tcPr>
          <w:p w14:paraId="7487762E" w14:textId="77777777" w:rsidR="0085125B" w:rsidRPr="00726D7C" w:rsidRDefault="001F678B" w:rsidP="006023F3">
            <w:pPr>
              <w:rPr>
                <w:rFonts w:cs="Times New Roman"/>
                <w:szCs w:val="28"/>
                <w:lang w:val="kk-KZ"/>
              </w:rPr>
            </w:pPr>
            <w:r w:rsidRPr="00726D7C">
              <w:rPr>
                <w:rFonts w:cs="Times New Roman"/>
                <w:szCs w:val="28"/>
                <w:lang w:val="kk-KZ"/>
              </w:rPr>
              <w:t>6</w:t>
            </w:r>
          </w:p>
        </w:tc>
        <w:tc>
          <w:tcPr>
            <w:tcW w:w="3118" w:type="dxa"/>
          </w:tcPr>
          <w:p w14:paraId="0BCDB2A8" w14:textId="77777777" w:rsidR="0085125B" w:rsidRPr="00726D7C" w:rsidRDefault="001F678B" w:rsidP="006023F3">
            <w:pPr>
              <w:rPr>
                <w:rFonts w:cs="Times New Roman"/>
                <w:szCs w:val="28"/>
                <w:lang w:val="kk-KZ"/>
              </w:rPr>
            </w:pPr>
            <w:r w:rsidRPr="00726D7C">
              <w:rPr>
                <w:rFonts w:cs="Times New Roman"/>
                <w:szCs w:val="28"/>
                <w:lang w:val="kk-KZ"/>
              </w:rPr>
              <w:t>«Design Lab» - день дизайна и ремесел</w:t>
            </w:r>
          </w:p>
        </w:tc>
        <w:tc>
          <w:tcPr>
            <w:tcW w:w="2835" w:type="dxa"/>
          </w:tcPr>
          <w:p w14:paraId="6D4B98E4" w14:textId="77777777" w:rsidR="0085125B" w:rsidRPr="00726D7C" w:rsidRDefault="001F678B" w:rsidP="006023F3">
            <w:pPr>
              <w:rPr>
                <w:rFonts w:cs="Times New Roman"/>
                <w:szCs w:val="28"/>
                <w:lang w:val="kk-KZ"/>
              </w:rPr>
            </w:pPr>
            <w:r w:rsidRPr="00726D7C">
              <w:rPr>
                <w:rFonts w:cs="Times New Roman"/>
                <w:szCs w:val="28"/>
                <w:lang w:val="kk-KZ"/>
              </w:rPr>
              <w:t>Развитие практического творчества и этнодизайна</w:t>
            </w:r>
          </w:p>
        </w:tc>
        <w:tc>
          <w:tcPr>
            <w:tcW w:w="2693" w:type="dxa"/>
          </w:tcPr>
          <w:p w14:paraId="08355612" w14:textId="77777777" w:rsidR="0085125B" w:rsidRPr="00726D7C" w:rsidRDefault="001F678B" w:rsidP="006023F3">
            <w:pPr>
              <w:rPr>
                <w:rFonts w:cs="Times New Roman"/>
                <w:szCs w:val="28"/>
                <w:lang w:val="kk-KZ"/>
              </w:rPr>
            </w:pPr>
            <w:r w:rsidRPr="00726D7C">
              <w:rPr>
                <w:rFonts w:cs="Times New Roman"/>
                <w:szCs w:val="28"/>
                <w:lang w:val="kk-KZ"/>
              </w:rPr>
              <w:t>Дизайн-объект, афиша или элемент оформления</w:t>
            </w:r>
          </w:p>
        </w:tc>
      </w:tr>
      <w:tr w:rsidR="0085125B" w:rsidRPr="00337B30" w14:paraId="78842863" w14:textId="77777777" w:rsidTr="00BA1028">
        <w:trPr>
          <w:jc w:val="center"/>
        </w:trPr>
        <w:tc>
          <w:tcPr>
            <w:tcW w:w="994" w:type="dxa"/>
          </w:tcPr>
          <w:p w14:paraId="374466D0" w14:textId="77777777" w:rsidR="0085125B" w:rsidRPr="00726D7C" w:rsidRDefault="001F678B" w:rsidP="006023F3">
            <w:pPr>
              <w:rPr>
                <w:rFonts w:cs="Times New Roman"/>
                <w:szCs w:val="28"/>
                <w:lang w:val="kk-KZ"/>
              </w:rPr>
            </w:pPr>
            <w:r w:rsidRPr="00726D7C">
              <w:rPr>
                <w:rFonts w:cs="Times New Roman"/>
                <w:szCs w:val="28"/>
                <w:lang w:val="kk-KZ"/>
              </w:rPr>
              <w:t>7</w:t>
            </w:r>
          </w:p>
        </w:tc>
        <w:tc>
          <w:tcPr>
            <w:tcW w:w="3118" w:type="dxa"/>
          </w:tcPr>
          <w:p w14:paraId="56290B76" w14:textId="77777777" w:rsidR="0085125B" w:rsidRPr="00726D7C" w:rsidRDefault="001F678B" w:rsidP="006023F3">
            <w:pPr>
              <w:rPr>
                <w:rFonts w:cs="Times New Roman"/>
                <w:szCs w:val="28"/>
                <w:lang w:val="kk-KZ"/>
              </w:rPr>
            </w:pPr>
            <w:r w:rsidRPr="00726D7C">
              <w:rPr>
                <w:rFonts w:cs="Times New Roman"/>
                <w:szCs w:val="28"/>
                <w:lang w:val="kk-KZ"/>
              </w:rPr>
              <w:t>«Digital Art» - день медиа и цифрового творчества</w:t>
            </w:r>
          </w:p>
        </w:tc>
        <w:tc>
          <w:tcPr>
            <w:tcW w:w="2835" w:type="dxa"/>
          </w:tcPr>
          <w:p w14:paraId="7FA98142" w14:textId="77777777" w:rsidR="0085125B" w:rsidRPr="00726D7C" w:rsidRDefault="001F678B" w:rsidP="006023F3">
            <w:pPr>
              <w:rPr>
                <w:rFonts w:cs="Times New Roman"/>
                <w:szCs w:val="28"/>
                <w:lang w:val="kk-KZ"/>
              </w:rPr>
            </w:pPr>
            <w:r w:rsidRPr="00726D7C">
              <w:rPr>
                <w:rFonts w:cs="Times New Roman"/>
                <w:szCs w:val="28"/>
                <w:lang w:val="kk-KZ"/>
              </w:rPr>
              <w:t>Развитие медиаграмотности и современной визуальной культуры</w:t>
            </w:r>
          </w:p>
        </w:tc>
        <w:tc>
          <w:tcPr>
            <w:tcW w:w="2693" w:type="dxa"/>
          </w:tcPr>
          <w:p w14:paraId="24D0C78D" w14:textId="77777777" w:rsidR="0085125B" w:rsidRPr="00726D7C" w:rsidRDefault="001F678B" w:rsidP="006023F3">
            <w:pPr>
              <w:rPr>
                <w:rFonts w:cs="Times New Roman"/>
                <w:szCs w:val="28"/>
                <w:lang w:val="kk-KZ"/>
              </w:rPr>
            </w:pPr>
            <w:r w:rsidRPr="00726D7C">
              <w:rPr>
                <w:rFonts w:cs="Times New Roman"/>
                <w:szCs w:val="28"/>
                <w:lang w:val="kk-KZ"/>
              </w:rPr>
              <w:t>Постер, фотоистория, анимация или storyboard</w:t>
            </w:r>
          </w:p>
        </w:tc>
      </w:tr>
      <w:tr w:rsidR="0085125B" w:rsidRPr="00337B30" w14:paraId="4C46EF88" w14:textId="77777777" w:rsidTr="00BA1028">
        <w:trPr>
          <w:jc w:val="center"/>
        </w:trPr>
        <w:tc>
          <w:tcPr>
            <w:tcW w:w="994" w:type="dxa"/>
          </w:tcPr>
          <w:p w14:paraId="010E58B4" w14:textId="77777777" w:rsidR="0085125B" w:rsidRPr="00726D7C" w:rsidRDefault="001F678B" w:rsidP="006023F3">
            <w:pPr>
              <w:rPr>
                <w:rFonts w:cs="Times New Roman"/>
                <w:szCs w:val="28"/>
                <w:lang w:val="kk-KZ"/>
              </w:rPr>
            </w:pPr>
            <w:r w:rsidRPr="00726D7C">
              <w:rPr>
                <w:rFonts w:cs="Times New Roman"/>
                <w:szCs w:val="28"/>
                <w:lang w:val="kk-KZ"/>
              </w:rPr>
              <w:t>8</w:t>
            </w:r>
          </w:p>
        </w:tc>
        <w:tc>
          <w:tcPr>
            <w:tcW w:w="3118" w:type="dxa"/>
          </w:tcPr>
          <w:p w14:paraId="1E6D92E3" w14:textId="77777777" w:rsidR="0085125B" w:rsidRPr="00726D7C" w:rsidRDefault="001F678B" w:rsidP="006023F3">
            <w:pPr>
              <w:rPr>
                <w:rFonts w:cs="Times New Roman"/>
                <w:szCs w:val="28"/>
                <w:lang w:val="kk-KZ"/>
              </w:rPr>
            </w:pPr>
            <w:r w:rsidRPr="00726D7C">
              <w:rPr>
                <w:rFonts w:cs="Times New Roman"/>
                <w:szCs w:val="28"/>
                <w:lang w:val="kk-KZ"/>
              </w:rPr>
              <w:t>«Creative Project» - день арт-идей</w:t>
            </w:r>
          </w:p>
        </w:tc>
        <w:tc>
          <w:tcPr>
            <w:tcW w:w="2835" w:type="dxa"/>
          </w:tcPr>
          <w:p w14:paraId="6CA8C95B" w14:textId="77777777" w:rsidR="0085125B" w:rsidRPr="00726D7C" w:rsidRDefault="001F678B" w:rsidP="006023F3">
            <w:pPr>
              <w:rPr>
                <w:rFonts w:cs="Times New Roman"/>
                <w:szCs w:val="28"/>
                <w:lang w:val="kk-KZ"/>
              </w:rPr>
            </w:pPr>
            <w:r w:rsidRPr="00726D7C">
              <w:rPr>
                <w:rFonts w:cs="Times New Roman"/>
                <w:szCs w:val="28"/>
                <w:lang w:val="kk-KZ"/>
              </w:rPr>
              <w:t>Развитие проектного мышления</w:t>
            </w:r>
          </w:p>
        </w:tc>
        <w:tc>
          <w:tcPr>
            <w:tcW w:w="2693" w:type="dxa"/>
          </w:tcPr>
          <w:p w14:paraId="2241AAEC" w14:textId="77777777" w:rsidR="0085125B" w:rsidRPr="00726D7C" w:rsidRDefault="001F678B" w:rsidP="006023F3">
            <w:pPr>
              <w:rPr>
                <w:rFonts w:cs="Times New Roman"/>
                <w:szCs w:val="28"/>
                <w:lang w:val="kk-KZ"/>
              </w:rPr>
            </w:pPr>
            <w:r w:rsidRPr="00726D7C">
              <w:rPr>
                <w:rFonts w:cs="Times New Roman"/>
                <w:szCs w:val="28"/>
                <w:lang w:val="kk-KZ"/>
              </w:rPr>
              <w:t>Концепция индивидуального или командного арт-проекта</w:t>
            </w:r>
          </w:p>
        </w:tc>
      </w:tr>
      <w:tr w:rsidR="0085125B" w:rsidRPr="00337B30" w14:paraId="29C1B060" w14:textId="77777777" w:rsidTr="00BA1028">
        <w:trPr>
          <w:jc w:val="center"/>
        </w:trPr>
        <w:tc>
          <w:tcPr>
            <w:tcW w:w="994" w:type="dxa"/>
          </w:tcPr>
          <w:p w14:paraId="58601F67" w14:textId="77777777" w:rsidR="0085125B" w:rsidRPr="00726D7C" w:rsidRDefault="001F678B" w:rsidP="006023F3">
            <w:pPr>
              <w:rPr>
                <w:rFonts w:cs="Times New Roman"/>
                <w:szCs w:val="28"/>
                <w:lang w:val="kk-KZ"/>
              </w:rPr>
            </w:pPr>
            <w:r w:rsidRPr="00726D7C">
              <w:rPr>
                <w:rFonts w:cs="Times New Roman"/>
                <w:szCs w:val="28"/>
                <w:lang w:val="kk-KZ"/>
              </w:rPr>
              <w:t>9</w:t>
            </w:r>
          </w:p>
        </w:tc>
        <w:tc>
          <w:tcPr>
            <w:tcW w:w="3118" w:type="dxa"/>
          </w:tcPr>
          <w:p w14:paraId="7AA19AF1" w14:textId="77777777" w:rsidR="0085125B" w:rsidRPr="00726D7C" w:rsidRDefault="001F678B" w:rsidP="006023F3">
            <w:pPr>
              <w:rPr>
                <w:rFonts w:cs="Times New Roman"/>
                <w:szCs w:val="28"/>
                <w:lang w:val="kk-KZ"/>
              </w:rPr>
            </w:pPr>
            <w:r w:rsidRPr="00726D7C">
              <w:rPr>
                <w:rFonts w:cs="Times New Roman"/>
                <w:szCs w:val="28"/>
                <w:lang w:val="kk-KZ"/>
              </w:rPr>
              <w:t>«Жоба күні» - день проектирования</w:t>
            </w:r>
          </w:p>
        </w:tc>
        <w:tc>
          <w:tcPr>
            <w:tcW w:w="2835" w:type="dxa"/>
          </w:tcPr>
          <w:p w14:paraId="24C1F84D" w14:textId="77777777" w:rsidR="0085125B" w:rsidRPr="00726D7C" w:rsidRDefault="001F678B" w:rsidP="006023F3">
            <w:pPr>
              <w:rPr>
                <w:rFonts w:cs="Times New Roman"/>
                <w:szCs w:val="28"/>
                <w:lang w:val="kk-KZ"/>
              </w:rPr>
            </w:pPr>
            <w:r w:rsidRPr="00726D7C">
              <w:rPr>
                <w:rFonts w:cs="Times New Roman"/>
                <w:szCs w:val="28"/>
                <w:lang w:val="kk-KZ"/>
              </w:rPr>
              <w:t>Подготовка итоговых творческих проектов</w:t>
            </w:r>
          </w:p>
        </w:tc>
        <w:tc>
          <w:tcPr>
            <w:tcW w:w="2693" w:type="dxa"/>
          </w:tcPr>
          <w:p w14:paraId="405F796A" w14:textId="77777777" w:rsidR="0085125B" w:rsidRPr="00726D7C" w:rsidRDefault="001F678B" w:rsidP="006023F3">
            <w:pPr>
              <w:rPr>
                <w:rFonts w:cs="Times New Roman"/>
                <w:szCs w:val="28"/>
                <w:lang w:val="kk-KZ"/>
              </w:rPr>
            </w:pPr>
            <w:r w:rsidRPr="00726D7C">
              <w:rPr>
                <w:rFonts w:cs="Times New Roman"/>
                <w:szCs w:val="28"/>
                <w:lang w:val="kk-KZ"/>
              </w:rPr>
              <w:t>Черновой вариант проекта, номер или экспозиция</w:t>
            </w:r>
          </w:p>
        </w:tc>
      </w:tr>
      <w:tr w:rsidR="0085125B" w:rsidRPr="00726D7C" w14:paraId="3A371A9E" w14:textId="77777777" w:rsidTr="00BA1028">
        <w:trPr>
          <w:jc w:val="center"/>
        </w:trPr>
        <w:tc>
          <w:tcPr>
            <w:tcW w:w="994" w:type="dxa"/>
          </w:tcPr>
          <w:p w14:paraId="069816B0" w14:textId="77777777" w:rsidR="0085125B" w:rsidRPr="00726D7C" w:rsidRDefault="001F678B" w:rsidP="006023F3">
            <w:pPr>
              <w:rPr>
                <w:rFonts w:cs="Times New Roman"/>
                <w:szCs w:val="28"/>
                <w:lang w:val="kk-KZ"/>
              </w:rPr>
            </w:pPr>
            <w:r w:rsidRPr="00726D7C">
              <w:rPr>
                <w:rFonts w:cs="Times New Roman"/>
                <w:szCs w:val="28"/>
                <w:lang w:val="kk-KZ"/>
              </w:rPr>
              <w:t>10</w:t>
            </w:r>
          </w:p>
        </w:tc>
        <w:tc>
          <w:tcPr>
            <w:tcW w:w="3118" w:type="dxa"/>
          </w:tcPr>
          <w:p w14:paraId="13AB202D" w14:textId="77777777" w:rsidR="0085125B" w:rsidRPr="00726D7C" w:rsidRDefault="001F678B" w:rsidP="006023F3">
            <w:pPr>
              <w:rPr>
                <w:rFonts w:cs="Times New Roman"/>
                <w:szCs w:val="28"/>
                <w:lang w:val="kk-KZ"/>
              </w:rPr>
            </w:pPr>
            <w:r w:rsidRPr="00726D7C">
              <w:rPr>
                <w:rFonts w:cs="Times New Roman"/>
                <w:szCs w:val="28"/>
                <w:lang w:val="kk-KZ"/>
              </w:rPr>
              <w:t>«Дайындық және үйлесім» - день подготовки</w:t>
            </w:r>
          </w:p>
        </w:tc>
        <w:tc>
          <w:tcPr>
            <w:tcW w:w="2835" w:type="dxa"/>
          </w:tcPr>
          <w:p w14:paraId="26FE27B4" w14:textId="77777777" w:rsidR="0085125B" w:rsidRPr="00726D7C" w:rsidRDefault="001F678B" w:rsidP="006023F3">
            <w:pPr>
              <w:rPr>
                <w:rFonts w:cs="Times New Roman"/>
                <w:szCs w:val="28"/>
                <w:lang w:val="kk-KZ"/>
              </w:rPr>
            </w:pPr>
            <w:r w:rsidRPr="00726D7C">
              <w:rPr>
                <w:rFonts w:cs="Times New Roman"/>
                <w:szCs w:val="28"/>
                <w:lang w:val="kk-KZ"/>
              </w:rPr>
              <w:t>Доработка проектов, репетиции и оформление</w:t>
            </w:r>
          </w:p>
        </w:tc>
        <w:tc>
          <w:tcPr>
            <w:tcW w:w="2693" w:type="dxa"/>
          </w:tcPr>
          <w:p w14:paraId="7F45F78F" w14:textId="77777777" w:rsidR="0085125B" w:rsidRPr="00726D7C" w:rsidRDefault="001F678B" w:rsidP="006023F3">
            <w:pPr>
              <w:rPr>
                <w:rFonts w:cs="Times New Roman"/>
                <w:szCs w:val="28"/>
                <w:lang w:val="kk-KZ"/>
              </w:rPr>
            </w:pPr>
            <w:r w:rsidRPr="00726D7C">
              <w:rPr>
                <w:rFonts w:cs="Times New Roman"/>
                <w:szCs w:val="28"/>
                <w:lang w:val="kk-KZ"/>
              </w:rPr>
              <w:t>Готовые материалы к фестивалю</w:t>
            </w:r>
          </w:p>
        </w:tc>
      </w:tr>
      <w:tr w:rsidR="0085125B" w:rsidRPr="00726D7C" w14:paraId="4D49D5A1" w14:textId="77777777" w:rsidTr="00BA1028">
        <w:trPr>
          <w:jc w:val="center"/>
        </w:trPr>
        <w:tc>
          <w:tcPr>
            <w:tcW w:w="994" w:type="dxa"/>
          </w:tcPr>
          <w:p w14:paraId="6F04E800" w14:textId="77777777" w:rsidR="0085125B" w:rsidRPr="00726D7C" w:rsidRDefault="001F678B" w:rsidP="006023F3">
            <w:pPr>
              <w:rPr>
                <w:rFonts w:cs="Times New Roman"/>
                <w:szCs w:val="28"/>
                <w:lang w:val="kk-KZ"/>
              </w:rPr>
            </w:pPr>
            <w:r w:rsidRPr="00726D7C">
              <w:rPr>
                <w:rFonts w:cs="Times New Roman"/>
                <w:szCs w:val="28"/>
                <w:lang w:val="kk-KZ"/>
              </w:rPr>
              <w:t>11</w:t>
            </w:r>
          </w:p>
        </w:tc>
        <w:tc>
          <w:tcPr>
            <w:tcW w:w="3118" w:type="dxa"/>
          </w:tcPr>
          <w:p w14:paraId="2A454894" w14:textId="77777777" w:rsidR="0085125B" w:rsidRPr="00726D7C" w:rsidRDefault="001F678B" w:rsidP="006023F3">
            <w:pPr>
              <w:rPr>
                <w:rFonts w:cs="Times New Roman"/>
                <w:szCs w:val="28"/>
                <w:lang w:val="kk-KZ"/>
              </w:rPr>
            </w:pPr>
            <w:r w:rsidRPr="00726D7C">
              <w:rPr>
                <w:rFonts w:cs="Times New Roman"/>
                <w:szCs w:val="28"/>
                <w:lang w:val="kk-KZ"/>
              </w:rPr>
              <w:t>«ART Fest» - фестиваль достижений</w:t>
            </w:r>
          </w:p>
        </w:tc>
        <w:tc>
          <w:tcPr>
            <w:tcW w:w="2835" w:type="dxa"/>
          </w:tcPr>
          <w:p w14:paraId="3EFE23EB" w14:textId="77777777" w:rsidR="0085125B" w:rsidRPr="00726D7C" w:rsidRDefault="001F678B" w:rsidP="006023F3">
            <w:pPr>
              <w:rPr>
                <w:rFonts w:cs="Times New Roman"/>
                <w:szCs w:val="28"/>
                <w:lang w:val="kk-KZ"/>
              </w:rPr>
            </w:pPr>
            <w:r w:rsidRPr="00726D7C">
              <w:rPr>
                <w:rFonts w:cs="Times New Roman"/>
                <w:szCs w:val="28"/>
                <w:lang w:val="kk-KZ"/>
              </w:rPr>
              <w:t>Презентация результатов смены</w:t>
            </w:r>
          </w:p>
        </w:tc>
        <w:tc>
          <w:tcPr>
            <w:tcW w:w="2693" w:type="dxa"/>
          </w:tcPr>
          <w:p w14:paraId="36B4B328" w14:textId="77777777" w:rsidR="0085125B" w:rsidRPr="00726D7C" w:rsidRDefault="001F678B" w:rsidP="006023F3">
            <w:pPr>
              <w:rPr>
                <w:rFonts w:cs="Times New Roman"/>
                <w:szCs w:val="28"/>
                <w:lang w:val="kk-KZ"/>
              </w:rPr>
            </w:pPr>
            <w:r w:rsidRPr="00726D7C">
              <w:rPr>
                <w:rFonts w:cs="Times New Roman"/>
                <w:szCs w:val="28"/>
                <w:lang w:val="kk-KZ"/>
              </w:rPr>
              <w:t>Выставка, показ, перформанс, награждение</w:t>
            </w:r>
          </w:p>
        </w:tc>
      </w:tr>
      <w:tr w:rsidR="00337B30" w:rsidRPr="00337B30" w14:paraId="4582759C" w14:textId="77777777" w:rsidTr="00BA1028">
        <w:trPr>
          <w:jc w:val="center"/>
        </w:trPr>
        <w:tc>
          <w:tcPr>
            <w:tcW w:w="994" w:type="dxa"/>
          </w:tcPr>
          <w:p w14:paraId="076DD862" w14:textId="152AC2A1" w:rsidR="00337B30" w:rsidRPr="00726D7C" w:rsidRDefault="00337B30" w:rsidP="00337B30">
            <w:pPr>
              <w:rPr>
                <w:rFonts w:cs="Times New Roman"/>
                <w:szCs w:val="28"/>
                <w:lang w:val="kk-KZ"/>
              </w:rPr>
            </w:pPr>
            <w:r>
              <w:rPr>
                <w:rFonts w:cs="Times New Roman"/>
                <w:szCs w:val="28"/>
                <w:lang w:val="kk-KZ"/>
              </w:rPr>
              <w:t>12</w:t>
            </w:r>
          </w:p>
        </w:tc>
        <w:tc>
          <w:tcPr>
            <w:tcW w:w="3118" w:type="dxa"/>
          </w:tcPr>
          <w:p w14:paraId="1C12D622" w14:textId="6E5FA457" w:rsidR="00337B30" w:rsidRPr="00726D7C" w:rsidRDefault="00337B30" w:rsidP="00337B30">
            <w:pPr>
              <w:rPr>
                <w:rFonts w:cs="Times New Roman"/>
                <w:szCs w:val="28"/>
                <w:lang w:val="kk-KZ"/>
              </w:rPr>
            </w:pPr>
            <w:r w:rsidRPr="00726D7C">
              <w:rPr>
                <w:rFonts w:cs="Times New Roman"/>
                <w:szCs w:val="28"/>
                <w:lang w:val="kk-KZ"/>
              </w:rPr>
              <w:t xml:space="preserve">«Design Lab» - день </w:t>
            </w:r>
            <w:r w:rsidRPr="00726D7C">
              <w:rPr>
                <w:rFonts w:cs="Times New Roman"/>
                <w:szCs w:val="28"/>
                <w:lang w:val="kk-KZ"/>
              </w:rPr>
              <w:lastRenderedPageBreak/>
              <w:t>дизайна и ремесел</w:t>
            </w:r>
          </w:p>
        </w:tc>
        <w:tc>
          <w:tcPr>
            <w:tcW w:w="2835" w:type="dxa"/>
          </w:tcPr>
          <w:p w14:paraId="19ADA87A" w14:textId="66308E12" w:rsidR="00337B30" w:rsidRPr="00726D7C" w:rsidRDefault="00337B30" w:rsidP="00337B30">
            <w:pPr>
              <w:rPr>
                <w:rFonts w:cs="Times New Roman"/>
                <w:szCs w:val="28"/>
                <w:lang w:val="kk-KZ"/>
              </w:rPr>
            </w:pPr>
            <w:r w:rsidRPr="00726D7C">
              <w:rPr>
                <w:rFonts w:cs="Times New Roman"/>
                <w:szCs w:val="28"/>
                <w:lang w:val="kk-KZ"/>
              </w:rPr>
              <w:lastRenderedPageBreak/>
              <w:t xml:space="preserve">Развитие </w:t>
            </w:r>
            <w:r w:rsidRPr="00726D7C">
              <w:rPr>
                <w:rFonts w:cs="Times New Roman"/>
                <w:szCs w:val="28"/>
                <w:lang w:val="kk-KZ"/>
              </w:rPr>
              <w:lastRenderedPageBreak/>
              <w:t>практического творчества и этнодизайна</w:t>
            </w:r>
          </w:p>
        </w:tc>
        <w:tc>
          <w:tcPr>
            <w:tcW w:w="2693" w:type="dxa"/>
          </w:tcPr>
          <w:p w14:paraId="362506CB" w14:textId="6FC73B1A" w:rsidR="00337B30" w:rsidRPr="00726D7C" w:rsidRDefault="00337B30" w:rsidP="00337B30">
            <w:pPr>
              <w:rPr>
                <w:rFonts w:cs="Times New Roman"/>
                <w:szCs w:val="28"/>
                <w:lang w:val="kk-KZ"/>
              </w:rPr>
            </w:pPr>
            <w:r w:rsidRPr="00726D7C">
              <w:rPr>
                <w:rFonts w:cs="Times New Roman"/>
                <w:szCs w:val="28"/>
                <w:lang w:val="kk-KZ"/>
              </w:rPr>
              <w:lastRenderedPageBreak/>
              <w:t xml:space="preserve">Дизайн-объект, </w:t>
            </w:r>
            <w:r w:rsidRPr="00726D7C">
              <w:rPr>
                <w:rFonts w:cs="Times New Roman"/>
                <w:szCs w:val="28"/>
                <w:lang w:val="kk-KZ"/>
              </w:rPr>
              <w:lastRenderedPageBreak/>
              <w:t>афиша или элемент оформления</w:t>
            </w:r>
          </w:p>
        </w:tc>
      </w:tr>
      <w:tr w:rsidR="00337B30" w:rsidRPr="00726D7C" w14:paraId="699265C0" w14:textId="77777777" w:rsidTr="00BA1028">
        <w:trPr>
          <w:jc w:val="center"/>
        </w:trPr>
        <w:tc>
          <w:tcPr>
            <w:tcW w:w="994" w:type="dxa"/>
          </w:tcPr>
          <w:p w14:paraId="4CC02D58" w14:textId="5D26A919" w:rsidR="00337B30" w:rsidRPr="00726D7C" w:rsidRDefault="00337B30" w:rsidP="00337B30">
            <w:pPr>
              <w:rPr>
                <w:rFonts w:cs="Times New Roman"/>
                <w:szCs w:val="28"/>
                <w:lang w:val="kk-KZ"/>
              </w:rPr>
            </w:pPr>
            <w:r>
              <w:rPr>
                <w:rFonts w:cs="Times New Roman"/>
                <w:szCs w:val="28"/>
                <w:lang w:val="kk-KZ"/>
              </w:rPr>
              <w:lastRenderedPageBreak/>
              <w:t>13</w:t>
            </w:r>
          </w:p>
        </w:tc>
        <w:tc>
          <w:tcPr>
            <w:tcW w:w="3118" w:type="dxa"/>
          </w:tcPr>
          <w:p w14:paraId="03987611" w14:textId="03BE1386" w:rsidR="00337B30" w:rsidRPr="00726D7C" w:rsidRDefault="00337B30" w:rsidP="00337B30">
            <w:pPr>
              <w:rPr>
                <w:rFonts w:cs="Times New Roman"/>
                <w:szCs w:val="28"/>
                <w:lang w:val="kk-KZ"/>
              </w:rPr>
            </w:pPr>
            <w:r w:rsidRPr="00726D7C">
              <w:rPr>
                <w:rFonts w:cs="Times New Roman"/>
                <w:szCs w:val="28"/>
                <w:lang w:val="kk-KZ"/>
              </w:rPr>
              <w:t>«Сахна және дауыс» - театральный день</w:t>
            </w:r>
          </w:p>
        </w:tc>
        <w:tc>
          <w:tcPr>
            <w:tcW w:w="2835" w:type="dxa"/>
          </w:tcPr>
          <w:p w14:paraId="0AF62FA3" w14:textId="2DFFAAF6" w:rsidR="00337B30" w:rsidRPr="00726D7C" w:rsidRDefault="00337B30" w:rsidP="00337B30">
            <w:pPr>
              <w:rPr>
                <w:rFonts w:cs="Times New Roman"/>
                <w:szCs w:val="28"/>
                <w:lang w:val="kk-KZ"/>
              </w:rPr>
            </w:pPr>
            <w:r w:rsidRPr="00726D7C">
              <w:rPr>
                <w:rFonts w:cs="Times New Roman"/>
                <w:szCs w:val="28"/>
                <w:lang w:val="kk-KZ"/>
              </w:rPr>
              <w:t>Развитие речи, образа и сценической культуры</w:t>
            </w:r>
          </w:p>
        </w:tc>
        <w:tc>
          <w:tcPr>
            <w:tcW w:w="2693" w:type="dxa"/>
          </w:tcPr>
          <w:p w14:paraId="218E424E" w14:textId="444E6A72" w:rsidR="00337B30" w:rsidRPr="00726D7C" w:rsidRDefault="00337B30" w:rsidP="00337B30">
            <w:pPr>
              <w:rPr>
                <w:rFonts w:cs="Times New Roman"/>
                <w:szCs w:val="28"/>
                <w:lang w:val="kk-KZ"/>
              </w:rPr>
            </w:pPr>
            <w:r w:rsidRPr="00726D7C">
              <w:rPr>
                <w:rFonts w:cs="Times New Roman"/>
                <w:szCs w:val="28"/>
                <w:lang w:val="kk-KZ"/>
              </w:rPr>
              <w:t>Мини-этюды или сценка</w:t>
            </w:r>
          </w:p>
        </w:tc>
      </w:tr>
      <w:tr w:rsidR="00337B30" w:rsidRPr="00337B30" w14:paraId="1A46FB66" w14:textId="77777777" w:rsidTr="00BA1028">
        <w:trPr>
          <w:jc w:val="center"/>
        </w:trPr>
        <w:tc>
          <w:tcPr>
            <w:tcW w:w="994" w:type="dxa"/>
          </w:tcPr>
          <w:p w14:paraId="56AA1BB3" w14:textId="6D446978" w:rsidR="00337B30" w:rsidRDefault="00337B30" w:rsidP="00337B30">
            <w:pPr>
              <w:rPr>
                <w:rFonts w:cs="Times New Roman"/>
                <w:szCs w:val="28"/>
                <w:lang w:val="kk-KZ"/>
              </w:rPr>
            </w:pPr>
            <w:r>
              <w:rPr>
                <w:rFonts w:cs="Times New Roman"/>
                <w:szCs w:val="28"/>
                <w:lang w:val="kk-KZ"/>
              </w:rPr>
              <w:t>14</w:t>
            </w:r>
          </w:p>
        </w:tc>
        <w:tc>
          <w:tcPr>
            <w:tcW w:w="3118" w:type="dxa"/>
          </w:tcPr>
          <w:p w14:paraId="56F57D84" w14:textId="60770EA4" w:rsidR="00337B30" w:rsidRPr="00726D7C" w:rsidRDefault="00337B30" w:rsidP="00337B30">
            <w:pPr>
              <w:rPr>
                <w:rFonts w:cs="Times New Roman"/>
                <w:szCs w:val="28"/>
                <w:lang w:val="kk-KZ"/>
              </w:rPr>
            </w:pPr>
            <w:r w:rsidRPr="00726D7C">
              <w:rPr>
                <w:rFonts w:cs="Times New Roman"/>
                <w:szCs w:val="28"/>
                <w:lang w:val="kk-KZ"/>
              </w:rPr>
              <w:t>«Жоба күні» - день проектирования</w:t>
            </w:r>
          </w:p>
        </w:tc>
        <w:tc>
          <w:tcPr>
            <w:tcW w:w="2835" w:type="dxa"/>
          </w:tcPr>
          <w:p w14:paraId="22DD027A" w14:textId="527992ED" w:rsidR="00337B30" w:rsidRPr="00726D7C" w:rsidRDefault="00337B30" w:rsidP="00337B30">
            <w:pPr>
              <w:rPr>
                <w:rFonts w:cs="Times New Roman"/>
                <w:szCs w:val="28"/>
                <w:lang w:val="kk-KZ"/>
              </w:rPr>
            </w:pPr>
            <w:r w:rsidRPr="00726D7C">
              <w:rPr>
                <w:rFonts w:cs="Times New Roman"/>
                <w:szCs w:val="28"/>
                <w:lang w:val="kk-KZ"/>
              </w:rPr>
              <w:t>Подготовка итоговых творческих проектов</w:t>
            </w:r>
          </w:p>
        </w:tc>
        <w:tc>
          <w:tcPr>
            <w:tcW w:w="2693" w:type="dxa"/>
          </w:tcPr>
          <w:p w14:paraId="13B4CDC7" w14:textId="1D0676C6" w:rsidR="00337B30" w:rsidRPr="00726D7C" w:rsidRDefault="00337B30" w:rsidP="00337B30">
            <w:pPr>
              <w:rPr>
                <w:rFonts w:cs="Times New Roman"/>
                <w:szCs w:val="28"/>
                <w:lang w:val="kk-KZ"/>
              </w:rPr>
            </w:pPr>
            <w:r w:rsidRPr="00726D7C">
              <w:rPr>
                <w:rFonts w:cs="Times New Roman"/>
                <w:szCs w:val="28"/>
                <w:lang w:val="kk-KZ"/>
              </w:rPr>
              <w:t>Черновой вариант проекта, номер или экспозиция</w:t>
            </w:r>
          </w:p>
        </w:tc>
      </w:tr>
      <w:tr w:rsidR="00337B30" w:rsidRPr="00337B30" w14:paraId="586D8A31" w14:textId="77777777" w:rsidTr="00BA1028">
        <w:trPr>
          <w:jc w:val="center"/>
        </w:trPr>
        <w:tc>
          <w:tcPr>
            <w:tcW w:w="994" w:type="dxa"/>
          </w:tcPr>
          <w:p w14:paraId="249561FF" w14:textId="2DA5B500" w:rsidR="00337B30" w:rsidRPr="00726D7C" w:rsidRDefault="00337B30" w:rsidP="00337B30">
            <w:pPr>
              <w:rPr>
                <w:rFonts w:cs="Times New Roman"/>
                <w:szCs w:val="28"/>
                <w:lang w:val="kk-KZ"/>
              </w:rPr>
            </w:pPr>
            <w:r w:rsidRPr="00726D7C">
              <w:rPr>
                <w:rFonts w:cs="Times New Roman"/>
                <w:szCs w:val="28"/>
                <w:lang w:val="kk-KZ"/>
              </w:rPr>
              <w:t>1</w:t>
            </w:r>
            <w:r>
              <w:rPr>
                <w:rFonts w:cs="Times New Roman"/>
                <w:szCs w:val="28"/>
                <w:lang w:val="kk-KZ"/>
              </w:rPr>
              <w:t>5</w:t>
            </w:r>
          </w:p>
        </w:tc>
        <w:tc>
          <w:tcPr>
            <w:tcW w:w="3118" w:type="dxa"/>
          </w:tcPr>
          <w:p w14:paraId="11DD4BAE" w14:textId="77777777" w:rsidR="00337B30" w:rsidRPr="00726D7C" w:rsidRDefault="00337B30" w:rsidP="00337B30">
            <w:pPr>
              <w:rPr>
                <w:rFonts w:cs="Times New Roman"/>
                <w:szCs w:val="28"/>
                <w:lang w:val="kk-KZ"/>
              </w:rPr>
            </w:pPr>
            <w:r w:rsidRPr="00726D7C">
              <w:rPr>
                <w:rFonts w:cs="Times New Roman"/>
                <w:szCs w:val="28"/>
                <w:lang w:val="kk-KZ"/>
              </w:rPr>
              <w:t>«Қоштасу күні» - закрытие смены</w:t>
            </w:r>
          </w:p>
        </w:tc>
        <w:tc>
          <w:tcPr>
            <w:tcW w:w="2835" w:type="dxa"/>
          </w:tcPr>
          <w:p w14:paraId="71AD1618" w14:textId="77777777" w:rsidR="00337B30" w:rsidRPr="00726D7C" w:rsidRDefault="00337B30" w:rsidP="00337B30">
            <w:pPr>
              <w:rPr>
                <w:rFonts w:cs="Times New Roman"/>
                <w:szCs w:val="28"/>
                <w:lang w:val="kk-KZ"/>
              </w:rPr>
            </w:pPr>
            <w:r w:rsidRPr="00726D7C">
              <w:rPr>
                <w:rFonts w:cs="Times New Roman"/>
                <w:szCs w:val="28"/>
                <w:lang w:val="kk-KZ"/>
              </w:rPr>
              <w:t>Рефлексия, подведение итогов, выезд</w:t>
            </w:r>
          </w:p>
        </w:tc>
        <w:tc>
          <w:tcPr>
            <w:tcW w:w="2693" w:type="dxa"/>
          </w:tcPr>
          <w:p w14:paraId="1835864A" w14:textId="77777777" w:rsidR="00337B30" w:rsidRPr="00726D7C" w:rsidRDefault="00337B30" w:rsidP="00337B30">
            <w:pPr>
              <w:rPr>
                <w:rFonts w:cs="Times New Roman"/>
                <w:szCs w:val="28"/>
                <w:lang w:val="kk-KZ"/>
              </w:rPr>
            </w:pPr>
            <w:r w:rsidRPr="00726D7C">
              <w:rPr>
                <w:rFonts w:cs="Times New Roman"/>
                <w:szCs w:val="28"/>
                <w:lang w:val="kk-KZ"/>
              </w:rPr>
              <w:t>Итоговая анкета, карточка достижений, закрытие</w:t>
            </w:r>
          </w:p>
        </w:tc>
      </w:tr>
    </w:tbl>
    <w:p w14:paraId="7D5B5450" w14:textId="77777777" w:rsidR="0085125B" w:rsidRPr="00726D7C" w:rsidRDefault="001F678B" w:rsidP="006023F3">
      <w:pPr>
        <w:pStyle w:val="21"/>
        <w:spacing w:before="60" w:after="60" w:line="240" w:lineRule="auto"/>
        <w:rPr>
          <w:rFonts w:cs="Times New Roman"/>
          <w:szCs w:val="28"/>
          <w:lang w:val="ru-RU"/>
        </w:rPr>
      </w:pPr>
      <w:r w:rsidRPr="00726D7C">
        <w:rPr>
          <w:rFonts w:eastAsia="Times New Roman" w:cs="Times New Roman"/>
          <w:szCs w:val="28"/>
          <w:lang w:val="ru-RU"/>
        </w:rPr>
        <w:t>Детализированное содержание смены по дням</w:t>
      </w:r>
    </w:p>
    <w:p w14:paraId="33BE6B16" w14:textId="77777777" w:rsidR="0085125B" w:rsidRPr="00726D7C" w:rsidRDefault="001F678B" w:rsidP="006023F3">
      <w:pPr>
        <w:pStyle w:val="31"/>
        <w:spacing w:before="60" w:after="60" w:line="240" w:lineRule="auto"/>
        <w:rPr>
          <w:rFonts w:cs="Times New Roman"/>
          <w:szCs w:val="28"/>
        </w:rPr>
      </w:pPr>
      <w:r w:rsidRPr="00726D7C">
        <w:rPr>
          <w:rFonts w:eastAsia="Times New Roman" w:cs="Times New Roman"/>
          <w:szCs w:val="28"/>
          <w:lang w:val="ru-RU"/>
        </w:rPr>
        <w:t xml:space="preserve">1 день. </w:t>
      </w:r>
      <w:r w:rsidRPr="00726D7C">
        <w:rPr>
          <w:rFonts w:eastAsia="Times New Roman" w:cs="Times New Roman"/>
          <w:szCs w:val="28"/>
        </w:rPr>
        <w:t>«ART Start» - день открытия смены</w:t>
      </w:r>
    </w:p>
    <w:tbl>
      <w:tblPr>
        <w:tblStyle w:val="aff0"/>
        <w:tblW w:w="0" w:type="auto"/>
        <w:jc w:val="center"/>
        <w:tblLook w:val="04A0" w:firstRow="1" w:lastRow="0" w:firstColumn="1" w:lastColumn="0" w:noHBand="0" w:noVBand="1"/>
      </w:tblPr>
      <w:tblGrid>
        <w:gridCol w:w="4812"/>
        <w:gridCol w:w="4815"/>
      </w:tblGrid>
      <w:tr w:rsidR="0085125B" w:rsidRPr="00726D7C" w14:paraId="06F88FCE" w14:textId="77777777">
        <w:trPr>
          <w:tblHeader/>
          <w:jc w:val="center"/>
        </w:trPr>
        <w:tc>
          <w:tcPr>
            <w:tcW w:w="4819" w:type="dxa"/>
            <w:shd w:val="clear" w:color="auto" w:fill="FCE4D6"/>
          </w:tcPr>
          <w:p w14:paraId="2B1F05BB" w14:textId="77777777" w:rsidR="0085125B" w:rsidRPr="00726D7C" w:rsidRDefault="001F678B" w:rsidP="006023F3">
            <w:pPr>
              <w:rPr>
                <w:rFonts w:cs="Times New Roman"/>
                <w:szCs w:val="28"/>
              </w:rPr>
            </w:pPr>
            <w:r w:rsidRPr="00726D7C">
              <w:rPr>
                <w:rFonts w:cs="Times New Roman"/>
                <w:b/>
                <w:szCs w:val="28"/>
              </w:rPr>
              <w:t>Компонент дня</w:t>
            </w:r>
          </w:p>
        </w:tc>
        <w:tc>
          <w:tcPr>
            <w:tcW w:w="4819" w:type="dxa"/>
            <w:shd w:val="clear" w:color="auto" w:fill="FCE4D6"/>
          </w:tcPr>
          <w:p w14:paraId="602BAF7F" w14:textId="77777777" w:rsidR="0085125B" w:rsidRPr="00726D7C" w:rsidRDefault="001F678B" w:rsidP="006023F3">
            <w:pPr>
              <w:rPr>
                <w:rFonts w:cs="Times New Roman"/>
                <w:szCs w:val="28"/>
              </w:rPr>
            </w:pPr>
            <w:r w:rsidRPr="00726D7C">
              <w:rPr>
                <w:rFonts w:cs="Times New Roman"/>
                <w:b/>
                <w:szCs w:val="28"/>
              </w:rPr>
              <w:t>Содержание</w:t>
            </w:r>
          </w:p>
        </w:tc>
      </w:tr>
      <w:tr w:rsidR="0085125B" w:rsidRPr="00337B30" w14:paraId="5330FD13" w14:textId="77777777">
        <w:trPr>
          <w:jc w:val="center"/>
        </w:trPr>
        <w:tc>
          <w:tcPr>
            <w:tcW w:w="4819" w:type="dxa"/>
          </w:tcPr>
          <w:p w14:paraId="08B17E32" w14:textId="77777777" w:rsidR="0085125B" w:rsidRPr="00726D7C" w:rsidRDefault="001F678B" w:rsidP="006023F3">
            <w:pPr>
              <w:rPr>
                <w:rFonts w:cs="Times New Roman"/>
                <w:szCs w:val="28"/>
                <w:lang w:val="ru-RU"/>
              </w:rPr>
            </w:pPr>
            <w:r w:rsidRPr="00726D7C">
              <w:rPr>
                <w:rFonts w:cs="Times New Roman"/>
                <w:szCs w:val="28"/>
                <w:lang w:val="ru-RU"/>
              </w:rPr>
              <w:t>Развивающие / проектные / исследовательские / творческие занятия (не менее 2)</w:t>
            </w:r>
          </w:p>
        </w:tc>
        <w:tc>
          <w:tcPr>
            <w:tcW w:w="4819" w:type="dxa"/>
          </w:tcPr>
          <w:p w14:paraId="1C430C06" w14:textId="687A2F1D" w:rsidR="0085125B" w:rsidRPr="00726D7C" w:rsidRDefault="001F678B" w:rsidP="001F3C1F">
            <w:pPr>
              <w:rPr>
                <w:rFonts w:cs="Times New Roman"/>
                <w:szCs w:val="28"/>
                <w:lang w:val="ru-RU"/>
              </w:rPr>
            </w:pPr>
            <w:r w:rsidRPr="00726D7C">
              <w:rPr>
                <w:rFonts w:cs="Times New Roman"/>
                <w:szCs w:val="28"/>
                <w:lang w:val="ru-RU"/>
              </w:rPr>
              <w:t xml:space="preserve">• Знакомство с территорией </w:t>
            </w:r>
            <w:r w:rsidR="001F3C1F">
              <w:rPr>
                <w:rFonts w:cs="Times New Roman"/>
                <w:szCs w:val="28"/>
                <w:lang w:val="ru-RU"/>
              </w:rPr>
              <w:t>ДООЦ</w:t>
            </w:r>
            <w:r w:rsidRPr="00726D7C">
              <w:rPr>
                <w:rFonts w:cs="Times New Roman"/>
                <w:szCs w:val="28"/>
                <w:lang w:val="ru-RU"/>
              </w:rPr>
              <w:t xml:space="preserve"> и правилами пребывания.</w:t>
            </w:r>
            <w:r w:rsidRPr="00726D7C">
              <w:rPr>
                <w:rFonts w:cs="Times New Roman"/>
                <w:szCs w:val="28"/>
                <w:lang w:val="ru-RU"/>
              </w:rPr>
              <w:br/>
              <w:t>• Развивающая творческая игра «Мой знак»: интересы, ожидания, настроение.</w:t>
            </w:r>
          </w:p>
        </w:tc>
      </w:tr>
      <w:tr w:rsidR="0085125B" w:rsidRPr="00337B30" w14:paraId="56084BF4" w14:textId="77777777">
        <w:trPr>
          <w:jc w:val="center"/>
        </w:trPr>
        <w:tc>
          <w:tcPr>
            <w:tcW w:w="4819" w:type="dxa"/>
          </w:tcPr>
          <w:p w14:paraId="196992E7" w14:textId="77777777" w:rsidR="0085125B" w:rsidRPr="00726D7C" w:rsidRDefault="001F678B" w:rsidP="006023F3">
            <w:pPr>
              <w:rPr>
                <w:rFonts w:cs="Times New Roman"/>
                <w:szCs w:val="28"/>
                <w:lang w:val="ru-RU"/>
              </w:rPr>
            </w:pPr>
            <w:r w:rsidRPr="00726D7C">
              <w:rPr>
                <w:rFonts w:cs="Times New Roman"/>
                <w:szCs w:val="28"/>
                <w:lang w:val="ru-RU"/>
              </w:rPr>
              <w:t>Практико-ориентированные занятия (не менее 2)</w:t>
            </w:r>
          </w:p>
        </w:tc>
        <w:tc>
          <w:tcPr>
            <w:tcW w:w="4819" w:type="dxa"/>
          </w:tcPr>
          <w:p w14:paraId="023568F6" w14:textId="77777777" w:rsidR="0085125B" w:rsidRPr="00726D7C" w:rsidRDefault="001F678B" w:rsidP="006023F3">
            <w:pPr>
              <w:rPr>
                <w:rFonts w:cs="Times New Roman"/>
                <w:szCs w:val="28"/>
                <w:lang w:val="ru-RU"/>
              </w:rPr>
            </w:pPr>
            <w:r w:rsidRPr="00726D7C">
              <w:rPr>
                <w:rFonts w:cs="Times New Roman"/>
                <w:szCs w:val="28"/>
                <w:lang w:val="ru-RU"/>
              </w:rPr>
              <w:t>• Инструктажи по безопасности, пожарной безопасности, санитарно-гигиеническим правилам, использованию творческих материалов и режиму дня.</w:t>
            </w:r>
            <w:r w:rsidRPr="00726D7C">
              <w:rPr>
                <w:rFonts w:cs="Times New Roman"/>
                <w:szCs w:val="28"/>
                <w:lang w:val="ru-RU"/>
              </w:rPr>
              <w:br/>
              <w:t>• Практическая работа «Наша арт-команда»: название, символ, девиз, правила взаимодействия.</w:t>
            </w:r>
          </w:p>
        </w:tc>
      </w:tr>
      <w:tr w:rsidR="0085125B" w:rsidRPr="00337B30" w14:paraId="2FF44D3E" w14:textId="77777777">
        <w:trPr>
          <w:jc w:val="center"/>
        </w:trPr>
        <w:tc>
          <w:tcPr>
            <w:tcW w:w="4819" w:type="dxa"/>
          </w:tcPr>
          <w:p w14:paraId="1756BE64" w14:textId="77777777" w:rsidR="0085125B" w:rsidRPr="00726D7C" w:rsidRDefault="001F678B" w:rsidP="006023F3">
            <w:pPr>
              <w:rPr>
                <w:rFonts w:cs="Times New Roman"/>
                <w:szCs w:val="28"/>
                <w:lang w:val="ru-RU"/>
              </w:rPr>
            </w:pPr>
            <w:r w:rsidRPr="00726D7C">
              <w:rPr>
                <w:rFonts w:cs="Times New Roman"/>
                <w:szCs w:val="28"/>
                <w:lang w:val="ru-RU"/>
              </w:rPr>
              <w:t>Воспитательные мероприятия и проекты (не менее 2)</w:t>
            </w:r>
          </w:p>
        </w:tc>
        <w:tc>
          <w:tcPr>
            <w:tcW w:w="4819" w:type="dxa"/>
          </w:tcPr>
          <w:p w14:paraId="75D2B846" w14:textId="77777777" w:rsidR="0085125B" w:rsidRPr="00726D7C" w:rsidRDefault="001F678B" w:rsidP="006023F3">
            <w:pPr>
              <w:rPr>
                <w:rFonts w:cs="Times New Roman"/>
                <w:szCs w:val="28"/>
                <w:lang w:val="ru-RU"/>
              </w:rPr>
            </w:pPr>
            <w:r w:rsidRPr="00726D7C">
              <w:rPr>
                <w:rFonts w:cs="Times New Roman"/>
                <w:szCs w:val="28"/>
                <w:lang w:val="ru-RU"/>
              </w:rPr>
              <w:t>• Торжественное открытие смены.</w:t>
            </w:r>
            <w:r w:rsidRPr="00726D7C">
              <w:rPr>
                <w:rFonts w:cs="Times New Roman"/>
                <w:szCs w:val="28"/>
                <w:lang w:val="ru-RU"/>
              </w:rPr>
              <w:br/>
              <w:t>• Вечерняя арт-рефлексия «Цвет моего ожидания».</w:t>
            </w:r>
          </w:p>
        </w:tc>
      </w:tr>
      <w:tr w:rsidR="0085125B" w:rsidRPr="00337B30" w14:paraId="5242CAF2" w14:textId="77777777">
        <w:trPr>
          <w:jc w:val="center"/>
        </w:trPr>
        <w:tc>
          <w:tcPr>
            <w:tcW w:w="4819" w:type="dxa"/>
          </w:tcPr>
          <w:p w14:paraId="4A440815" w14:textId="77777777" w:rsidR="0085125B" w:rsidRPr="00726D7C" w:rsidRDefault="001F678B" w:rsidP="006023F3">
            <w:pPr>
              <w:rPr>
                <w:rFonts w:cs="Times New Roman"/>
                <w:szCs w:val="28"/>
                <w:lang w:val="ru-RU"/>
              </w:rPr>
            </w:pPr>
            <w:r w:rsidRPr="00726D7C">
              <w:rPr>
                <w:rFonts w:cs="Times New Roman"/>
                <w:szCs w:val="28"/>
                <w:lang w:val="ru-RU"/>
              </w:rPr>
              <w:t>Оздоровительный модуль (до 3 академических часов в день)</w:t>
            </w:r>
          </w:p>
        </w:tc>
        <w:tc>
          <w:tcPr>
            <w:tcW w:w="4819" w:type="dxa"/>
          </w:tcPr>
          <w:p w14:paraId="2EF6EF30" w14:textId="77777777" w:rsidR="0085125B" w:rsidRPr="00726D7C" w:rsidRDefault="001F678B" w:rsidP="006023F3">
            <w:pPr>
              <w:rPr>
                <w:rFonts w:cs="Times New Roman"/>
                <w:szCs w:val="28"/>
                <w:lang w:val="ru-RU"/>
              </w:rPr>
            </w:pPr>
            <w:r w:rsidRPr="00726D7C">
              <w:rPr>
                <w:rFonts w:cs="Times New Roman"/>
                <w:szCs w:val="28"/>
                <w:lang w:val="ru-RU"/>
              </w:rPr>
              <w:t>• Утренняя/адаптационная разминка, прогулка по территории, подвижные игры на знакомство.</w:t>
            </w:r>
          </w:p>
        </w:tc>
      </w:tr>
      <w:tr w:rsidR="0085125B" w:rsidRPr="00337B30" w14:paraId="64BF36AC" w14:textId="77777777">
        <w:trPr>
          <w:jc w:val="center"/>
        </w:trPr>
        <w:tc>
          <w:tcPr>
            <w:tcW w:w="4819" w:type="dxa"/>
          </w:tcPr>
          <w:p w14:paraId="67707CD4" w14:textId="77777777" w:rsidR="0085125B" w:rsidRPr="00726D7C" w:rsidRDefault="001F678B" w:rsidP="006023F3">
            <w:pPr>
              <w:rPr>
                <w:rFonts w:cs="Times New Roman"/>
                <w:szCs w:val="28"/>
              </w:rPr>
            </w:pPr>
            <w:r w:rsidRPr="00726D7C">
              <w:rPr>
                <w:rFonts w:cs="Times New Roman"/>
                <w:szCs w:val="28"/>
              </w:rPr>
              <w:t>Ожидаемый результат дня</w:t>
            </w:r>
          </w:p>
        </w:tc>
        <w:tc>
          <w:tcPr>
            <w:tcW w:w="4819" w:type="dxa"/>
          </w:tcPr>
          <w:p w14:paraId="6171C5D4" w14:textId="77777777" w:rsidR="0085125B" w:rsidRPr="00726D7C" w:rsidRDefault="001F678B" w:rsidP="006023F3">
            <w:pPr>
              <w:rPr>
                <w:rFonts w:cs="Times New Roman"/>
                <w:szCs w:val="28"/>
                <w:lang w:val="ru-RU"/>
              </w:rPr>
            </w:pPr>
            <w:r w:rsidRPr="00726D7C">
              <w:rPr>
                <w:rFonts w:cs="Times New Roman"/>
                <w:szCs w:val="28"/>
                <w:lang w:val="ru-RU"/>
              </w:rPr>
              <w:t>Сформированы арт-команды, участники ознакомлены с правилами и включены в творческую среду.</w:t>
            </w:r>
          </w:p>
        </w:tc>
      </w:tr>
    </w:tbl>
    <w:p w14:paraId="16A14A77" w14:textId="77777777" w:rsidR="0085125B" w:rsidRPr="00726D7C" w:rsidRDefault="001F678B" w:rsidP="006023F3">
      <w:pPr>
        <w:pStyle w:val="31"/>
        <w:spacing w:before="60" w:after="60" w:line="240" w:lineRule="auto"/>
        <w:rPr>
          <w:rFonts w:cs="Times New Roman"/>
          <w:szCs w:val="28"/>
          <w:lang w:val="ru-RU"/>
        </w:rPr>
      </w:pPr>
      <w:r w:rsidRPr="00726D7C">
        <w:rPr>
          <w:rFonts w:eastAsia="Times New Roman" w:cs="Times New Roman"/>
          <w:szCs w:val="28"/>
          <w:lang w:val="ru-RU"/>
        </w:rPr>
        <w:t>2 день. «Бір команда - бір шабыт» - день творческой команды</w:t>
      </w:r>
    </w:p>
    <w:tbl>
      <w:tblPr>
        <w:tblStyle w:val="aff0"/>
        <w:tblW w:w="0" w:type="auto"/>
        <w:jc w:val="center"/>
        <w:tblLook w:val="04A0" w:firstRow="1" w:lastRow="0" w:firstColumn="1" w:lastColumn="0" w:noHBand="0" w:noVBand="1"/>
      </w:tblPr>
      <w:tblGrid>
        <w:gridCol w:w="4814"/>
        <w:gridCol w:w="4813"/>
      </w:tblGrid>
      <w:tr w:rsidR="0085125B" w:rsidRPr="00726D7C" w14:paraId="18B80C12" w14:textId="77777777">
        <w:trPr>
          <w:tblHeader/>
          <w:jc w:val="center"/>
        </w:trPr>
        <w:tc>
          <w:tcPr>
            <w:tcW w:w="4819" w:type="dxa"/>
            <w:shd w:val="clear" w:color="auto" w:fill="FCE4D6"/>
          </w:tcPr>
          <w:p w14:paraId="44B272E0" w14:textId="77777777" w:rsidR="0085125B" w:rsidRPr="00726D7C" w:rsidRDefault="001F678B" w:rsidP="006023F3">
            <w:pPr>
              <w:rPr>
                <w:rFonts w:cs="Times New Roman"/>
                <w:szCs w:val="28"/>
              </w:rPr>
            </w:pPr>
            <w:r w:rsidRPr="00726D7C">
              <w:rPr>
                <w:rFonts w:cs="Times New Roman"/>
                <w:b/>
                <w:szCs w:val="28"/>
              </w:rPr>
              <w:lastRenderedPageBreak/>
              <w:t>Компонент дня</w:t>
            </w:r>
          </w:p>
        </w:tc>
        <w:tc>
          <w:tcPr>
            <w:tcW w:w="4819" w:type="dxa"/>
            <w:shd w:val="clear" w:color="auto" w:fill="FCE4D6"/>
          </w:tcPr>
          <w:p w14:paraId="0CEDC555" w14:textId="77777777" w:rsidR="0085125B" w:rsidRPr="00726D7C" w:rsidRDefault="001F678B" w:rsidP="006023F3">
            <w:pPr>
              <w:rPr>
                <w:rFonts w:cs="Times New Roman"/>
                <w:szCs w:val="28"/>
              </w:rPr>
            </w:pPr>
            <w:r w:rsidRPr="00726D7C">
              <w:rPr>
                <w:rFonts w:cs="Times New Roman"/>
                <w:b/>
                <w:szCs w:val="28"/>
              </w:rPr>
              <w:t>Содержание</w:t>
            </w:r>
          </w:p>
        </w:tc>
      </w:tr>
      <w:tr w:rsidR="0085125B" w:rsidRPr="00726D7C" w14:paraId="4C76275F" w14:textId="77777777">
        <w:trPr>
          <w:jc w:val="center"/>
        </w:trPr>
        <w:tc>
          <w:tcPr>
            <w:tcW w:w="4819" w:type="dxa"/>
          </w:tcPr>
          <w:p w14:paraId="67B3DF3C" w14:textId="77777777" w:rsidR="0085125B" w:rsidRPr="00726D7C" w:rsidRDefault="001F678B" w:rsidP="006023F3">
            <w:pPr>
              <w:rPr>
                <w:rFonts w:cs="Times New Roman"/>
                <w:szCs w:val="28"/>
                <w:lang w:val="ru-RU"/>
              </w:rPr>
            </w:pPr>
            <w:r w:rsidRPr="00726D7C">
              <w:rPr>
                <w:rFonts w:cs="Times New Roman"/>
                <w:szCs w:val="28"/>
                <w:lang w:val="ru-RU"/>
              </w:rPr>
              <w:t>Развивающие / проектные / исследовательские / творческие занятия (не менее 2)</w:t>
            </w:r>
          </w:p>
        </w:tc>
        <w:tc>
          <w:tcPr>
            <w:tcW w:w="4819" w:type="dxa"/>
          </w:tcPr>
          <w:p w14:paraId="7A87F2AF" w14:textId="77777777" w:rsidR="0085125B" w:rsidRPr="00726D7C" w:rsidRDefault="001F678B" w:rsidP="006023F3">
            <w:pPr>
              <w:rPr>
                <w:rFonts w:cs="Times New Roman"/>
                <w:szCs w:val="28"/>
              </w:rPr>
            </w:pPr>
            <w:r w:rsidRPr="00726D7C">
              <w:rPr>
                <w:rFonts w:cs="Times New Roman"/>
                <w:szCs w:val="28"/>
                <w:lang w:val="ru-RU"/>
              </w:rPr>
              <w:t>• Развивающее занятие «Команда в творческом проекте: роли и вклад».</w:t>
            </w:r>
            <w:r w:rsidRPr="00726D7C">
              <w:rPr>
                <w:rFonts w:cs="Times New Roman"/>
                <w:szCs w:val="28"/>
                <w:lang w:val="ru-RU"/>
              </w:rPr>
              <w:br/>
            </w:r>
            <w:r w:rsidRPr="00726D7C">
              <w:rPr>
                <w:rFonts w:cs="Times New Roman"/>
                <w:szCs w:val="28"/>
              </w:rPr>
              <w:t>• Командная игра на доверие, коммуникацию и творческое взаимодействие.</w:t>
            </w:r>
          </w:p>
        </w:tc>
      </w:tr>
      <w:tr w:rsidR="0085125B" w:rsidRPr="00726D7C" w14:paraId="7E09DA42" w14:textId="77777777">
        <w:trPr>
          <w:jc w:val="center"/>
        </w:trPr>
        <w:tc>
          <w:tcPr>
            <w:tcW w:w="4819" w:type="dxa"/>
          </w:tcPr>
          <w:p w14:paraId="6BD154D4" w14:textId="77777777" w:rsidR="0085125B" w:rsidRPr="00726D7C" w:rsidRDefault="001F678B" w:rsidP="006023F3">
            <w:pPr>
              <w:rPr>
                <w:rFonts w:cs="Times New Roman"/>
                <w:szCs w:val="28"/>
                <w:lang w:val="ru-RU"/>
              </w:rPr>
            </w:pPr>
            <w:r w:rsidRPr="00726D7C">
              <w:rPr>
                <w:rFonts w:cs="Times New Roman"/>
                <w:szCs w:val="28"/>
                <w:lang w:val="ru-RU"/>
              </w:rPr>
              <w:t>Практико-ориентированные занятия (не менее 2)</w:t>
            </w:r>
          </w:p>
        </w:tc>
        <w:tc>
          <w:tcPr>
            <w:tcW w:w="4819" w:type="dxa"/>
          </w:tcPr>
          <w:p w14:paraId="58B049BE" w14:textId="77777777" w:rsidR="0085125B" w:rsidRPr="00726D7C" w:rsidRDefault="001F678B" w:rsidP="006023F3">
            <w:pPr>
              <w:rPr>
                <w:rFonts w:cs="Times New Roman"/>
                <w:szCs w:val="28"/>
              </w:rPr>
            </w:pPr>
            <w:r w:rsidRPr="00726D7C">
              <w:rPr>
                <w:rFonts w:cs="Times New Roman"/>
                <w:szCs w:val="28"/>
                <w:lang w:val="ru-RU"/>
              </w:rPr>
              <w:t>• Тренинг распределения ролей: художник, сценарист, дизайнер, спикер, организатор, куратор.</w:t>
            </w:r>
            <w:r w:rsidRPr="00726D7C">
              <w:rPr>
                <w:rFonts w:cs="Times New Roman"/>
                <w:szCs w:val="28"/>
                <w:lang w:val="ru-RU"/>
              </w:rPr>
              <w:br/>
            </w:r>
            <w:r w:rsidRPr="00726D7C">
              <w:rPr>
                <w:rFonts w:cs="Times New Roman"/>
                <w:szCs w:val="28"/>
              </w:rPr>
              <w:t>• Практикум «Как договориться о творческой идее».</w:t>
            </w:r>
          </w:p>
        </w:tc>
      </w:tr>
      <w:tr w:rsidR="0085125B" w:rsidRPr="00726D7C" w14:paraId="2DB9E126" w14:textId="77777777">
        <w:trPr>
          <w:jc w:val="center"/>
        </w:trPr>
        <w:tc>
          <w:tcPr>
            <w:tcW w:w="4819" w:type="dxa"/>
          </w:tcPr>
          <w:p w14:paraId="5B0706D1" w14:textId="77777777" w:rsidR="0085125B" w:rsidRPr="00726D7C" w:rsidRDefault="001F678B" w:rsidP="006023F3">
            <w:pPr>
              <w:rPr>
                <w:rFonts w:cs="Times New Roman"/>
                <w:szCs w:val="28"/>
                <w:lang w:val="ru-RU"/>
              </w:rPr>
            </w:pPr>
            <w:r w:rsidRPr="00726D7C">
              <w:rPr>
                <w:rFonts w:cs="Times New Roman"/>
                <w:szCs w:val="28"/>
                <w:lang w:val="ru-RU"/>
              </w:rPr>
              <w:t>Воспитательные мероприятия и проекты (не менее 2)</w:t>
            </w:r>
          </w:p>
        </w:tc>
        <w:tc>
          <w:tcPr>
            <w:tcW w:w="4819" w:type="dxa"/>
          </w:tcPr>
          <w:p w14:paraId="379D6F0C" w14:textId="77777777" w:rsidR="0085125B" w:rsidRPr="00726D7C" w:rsidRDefault="001F678B" w:rsidP="006023F3">
            <w:pPr>
              <w:rPr>
                <w:rFonts w:cs="Times New Roman"/>
                <w:szCs w:val="28"/>
              </w:rPr>
            </w:pPr>
            <w:r w:rsidRPr="00726D7C">
              <w:rPr>
                <w:rFonts w:cs="Times New Roman"/>
                <w:szCs w:val="28"/>
                <w:lang w:val="ru-RU"/>
              </w:rPr>
              <w:t>• Воспитательное мероприятие «Уважение к таланту и труду другого».</w:t>
            </w:r>
            <w:r w:rsidRPr="00726D7C">
              <w:rPr>
                <w:rFonts w:cs="Times New Roman"/>
                <w:szCs w:val="28"/>
                <w:lang w:val="ru-RU"/>
              </w:rPr>
              <w:br/>
            </w:r>
            <w:r w:rsidRPr="00726D7C">
              <w:rPr>
                <w:rFonts w:cs="Times New Roman"/>
                <w:szCs w:val="28"/>
              </w:rPr>
              <w:t>• Вечер арт-визиток команд.</w:t>
            </w:r>
          </w:p>
        </w:tc>
      </w:tr>
      <w:tr w:rsidR="0085125B" w:rsidRPr="00337B30" w14:paraId="2BD76083" w14:textId="77777777">
        <w:trPr>
          <w:jc w:val="center"/>
        </w:trPr>
        <w:tc>
          <w:tcPr>
            <w:tcW w:w="4819" w:type="dxa"/>
          </w:tcPr>
          <w:p w14:paraId="4EFF34B6" w14:textId="77777777" w:rsidR="0085125B" w:rsidRPr="00726D7C" w:rsidRDefault="001F678B" w:rsidP="006023F3">
            <w:pPr>
              <w:rPr>
                <w:rFonts w:cs="Times New Roman"/>
                <w:szCs w:val="28"/>
                <w:lang w:val="ru-RU"/>
              </w:rPr>
            </w:pPr>
            <w:r w:rsidRPr="00726D7C">
              <w:rPr>
                <w:rFonts w:cs="Times New Roman"/>
                <w:szCs w:val="28"/>
                <w:lang w:val="ru-RU"/>
              </w:rPr>
              <w:t>Оздоровительный модуль (до 3 академических часов в день)</w:t>
            </w:r>
          </w:p>
        </w:tc>
        <w:tc>
          <w:tcPr>
            <w:tcW w:w="4819" w:type="dxa"/>
          </w:tcPr>
          <w:p w14:paraId="2F961604" w14:textId="77777777" w:rsidR="0085125B" w:rsidRPr="00726D7C" w:rsidRDefault="001F678B" w:rsidP="006023F3">
            <w:pPr>
              <w:rPr>
                <w:rFonts w:cs="Times New Roman"/>
                <w:szCs w:val="28"/>
                <w:lang w:val="ru-RU"/>
              </w:rPr>
            </w:pPr>
            <w:r w:rsidRPr="00726D7C">
              <w:rPr>
                <w:rFonts w:cs="Times New Roman"/>
                <w:szCs w:val="28"/>
                <w:lang w:val="ru-RU"/>
              </w:rPr>
              <w:t>• Утренняя зарядка, танцевальная разминка, игры на сплочение.</w:t>
            </w:r>
          </w:p>
        </w:tc>
      </w:tr>
      <w:tr w:rsidR="0085125B" w:rsidRPr="00337B30" w14:paraId="03EFDCA7" w14:textId="77777777">
        <w:trPr>
          <w:jc w:val="center"/>
        </w:trPr>
        <w:tc>
          <w:tcPr>
            <w:tcW w:w="4819" w:type="dxa"/>
          </w:tcPr>
          <w:p w14:paraId="009E38E4" w14:textId="77777777" w:rsidR="0085125B" w:rsidRPr="00726D7C" w:rsidRDefault="001F678B" w:rsidP="006023F3">
            <w:pPr>
              <w:rPr>
                <w:rFonts w:cs="Times New Roman"/>
                <w:szCs w:val="28"/>
              </w:rPr>
            </w:pPr>
            <w:r w:rsidRPr="00726D7C">
              <w:rPr>
                <w:rFonts w:cs="Times New Roman"/>
                <w:szCs w:val="28"/>
              </w:rPr>
              <w:t>Ожидаемый результат дня</w:t>
            </w:r>
          </w:p>
        </w:tc>
        <w:tc>
          <w:tcPr>
            <w:tcW w:w="4819" w:type="dxa"/>
          </w:tcPr>
          <w:p w14:paraId="50F93840" w14:textId="77777777" w:rsidR="0085125B" w:rsidRPr="00726D7C" w:rsidRDefault="001F678B" w:rsidP="006023F3">
            <w:pPr>
              <w:rPr>
                <w:rFonts w:cs="Times New Roman"/>
                <w:szCs w:val="28"/>
                <w:lang w:val="ru-RU"/>
              </w:rPr>
            </w:pPr>
            <w:r w:rsidRPr="00726D7C">
              <w:rPr>
                <w:rFonts w:cs="Times New Roman"/>
                <w:szCs w:val="28"/>
                <w:lang w:val="ru-RU"/>
              </w:rPr>
              <w:t>Участники освоили правила командного творчества и подготовили арт-визитку.</w:t>
            </w:r>
          </w:p>
        </w:tc>
      </w:tr>
    </w:tbl>
    <w:p w14:paraId="23F092BD" w14:textId="77777777" w:rsidR="0085125B" w:rsidRPr="00726D7C" w:rsidRDefault="001F678B" w:rsidP="006023F3">
      <w:pPr>
        <w:pStyle w:val="31"/>
        <w:spacing w:before="60" w:after="60" w:line="240" w:lineRule="auto"/>
        <w:rPr>
          <w:rFonts w:cs="Times New Roman"/>
          <w:szCs w:val="28"/>
          <w:lang w:val="ru-RU"/>
        </w:rPr>
      </w:pPr>
      <w:r w:rsidRPr="00726D7C">
        <w:rPr>
          <w:rFonts w:eastAsia="Times New Roman" w:cs="Times New Roman"/>
          <w:szCs w:val="28"/>
          <w:lang w:val="ru-RU"/>
        </w:rPr>
        <w:t>3 день. «Түс пен сызық» - день визуального искусства</w:t>
      </w:r>
    </w:p>
    <w:tbl>
      <w:tblPr>
        <w:tblStyle w:val="aff0"/>
        <w:tblW w:w="0" w:type="auto"/>
        <w:jc w:val="center"/>
        <w:tblLook w:val="04A0" w:firstRow="1" w:lastRow="0" w:firstColumn="1" w:lastColumn="0" w:noHBand="0" w:noVBand="1"/>
      </w:tblPr>
      <w:tblGrid>
        <w:gridCol w:w="4814"/>
        <w:gridCol w:w="4813"/>
      </w:tblGrid>
      <w:tr w:rsidR="0085125B" w:rsidRPr="00726D7C" w14:paraId="61F73DCE" w14:textId="77777777">
        <w:trPr>
          <w:tblHeader/>
          <w:jc w:val="center"/>
        </w:trPr>
        <w:tc>
          <w:tcPr>
            <w:tcW w:w="4819" w:type="dxa"/>
            <w:shd w:val="clear" w:color="auto" w:fill="FCE4D6"/>
          </w:tcPr>
          <w:p w14:paraId="5F3A2C9B" w14:textId="77777777" w:rsidR="0085125B" w:rsidRPr="00726D7C" w:rsidRDefault="001F678B" w:rsidP="006023F3">
            <w:pPr>
              <w:rPr>
                <w:rFonts w:cs="Times New Roman"/>
                <w:szCs w:val="28"/>
              </w:rPr>
            </w:pPr>
            <w:r w:rsidRPr="00726D7C">
              <w:rPr>
                <w:rFonts w:cs="Times New Roman"/>
                <w:b/>
                <w:szCs w:val="28"/>
              </w:rPr>
              <w:t>Компонент дня</w:t>
            </w:r>
          </w:p>
        </w:tc>
        <w:tc>
          <w:tcPr>
            <w:tcW w:w="4819" w:type="dxa"/>
            <w:shd w:val="clear" w:color="auto" w:fill="FCE4D6"/>
          </w:tcPr>
          <w:p w14:paraId="55CE2F3E" w14:textId="77777777" w:rsidR="0085125B" w:rsidRPr="00726D7C" w:rsidRDefault="001F678B" w:rsidP="006023F3">
            <w:pPr>
              <w:rPr>
                <w:rFonts w:cs="Times New Roman"/>
                <w:szCs w:val="28"/>
              </w:rPr>
            </w:pPr>
            <w:r w:rsidRPr="00726D7C">
              <w:rPr>
                <w:rFonts w:cs="Times New Roman"/>
                <w:b/>
                <w:szCs w:val="28"/>
              </w:rPr>
              <w:t>Содержание</w:t>
            </w:r>
          </w:p>
        </w:tc>
      </w:tr>
      <w:tr w:rsidR="0085125B" w:rsidRPr="00337B30" w14:paraId="7C8BE9DA" w14:textId="77777777">
        <w:trPr>
          <w:jc w:val="center"/>
        </w:trPr>
        <w:tc>
          <w:tcPr>
            <w:tcW w:w="4819" w:type="dxa"/>
          </w:tcPr>
          <w:p w14:paraId="650AF155" w14:textId="77777777" w:rsidR="0085125B" w:rsidRPr="00726D7C" w:rsidRDefault="001F678B" w:rsidP="006023F3">
            <w:pPr>
              <w:rPr>
                <w:rFonts w:cs="Times New Roman"/>
                <w:szCs w:val="28"/>
                <w:lang w:val="ru-RU"/>
              </w:rPr>
            </w:pPr>
            <w:r w:rsidRPr="00726D7C">
              <w:rPr>
                <w:rFonts w:cs="Times New Roman"/>
                <w:szCs w:val="28"/>
                <w:lang w:val="ru-RU"/>
              </w:rPr>
              <w:t>Развивающие / проектные / исследовательские / творческие занятия (не менее 2)</w:t>
            </w:r>
          </w:p>
        </w:tc>
        <w:tc>
          <w:tcPr>
            <w:tcW w:w="4819" w:type="dxa"/>
          </w:tcPr>
          <w:p w14:paraId="6FD9407D" w14:textId="77777777" w:rsidR="0085125B" w:rsidRPr="00726D7C" w:rsidRDefault="001F678B" w:rsidP="006023F3">
            <w:pPr>
              <w:rPr>
                <w:rFonts w:cs="Times New Roman"/>
                <w:szCs w:val="28"/>
                <w:lang w:val="ru-RU"/>
              </w:rPr>
            </w:pPr>
            <w:r w:rsidRPr="00726D7C">
              <w:rPr>
                <w:rFonts w:cs="Times New Roman"/>
                <w:szCs w:val="28"/>
                <w:lang w:val="ru-RU"/>
              </w:rPr>
              <w:t>• Развивающее занятие «Цвет, линия, форма и настроение».</w:t>
            </w:r>
            <w:r w:rsidRPr="00726D7C">
              <w:rPr>
                <w:rFonts w:cs="Times New Roman"/>
                <w:szCs w:val="28"/>
                <w:lang w:val="ru-RU"/>
              </w:rPr>
              <w:br/>
              <w:t>• Творческая лаборатория «Образ через цвет».</w:t>
            </w:r>
          </w:p>
        </w:tc>
      </w:tr>
      <w:tr w:rsidR="0085125B" w:rsidRPr="00726D7C" w14:paraId="2ECC4144" w14:textId="77777777">
        <w:trPr>
          <w:jc w:val="center"/>
        </w:trPr>
        <w:tc>
          <w:tcPr>
            <w:tcW w:w="4819" w:type="dxa"/>
          </w:tcPr>
          <w:p w14:paraId="1E974682" w14:textId="77777777" w:rsidR="0085125B" w:rsidRPr="00726D7C" w:rsidRDefault="001F678B" w:rsidP="006023F3">
            <w:pPr>
              <w:rPr>
                <w:rFonts w:cs="Times New Roman"/>
                <w:szCs w:val="28"/>
                <w:lang w:val="ru-RU"/>
              </w:rPr>
            </w:pPr>
            <w:r w:rsidRPr="00726D7C">
              <w:rPr>
                <w:rFonts w:cs="Times New Roman"/>
                <w:szCs w:val="28"/>
                <w:lang w:val="ru-RU"/>
              </w:rPr>
              <w:t>Практико-ориентированные занятия (не менее 2)</w:t>
            </w:r>
          </w:p>
        </w:tc>
        <w:tc>
          <w:tcPr>
            <w:tcW w:w="4819" w:type="dxa"/>
          </w:tcPr>
          <w:p w14:paraId="2C78BBE0" w14:textId="77777777" w:rsidR="0085125B" w:rsidRPr="00726D7C" w:rsidRDefault="001F678B" w:rsidP="006023F3">
            <w:pPr>
              <w:rPr>
                <w:rFonts w:cs="Times New Roman"/>
                <w:szCs w:val="28"/>
              </w:rPr>
            </w:pPr>
            <w:r w:rsidRPr="00726D7C">
              <w:rPr>
                <w:rFonts w:cs="Times New Roman"/>
                <w:szCs w:val="28"/>
                <w:lang w:val="ru-RU"/>
              </w:rPr>
              <w:t>• Мастер-класс по коллажу, скетчингу, плакату или коллективному панно.</w:t>
            </w:r>
            <w:r w:rsidRPr="00726D7C">
              <w:rPr>
                <w:rFonts w:cs="Times New Roman"/>
                <w:szCs w:val="28"/>
                <w:lang w:val="ru-RU"/>
              </w:rPr>
              <w:br/>
            </w:r>
            <w:r w:rsidRPr="00726D7C">
              <w:rPr>
                <w:rFonts w:cs="Times New Roman"/>
                <w:szCs w:val="28"/>
              </w:rPr>
              <w:t>• Практикум «Композиция выставочной работы».</w:t>
            </w:r>
          </w:p>
        </w:tc>
      </w:tr>
      <w:tr w:rsidR="0085125B" w:rsidRPr="00337B30" w14:paraId="0BB6A328" w14:textId="77777777">
        <w:trPr>
          <w:jc w:val="center"/>
        </w:trPr>
        <w:tc>
          <w:tcPr>
            <w:tcW w:w="4819" w:type="dxa"/>
          </w:tcPr>
          <w:p w14:paraId="6CF08CB7" w14:textId="77777777" w:rsidR="0085125B" w:rsidRPr="00726D7C" w:rsidRDefault="001F678B" w:rsidP="006023F3">
            <w:pPr>
              <w:rPr>
                <w:rFonts w:cs="Times New Roman"/>
                <w:szCs w:val="28"/>
                <w:lang w:val="ru-RU"/>
              </w:rPr>
            </w:pPr>
            <w:r w:rsidRPr="00726D7C">
              <w:rPr>
                <w:rFonts w:cs="Times New Roman"/>
                <w:szCs w:val="28"/>
                <w:lang w:val="ru-RU"/>
              </w:rPr>
              <w:t>Воспитательные мероприятия и проекты (не менее 2)</w:t>
            </w:r>
          </w:p>
        </w:tc>
        <w:tc>
          <w:tcPr>
            <w:tcW w:w="4819" w:type="dxa"/>
          </w:tcPr>
          <w:p w14:paraId="63533F77" w14:textId="77777777" w:rsidR="0085125B" w:rsidRPr="00726D7C" w:rsidRDefault="001F678B" w:rsidP="006023F3">
            <w:pPr>
              <w:rPr>
                <w:rFonts w:cs="Times New Roman"/>
                <w:szCs w:val="28"/>
                <w:lang w:val="ru-RU"/>
              </w:rPr>
            </w:pPr>
            <w:r w:rsidRPr="00726D7C">
              <w:rPr>
                <w:rFonts w:cs="Times New Roman"/>
                <w:szCs w:val="28"/>
                <w:lang w:val="ru-RU"/>
              </w:rPr>
              <w:t>• Воспитательная беседа «Труд художника и культура зрителя».</w:t>
            </w:r>
            <w:r w:rsidRPr="00726D7C">
              <w:rPr>
                <w:rFonts w:cs="Times New Roman"/>
                <w:szCs w:val="28"/>
                <w:lang w:val="ru-RU"/>
              </w:rPr>
              <w:br/>
              <w:t>• Мини-выставка работ дня и круг обратной связи.</w:t>
            </w:r>
          </w:p>
        </w:tc>
      </w:tr>
      <w:tr w:rsidR="0085125B" w:rsidRPr="00337B30" w14:paraId="5FA99441" w14:textId="77777777">
        <w:trPr>
          <w:jc w:val="center"/>
        </w:trPr>
        <w:tc>
          <w:tcPr>
            <w:tcW w:w="4819" w:type="dxa"/>
          </w:tcPr>
          <w:p w14:paraId="789DF0B9" w14:textId="77777777" w:rsidR="0085125B" w:rsidRPr="00726D7C" w:rsidRDefault="001F678B" w:rsidP="006023F3">
            <w:pPr>
              <w:rPr>
                <w:rFonts w:cs="Times New Roman"/>
                <w:szCs w:val="28"/>
                <w:lang w:val="ru-RU"/>
              </w:rPr>
            </w:pPr>
            <w:r w:rsidRPr="00726D7C">
              <w:rPr>
                <w:rFonts w:cs="Times New Roman"/>
                <w:szCs w:val="28"/>
                <w:lang w:val="ru-RU"/>
              </w:rPr>
              <w:t>Оздоровительный модуль (до 3 академических часов в день)</w:t>
            </w:r>
          </w:p>
        </w:tc>
        <w:tc>
          <w:tcPr>
            <w:tcW w:w="4819" w:type="dxa"/>
          </w:tcPr>
          <w:p w14:paraId="5E28D614" w14:textId="77777777" w:rsidR="0085125B" w:rsidRPr="00726D7C" w:rsidRDefault="001F678B" w:rsidP="006023F3">
            <w:pPr>
              <w:rPr>
                <w:rFonts w:cs="Times New Roman"/>
                <w:szCs w:val="28"/>
                <w:lang w:val="ru-RU"/>
              </w:rPr>
            </w:pPr>
            <w:r w:rsidRPr="00726D7C">
              <w:rPr>
                <w:rFonts w:cs="Times New Roman"/>
                <w:szCs w:val="28"/>
                <w:lang w:val="ru-RU"/>
              </w:rPr>
              <w:t>• Зарядка, прогулка-наблюдение, подвижная игра «Цвета вокруг нас».</w:t>
            </w:r>
          </w:p>
        </w:tc>
      </w:tr>
      <w:tr w:rsidR="0085125B" w:rsidRPr="00337B30" w14:paraId="04775F6D" w14:textId="77777777">
        <w:trPr>
          <w:jc w:val="center"/>
        </w:trPr>
        <w:tc>
          <w:tcPr>
            <w:tcW w:w="4819" w:type="dxa"/>
          </w:tcPr>
          <w:p w14:paraId="07A97D66" w14:textId="77777777" w:rsidR="0085125B" w:rsidRPr="00726D7C" w:rsidRDefault="001F678B" w:rsidP="006023F3">
            <w:pPr>
              <w:rPr>
                <w:rFonts w:cs="Times New Roman"/>
                <w:szCs w:val="28"/>
              </w:rPr>
            </w:pPr>
            <w:r w:rsidRPr="00726D7C">
              <w:rPr>
                <w:rFonts w:cs="Times New Roman"/>
                <w:szCs w:val="28"/>
              </w:rPr>
              <w:t>Ожидаемый результат дня</w:t>
            </w:r>
          </w:p>
        </w:tc>
        <w:tc>
          <w:tcPr>
            <w:tcW w:w="4819" w:type="dxa"/>
          </w:tcPr>
          <w:p w14:paraId="0C3C683B" w14:textId="77777777" w:rsidR="0085125B" w:rsidRPr="00726D7C" w:rsidRDefault="001F678B" w:rsidP="006023F3">
            <w:pPr>
              <w:rPr>
                <w:rFonts w:cs="Times New Roman"/>
                <w:szCs w:val="28"/>
                <w:lang w:val="ru-RU"/>
              </w:rPr>
            </w:pPr>
            <w:r w:rsidRPr="00726D7C">
              <w:rPr>
                <w:rFonts w:cs="Times New Roman"/>
                <w:szCs w:val="28"/>
                <w:lang w:val="ru-RU"/>
              </w:rPr>
              <w:t>Подготовлены индивидуальные или коллективные визуальные работы.</w:t>
            </w:r>
          </w:p>
        </w:tc>
      </w:tr>
    </w:tbl>
    <w:p w14:paraId="729490B7" w14:textId="77777777" w:rsidR="0085125B" w:rsidRPr="00726D7C" w:rsidRDefault="001F678B" w:rsidP="006023F3">
      <w:pPr>
        <w:pStyle w:val="31"/>
        <w:spacing w:before="60" w:after="60" w:line="240" w:lineRule="auto"/>
        <w:rPr>
          <w:rFonts w:cs="Times New Roman"/>
          <w:szCs w:val="28"/>
          <w:lang w:val="ru-RU"/>
        </w:rPr>
      </w:pPr>
      <w:bookmarkStart w:id="0" w:name="_Hlk232154622"/>
      <w:r w:rsidRPr="00726D7C">
        <w:rPr>
          <w:rFonts w:eastAsia="Times New Roman" w:cs="Times New Roman"/>
          <w:szCs w:val="28"/>
          <w:lang w:val="ru-RU"/>
        </w:rPr>
        <w:t>4 день. «Сахна және дауыс» - театральный день</w:t>
      </w:r>
    </w:p>
    <w:tbl>
      <w:tblPr>
        <w:tblStyle w:val="aff0"/>
        <w:tblW w:w="0" w:type="auto"/>
        <w:jc w:val="center"/>
        <w:tblLook w:val="04A0" w:firstRow="1" w:lastRow="0" w:firstColumn="1" w:lastColumn="0" w:noHBand="0" w:noVBand="1"/>
      </w:tblPr>
      <w:tblGrid>
        <w:gridCol w:w="4814"/>
        <w:gridCol w:w="4813"/>
      </w:tblGrid>
      <w:tr w:rsidR="0085125B" w:rsidRPr="00726D7C" w14:paraId="44A73C8B" w14:textId="77777777">
        <w:trPr>
          <w:tblHeader/>
          <w:jc w:val="center"/>
        </w:trPr>
        <w:tc>
          <w:tcPr>
            <w:tcW w:w="4819" w:type="dxa"/>
            <w:shd w:val="clear" w:color="auto" w:fill="FCE4D6"/>
          </w:tcPr>
          <w:p w14:paraId="4880BE8E" w14:textId="77777777" w:rsidR="0085125B" w:rsidRPr="00726D7C" w:rsidRDefault="001F678B" w:rsidP="006023F3">
            <w:pPr>
              <w:rPr>
                <w:rFonts w:cs="Times New Roman"/>
                <w:szCs w:val="28"/>
              </w:rPr>
            </w:pPr>
            <w:r w:rsidRPr="00726D7C">
              <w:rPr>
                <w:rFonts w:cs="Times New Roman"/>
                <w:b/>
                <w:szCs w:val="28"/>
              </w:rPr>
              <w:t>Компонент дня</w:t>
            </w:r>
          </w:p>
        </w:tc>
        <w:tc>
          <w:tcPr>
            <w:tcW w:w="4819" w:type="dxa"/>
            <w:shd w:val="clear" w:color="auto" w:fill="FCE4D6"/>
          </w:tcPr>
          <w:p w14:paraId="0E1B3404" w14:textId="77777777" w:rsidR="0085125B" w:rsidRPr="00726D7C" w:rsidRDefault="001F678B" w:rsidP="006023F3">
            <w:pPr>
              <w:rPr>
                <w:rFonts w:cs="Times New Roman"/>
                <w:szCs w:val="28"/>
              </w:rPr>
            </w:pPr>
            <w:r w:rsidRPr="00726D7C">
              <w:rPr>
                <w:rFonts w:cs="Times New Roman"/>
                <w:b/>
                <w:szCs w:val="28"/>
              </w:rPr>
              <w:t>Содержание</w:t>
            </w:r>
          </w:p>
        </w:tc>
      </w:tr>
      <w:tr w:rsidR="0085125B" w:rsidRPr="00337B30" w14:paraId="4709AFAD" w14:textId="77777777">
        <w:trPr>
          <w:jc w:val="center"/>
        </w:trPr>
        <w:tc>
          <w:tcPr>
            <w:tcW w:w="4819" w:type="dxa"/>
          </w:tcPr>
          <w:p w14:paraId="5ECA7816" w14:textId="77777777" w:rsidR="0085125B" w:rsidRPr="00726D7C" w:rsidRDefault="001F678B" w:rsidP="006023F3">
            <w:pPr>
              <w:rPr>
                <w:rFonts w:cs="Times New Roman"/>
                <w:szCs w:val="28"/>
                <w:lang w:val="ru-RU"/>
              </w:rPr>
            </w:pPr>
            <w:r w:rsidRPr="00726D7C">
              <w:rPr>
                <w:rFonts w:cs="Times New Roman"/>
                <w:szCs w:val="28"/>
                <w:lang w:val="ru-RU"/>
              </w:rPr>
              <w:lastRenderedPageBreak/>
              <w:t>Развивающие / проектные / исследовательские / творческие занятия (не менее 2)</w:t>
            </w:r>
          </w:p>
        </w:tc>
        <w:tc>
          <w:tcPr>
            <w:tcW w:w="4819" w:type="dxa"/>
          </w:tcPr>
          <w:p w14:paraId="186DCACC" w14:textId="77777777" w:rsidR="0085125B" w:rsidRPr="00726D7C" w:rsidRDefault="001F678B" w:rsidP="006023F3">
            <w:pPr>
              <w:rPr>
                <w:rFonts w:cs="Times New Roman"/>
                <w:szCs w:val="28"/>
                <w:lang w:val="ru-RU"/>
              </w:rPr>
            </w:pPr>
            <w:r w:rsidRPr="00726D7C">
              <w:rPr>
                <w:rFonts w:cs="Times New Roman"/>
                <w:szCs w:val="28"/>
                <w:lang w:val="ru-RU"/>
              </w:rPr>
              <w:t>• Развивающее занятие «Голос, жест, мимика и образ».</w:t>
            </w:r>
            <w:r w:rsidRPr="00726D7C">
              <w:rPr>
                <w:rFonts w:cs="Times New Roman"/>
                <w:szCs w:val="28"/>
                <w:lang w:val="ru-RU"/>
              </w:rPr>
              <w:br/>
              <w:t>• Творческие этюды на импровизацию и взаимодействие.</w:t>
            </w:r>
          </w:p>
        </w:tc>
      </w:tr>
      <w:tr w:rsidR="0085125B" w:rsidRPr="00337B30" w14:paraId="511E876E" w14:textId="77777777">
        <w:trPr>
          <w:jc w:val="center"/>
        </w:trPr>
        <w:tc>
          <w:tcPr>
            <w:tcW w:w="4819" w:type="dxa"/>
          </w:tcPr>
          <w:p w14:paraId="59A56932" w14:textId="77777777" w:rsidR="0085125B" w:rsidRPr="00726D7C" w:rsidRDefault="001F678B" w:rsidP="006023F3">
            <w:pPr>
              <w:rPr>
                <w:rFonts w:cs="Times New Roman"/>
                <w:szCs w:val="28"/>
                <w:lang w:val="ru-RU"/>
              </w:rPr>
            </w:pPr>
            <w:r w:rsidRPr="00726D7C">
              <w:rPr>
                <w:rFonts w:cs="Times New Roman"/>
                <w:szCs w:val="28"/>
                <w:lang w:val="ru-RU"/>
              </w:rPr>
              <w:t>Практико-ориентированные занятия (не менее 2)</w:t>
            </w:r>
          </w:p>
        </w:tc>
        <w:tc>
          <w:tcPr>
            <w:tcW w:w="4819" w:type="dxa"/>
          </w:tcPr>
          <w:p w14:paraId="39C18BD7" w14:textId="77777777" w:rsidR="0085125B" w:rsidRPr="00726D7C" w:rsidRDefault="001F678B" w:rsidP="006023F3">
            <w:pPr>
              <w:rPr>
                <w:rFonts w:cs="Times New Roman"/>
                <w:szCs w:val="28"/>
                <w:lang w:val="ru-RU"/>
              </w:rPr>
            </w:pPr>
            <w:r w:rsidRPr="00726D7C">
              <w:rPr>
                <w:rFonts w:cs="Times New Roman"/>
                <w:szCs w:val="28"/>
                <w:lang w:val="ru-RU"/>
              </w:rPr>
              <w:t>• Практикум сценической речи и движения.</w:t>
            </w:r>
            <w:r w:rsidRPr="00726D7C">
              <w:rPr>
                <w:rFonts w:cs="Times New Roman"/>
                <w:szCs w:val="28"/>
                <w:lang w:val="ru-RU"/>
              </w:rPr>
              <w:br/>
              <w:t>• Мастерская мини-сценки, театра теней или перформанса.</w:t>
            </w:r>
          </w:p>
        </w:tc>
      </w:tr>
      <w:tr w:rsidR="0085125B" w:rsidRPr="00726D7C" w14:paraId="799D5692" w14:textId="77777777">
        <w:trPr>
          <w:jc w:val="center"/>
        </w:trPr>
        <w:tc>
          <w:tcPr>
            <w:tcW w:w="4819" w:type="dxa"/>
          </w:tcPr>
          <w:p w14:paraId="1B3E5603" w14:textId="77777777" w:rsidR="0085125B" w:rsidRPr="00726D7C" w:rsidRDefault="001F678B" w:rsidP="006023F3">
            <w:pPr>
              <w:rPr>
                <w:rFonts w:cs="Times New Roman"/>
                <w:szCs w:val="28"/>
                <w:lang w:val="ru-RU"/>
              </w:rPr>
            </w:pPr>
            <w:r w:rsidRPr="00726D7C">
              <w:rPr>
                <w:rFonts w:cs="Times New Roman"/>
                <w:szCs w:val="28"/>
                <w:lang w:val="ru-RU"/>
              </w:rPr>
              <w:t>Воспитательные мероприятия и проекты (не менее 2)</w:t>
            </w:r>
          </w:p>
        </w:tc>
        <w:tc>
          <w:tcPr>
            <w:tcW w:w="4819" w:type="dxa"/>
          </w:tcPr>
          <w:p w14:paraId="41767CC5" w14:textId="77777777" w:rsidR="0085125B" w:rsidRPr="00726D7C" w:rsidRDefault="001F678B" w:rsidP="006023F3">
            <w:pPr>
              <w:rPr>
                <w:rFonts w:cs="Times New Roman"/>
                <w:szCs w:val="28"/>
              </w:rPr>
            </w:pPr>
            <w:r w:rsidRPr="00726D7C">
              <w:rPr>
                <w:rFonts w:cs="Times New Roman"/>
                <w:szCs w:val="28"/>
                <w:lang w:val="ru-RU"/>
              </w:rPr>
              <w:t>• Воспитательное мероприятие «Ответственность перед партнером и зрителем».</w:t>
            </w:r>
            <w:r w:rsidRPr="00726D7C">
              <w:rPr>
                <w:rFonts w:cs="Times New Roman"/>
                <w:szCs w:val="28"/>
                <w:lang w:val="ru-RU"/>
              </w:rPr>
              <w:br/>
            </w:r>
            <w:r w:rsidRPr="00726D7C">
              <w:rPr>
                <w:rFonts w:cs="Times New Roman"/>
                <w:szCs w:val="28"/>
              </w:rPr>
              <w:t>• Показ театральных этюдов и рефлексия.</w:t>
            </w:r>
          </w:p>
        </w:tc>
      </w:tr>
      <w:tr w:rsidR="0085125B" w:rsidRPr="00337B30" w14:paraId="04027C44" w14:textId="77777777">
        <w:trPr>
          <w:jc w:val="center"/>
        </w:trPr>
        <w:tc>
          <w:tcPr>
            <w:tcW w:w="4819" w:type="dxa"/>
          </w:tcPr>
          <w:p w14:paraId="240F2A68" w14:textId="77777777" w:rsidR="0085125B" w:rsidRPr="00726D7C" w:rsidRDefault="001F678B" w:rsidP="006023F3">
            <w:pPr>
              <w:rPr>
                <w:rFonts w:cs="Times New Roman"/>
                <w:szCs w:val="28"/>
                <w:lang w:val="ru-RU"/>
              </w:rPr>
            </w:pPr>
            <w:r w:rsidRPr="00726D7C">
              <w:rPr>
                <w:rFonts w:cs="Times New Roman"/>
                <w:szCs w:val="28"/>
                <w:lang w:val="ru-RU"/>
              </w:rPr>
              <w:t>Оздоровительный модуль (до 3 академических часов в день)</w:t>
            </w:r>
          </w:p>
        </w:tc>
        <w:tc>
          <w:tcPr>
            <w:tcW w:w="4819" w:type="dxa"/>
          </w:tcPr>
          <w:p w14:paraId="74DAABEC" w14:textId="77777777" w:rsidR="0085125B" w:rsidRPr="00726D7C" w:rsidRDefault="001F678B" w:rsidP="006023F3">
            <w:pPr>
              <w:rPr>
                <w:rFonts w:cs="Times New Roman"/>
                <w:szCs w:val="28"/>
                <w:lang w:val="ru-RU"/>
              </w:rPr>
            </w:pPr>
            <w:r w:rsidRPr="00726D7C">
              <w:rPr>
                <w:rFonts w:cs="Times New Roman"/>
                <w:szCs w:val="28"/>
                <w:lang w:val="ru-RU"/>
              </w:rPr>
              <w:t>• Зарядка, дыхательные упражнения, подвижные игры на внимание и координацию.</w:t>
            </w:r>
          </w:p>
        </w:tc>
      </w:tr>
      <w:tr w:rsidR="0085125B" w:rsidRPr="00337B30" w14:paraId="54832E65" w14:textId="77777777">
        <w:trPr>
          <w:jc w:val="center"/>
        </w:trPr>
        <w:tc>
          <w:tcPr>
            <w:tcW w:w="4819" w:type="dxa"/>
          </w:tcPr>
          <w:p w14:paraId="6E65F62C" w14:textId="77777777" w:rsidR="0085125B" w:rsidRPr="00726D7C" w:rsidRDefault="001F678B" w:rsidP="006023F3">
            <w:pPr>
              <w:rPr>
                <w:rFonts w:cs="Times New Roman"/>
                <w:szCs w:val="28"/>
              </w:rPr>
            </w:pPr>
            <w:r w:rsidRPr="00726D7C">
              <w:rPr>
                <w:rFonts w:cs="Times New Roman"/>
                <w:szCs w:val="28"/>
              </w:rPr>
              <w:t>Ожидаемый результат дня</w:t>
            </w:r>
          </w:p>
        </w:tc>
        <w:tc>
          <w:tcPr>
            <w:tcW w:w="4819" w:type="dxa"/>
          </w:tcPr>
          <w:p w14:paraId="58A1DC09" w14:textId="77777777" w:rsidR="0085125B" w:rsidRPr="00726D7C" w:rsidRDefault="001F678B" w:rsidP="006023F3">
            <w:pPr>
              <w:rPr>
                <w:rFonts w:cs="Times New Roman"/>
                <w:szCs w:val="28"/>
                <w:lang w:val="ru-RU"/>
              </w:rPr>
            </w:pPr>
            <w:r w:rsidRPr="00726D7C">
              <w:rPr>
                <w:rFonts w:cs="Times New Roman"/>
                <w:szCs w:val="28"/>
                <w:lang w:val="ru-RU"/>
              </w:rPr>
              <w:t>Команды подготовили сценический этюд или мини-постановку.</w:t>
            </w:r>
          </w:p>
        </w:tc>
      </w:tr>
    </w:tbl>
    <w:bookmarkEnd w:id="0"/>
    <w:p w14:paraId="4797AC76" w14:textId="77777777" w:rsidR="0085125B" w:rsidRPr="00726D7C" w:rsidRDefault="001F678B" w:rsidP="006023F3">
      <w:pPr>
        <w:pStyle w:val="31"/>
        <w:spacing w:before="60" w:after="60" w:line="240" w:lineRule="auto"/>
        <w:rPr>
          <w:rFonts w:cs="Times New Roman"/>
          <w:szCs w:val="28"/>
          <w:lang w:val="ru-RU"/>
        </w:rPr>
      </w:pPr>
      <w:r w:rsidRPr="00726D7C">
        <w:rPr>
          <w:rFonts w:eastAsia="Times New Roman" w:cs="Times New Roman"/>
          <w:szCs w:val="28"/>
          <w:lang w:val="ru-RU"/>
        </w:rPr>
        <w:t>5 день. «Ритм және қозғалыс» - музыкально-двигательный день</w:t>
      </w:r>
    </w:p>
    <w:tbl>
      <w:tblPr>
        <w:tblStyle w:val="aff0"/>
        <w:tblW w:w="0" w:type="auto"/>
        <w:jc w:val="center"/>
        <w:tblLook w:val="04A0" w:firstRow="1" w:lastRow="0" w:firstColumn="1" w:lastColumn="0" w:noHBand="0" w:noVBand="1"/>
      </w:tblPr>
      <w:tblGrid>
        <w:gridCol w:w="4814"/>
        <w:gridCol w:w="4813"/>
      </w:tblGrid>
      <w:tr w:rsidR="0085125B" w:rsidRPr="00726D7C" w14:paraId="3A9097D5" w14:textId="77777777">
        <w:trPr>
          <w:tblHeader/>
          <w:jc w:val="center"/>
        </w:trPr>
        <w:tc>
          <w:tcPr>
            <w:tcW w:w="4819" w:type="dxa"/>
            <w:shd w:val="clear" w:color="auto" w:fill="FCE4D6"/>
          </w:tcPr>
          <w:p w14:paraId="20C0078E" w14:textId="77777777" w:rsidR="0085125B" w:rsidRPr="00726D7C" w:rsidRDefault="001F678B" w:rsidP="006023F3">
            <w:pPr>
              <w:rPr>
                <w:rFonts w:cs="Times New Roman"/>
                <w:szCs w:val="28"/>
              </w:rPr>
            </w:pPr>
            <w:r w:rsidRPr="00726D7C">
              <w:rPr>
                <w:rFonts w:cs="Times New Roman"/>
                <w:b/>
                <w:szCs w:val="28"/>
              </w:rPr>
              <w:t>Компонент дня</w:t>
            </w:r>
          </w:p>
        </w:tc>
        <w:tc>
          <w:tcPr>
            <w:tcW w:w="4819" w:type="dxa"/>
            <w:shd w:val="clear" w:color="auto" w:fill="FCE4D6"/>
          </w:tcPr>
          <w:p w14:paraId="01EEA084" w14:textId="77777777" w:rsidR="0085125B" w:rsidRPr="00726D7C" w:rsidRDefault="001F678B" w:rsidP="006023F3">
            <w:pPr>
              <w:rPr>
                <w:rFonts w:cs="Times New Roman"/>
                <w:szCs w:val="28"/>
              </w:rPr>
            </w:pPr>
            <w:r w:rsidRPr="00726D7C">
              <w:rPr>
                <w:rFonts w:cs="Times New Roman"/>
                <w:b/>
                <w:szCs w:val="28"/>
              </w:rPr>
              <w:t>Содержание</w:t>
            </w:r>
          </w:p>
        </w:tc>
      </w:tr>
      <w:tr w:rsidR="0085125B" w:rsidRPr="00337B30" w14:paraId="1D3BA351" w14:textId="77777777">
        <w:trPr>
          <w:jc w:val="center"/>
        </w:trPr>
        <w:tc>
          <w:tcPr>
            <w:tcW w:w="4819" w:type="dxa"/>
          </w:tcPr>
          <w:p w14:paraId="581DA2D7" w14:textId="77777777" w:rsidR="0085125B" w:rsidRPr="00726D7C" w:rsidRDefault="001F678B" w:rsidP="006023F3">
            <w:pPr>
              <w:rPr>
                <w:rFonts w:cs="Times New Roman"/>
                <w:szCs w:val="28"/>
                <w:lang w:val="ru-RU"/>
              </w:rPr>
            </w:pPr>
            <w:r w:rsidRPr="00726D7C">
              <w:rPr>
                <w:rFonts w:cs="Times New Roman"/>
                <w:szCs w:val="28"/>
                <w:lang w:val="ru-RU"/>
              </w:rPr>
              <w:t>Развивающие / проектные / исследовательские / творческие занятия (не менее 2)</w:t>
            </w:r>
          </w:p>
        </w:tc>
        <w:tc>
          <w:tcPr>
            <w:tcW w:w="4819" w:type="dxa"/>
          </w:tcPr>
          <w:p w14:paraId="03FD087F" w14:textId="77777777" w:rsidR="0085125B" w:rsidRPr="00726D7C" w:rsidRDefault="001F678B" w:rsidP="006023F3">
            <w:pPr>
              <w:rPr>
                <w:rFonts w:cs="Times New Roman"/>
                <w:szCs w:val="28"/>
                <w:lang w:val="ru-RU"/>
              </w:rPr>
            </w:pPr>
            <w:r w:rsidRPr="00726D7C">
              <w:rPr>
                <w:rFonts w:cs="Times New Roman"/>
                <w:szCs w:val="28"/>
                <w:lang w:val="ru-RU"/>
              </w:rPr>
              <w:t>• Развивающее занятие «Ритм, звук и движение как язык эмоций».</w:t>
            </w:r>
            <w:r w:rsidRPr="00726D7C">
              <w:rPr>
                <w:rFonts w:cs="Times New Roman"/>
                <w:szCs w:val="28"/>
                <w:lang w:val="ru-RU"/>
              </w:rPr>
              <w:br/>
              <w:t>• Музыкально-двигательная игра на чувство ритма.</w:t>
            </w:r>
          </w:p>
        </w:tc>
      </w:tr>
      <w:tr w:rsidR="0085125B" w:rsidRPr="00726D7C" w14:paraId="295FD4DB" w14:textId="77777777">
        <w:trPr>
          <w:jc w:val="center"/>
        </w:trPr>
        <w:tc>
          <w:tcPr>
            <w:tcW w:w="4819" w:type="dxa"/>
          </w:tcPr>
          <w:p w14:paraId="13F5103A" w14:textId="77777777" w:rsidR="0085125B" w:rsidRPr="00726D7C" w:rsidRDefault="001F678B" w:rsidP="006023F3">
            <w:pPr>
              <w:rPr>
                <w:rFonts w:cs="Times New Roman"/>
                <w:szCs w:val="28"/>
                <w:lang w:val="ru-RU"/>
              </w:rPr>
            </w:pPr>
            <w:r w:rsidRPr="00726D7C">
              <w:rPr>
                <w:rFonts w:cs="Times New Roman"/>
                <w:szCs w:val="28"/>
                <w:lang w:val="ru-RU"/>
              </w:rPr>
              <w:t>Практико-ориентированные занятия (не менее 2)</w:t>
            </w:r>
          </w:p>
        </w:tc>
        <w:tc>
          <w:tcPr>
            <w:tcW w:w="4819" w:type="dxa"/>
          </w:tcPr>
          <w:p w14:paraId="3B7C4495" w14:textId="77777777" w:rsidR="0085125B" w:rsidRPr="00726D7C" w:rsidRDefault="001F678B" w:rsidP="006023F3">
            <w:pPr>
              <w:rPr>
                <w:rFonts w:cs="Times New Roman"/>
                <w:szCs w:val="28"/>
              </w:rPr>
            </w:pPr>
            <w:r w:rsidRPr="00726D7C">
              <w:rPr>
                <w:rFonts w:cs="Times New Roman"/>
                <w:szCs w:val="28"/>
                <w:lang w:val="ru-RU"/>
              </w:rPr>
              <w:t xml:space="preserve">• Практикум </w:t>
            </w:r>
            <w:r w:rsidRPr="00726D7C">
              <w:rPr>
                <w:rFonts w:cs="Times New Roman"/>
                <w:szCs w:val="28"/>
              </w:rPr>
              <w:t>body</w:t>
            </w:r>
            <w:r w:rsidRPr="00726D7C">
              <w:rPr>
                <w:rFonts w:cs="Times New Roman"/>
                <w:szCs w:val="28"/>
                <w:lang w:val="ru-RU"/>
              </w:rPr>
              <w:t xml:space="preserve"> </w:t>
            </w:r>
            <w:r w:rsidRPr="00726D7C">
              <w:rPr>
                <w:rFonts w:cs="Times New Roman"/>
                <w:szCs w:val="28"/>
              </w:rPr>
              <w:t>percussion</w:t>
            </w:r>
            <w:r w:rsidRPr="00726D7C">
              <w:rPr>
                <w:rFonts w:cs="Times New Roman"/>
                <w:szCs w:val="28"/>
                <w:lang w:val="ru-RU"/>
              </w:rPr>
              <w:t>, вокального круга или шумового оркестра.</w:t>
            </w:r>
            <w:r w:rsidRPr="00726D7C">
              <w:rPr>
                <w:rFonts w:cs="Times New Roman"/>
                <w:szCs w:val="28"/>
                <w:lang w:val="ru-RU"/>
              </w:rPr>
              <w:br/>
            </w:r>
            <w:r w:rsidRPr="00726D7C">
              <w:rPr>
                <w:rFonts w:cs="Times New Roman"/>
                <w:szCs w:val="28"/>
              </w:rPr>
              <w:t>• Мастер-класс по танцевальному или пластическому номеру.</w:t>
            </w:r>
          </w:p>
        </w:tc>
      </w:tr>
      <w:tr w:rsidR="0085125B" w:rsidRPr="00726D7C" w14:paraId="2BD391F6" w14:textId="77777777">
        <w:trPr>
          <w:jc w:val="center"/>
        </w:trPr>
        <w:tc>
          <w:tcPr>
            <w:tcW w:w="4819" w:type="dxa"/>
          </w:tcPr>
          <w:p w14:paraId="5C75AF65" w14:textId="77777777" w:rsidR="0085125B" w:rsidRPr="00726D7C" w:rsidRDefault="001F678B" w:rsidP="006023F3">
            <w:pPr>
              <w:rPr>
                <w:rFonts w:cs="Times New Roman"/>
                <w:szCs w:val="28"/>
                <w:lang w:val="ru-RU"/>
              </w:rPr>
            </w:pPr>
            <w:r w:rsidRPr="00726D7C">
              <w:rPr>
                <w:rFonts w:cs="Times New Roman"/>
                <w:szCs w:val="28"/>
                <w:lang w:val="ru-RU"/>
              </w:rPr>
              <w:t>Воспитательные мероприятия и проекты (не менее 2)</w:t>
            </w:r>
          </w:p>
        </w:tc>
        <w:tc>
          <w:tcPr>
            <w:tcW w:w="4819" w:type="dxa"/>
          </w:tcPr>
          <w:p w14:paraId="29D6ADBA" w14:textId="77777777" w:rsidR="0085125B" w:rsidRPr="00726D7C" w:rsidRDefault="001F678B" w:rsidP="006023F3">
            <w:pPr>
              <w:rPr>
                <w:rFonts w:cs="Times New Roman"/>
                <w:szCs w:val="28"/>
              </w:rPr>
            </w:pPr>
            <w:r w:rsidRPr="00726D7C">
              <w:rPr>
                <w:rFonts w:cs="Times New Roman"/>
                <w:szCs w:val="28"/>
                <w:lang w:val="ru-RU"/>
              </w:rPr>
              <w:t>• Воспитательная беседа «Сотрудничество и поддержка в выступлении».</w:t>
            </w:r>
            <w:r w:rsidRPr="00726D7C">
              <w:rPr>
                <w:rFonts w:cs="Times New Roman"/>
                <w:szCs w:val="28"/>
                <w:lang w:val="ru-RU"/>
              </w:rPr>
              <w:br/>
            </w:r>
            <w:r w:rsidRPr="00726D7C">
              <w:rPr>
                <w:rFonts w:cs="Times New Roman"/>
                <w:szCs w:val="28"/>
              </w:rPr>
              <w:t>• Вечер ритма, танца и музыкальных импровизаций.</w:t>
            </w:r>
          </w:p>
        </w:tc>
      </w:tr>
      <w:tr w:rsidR="0085125B" w:rsidRPr="00337B30" w14:paraId="00723E83" w14:textId="77777777">
        <w:trPr>
          <w:jc w:val="center"/>
        </w:trPr>
        <w:tc>
          <w:tcPr>
            <w:tcW w:w="4819" w:type="dxa"/>
          </w:tcPr>
          <w:p w14:paraId="6E935897" w14:textId="77777777" w:rsidR="0085125B" w:rsidRPr="00726D7C" w:rsidRDefault="001F678B" w:rsidP="006023F3">
            <w:pPr>
              <w:rPr>
                <w:rFonts w:cs="Times New Roman"/>
                <w:szCs w:val="28"/>
                <w:lang w:val="ru-RU"/>
              </w:rPr>
            </w:pPr>
            <w:r w:rsidRPr="00726D7C">
              <w:rPr>
                <w:rFonts w:cs="Times New Roman"/>
                <w:szCs w:val="28"/>
                <w:lang w:val="ru-RU"/>
              </w:rPr>
              <w:t>Оздоровительный модуль (до 3 академических часов в день)</w:t>
            </w:r>
          </w:p>
        </w:tc>
        <w:tc>
          <w:tcPr>
            <w:tcW w:w="4819" w:type="dxa"/>
          </w:tcPr>
          <w:p w14:paraId="25BA8AF9" w14:textId="77777777" w:rsidR="0085125B" w:rsidRPr="00726D7C" w:rsidRDefault="001F678B" w:rsidP="006023F3">
            <w:pPr>
              <w:rPr>
                <w:rFonts w:cs="Times New Roman"/>
                <w:szCs w:val="28"/>
                <w:lang w:val="ru-RU"/>
              </w:rPr>
            </w:pPr>
            <w:r w:rsidRPr="00726D7C">
              <w:rPr>
                <w:rFonts w:cs="Times New Roman"/>
                <w:szCs w:val="28"/>
                <w:lang w:val="ru-RU"/>
              </w:rPr>
              <w:t>• Зарядка, танцевальная разминка, подвижные игры для эмоциональной разгрузки.</w:t>
            </w:r>
          </w:p>
        </w:tc>
      </w:tr>
      <w:tr w:rsidR="0085125B" w:rsidRPr="00337B30" w14:paraId="37CE7F3E" w14:textId="77777777">
        <w:trPr>
          <w:jc w:val="center"/>
        </w:trPr>
        <w:tc>
          <w:tcPr>
            <w:tcW w:w="4819" w:type="dxa"/>
          </w:tcPr>
          <w:p w14:paraId="39D4E914" w14:textId="77777777" w:rsidR="0085125B" w:rsidRPr="00726D7C" w:rsidRDefault="001F678B" w:rsidP="006023F3">
            <w:pPr>
              <w:rPr>
                <w:rFonts w:cs="Times New Roman"/>
                <w:szCs w:val="28"/>
              </w:rPr>
            </w:pPr>
            <w:r w:rsidRPr="00726D7C">
              <w:rPr>
                <w:rFonts w:cs="Times New Roman"/>
                <w:szCs w:val="28"/>
              </w:rPr>
              <w:t>Ожидаемый результат дня</w:t>
            </w:r>
          </w:p>
        </w:tc>
        <w:tc>
          <w:tcPr>
            <w:tcW w:w="4819" w:type="dxa"/>
          </w:tcPr>
          <w:p w14:paraId="37FE74AA" w14:textId="77777777" w:rsidR="0085125B" w:rsidRPr="00726D7C" w:rsidRDefault="001F678B" w:rsidP="006023F3">
            <w:pPr>
              <w:rPr>
                <w:rFonts w:cs="Times New Roman"/>
                <w:szCs w:val="28"/>
                <w:lang w:val="ru-RU"/>
              </w:rPr>
            </w:pPr>
            <w:r w:rsidRPr="00726D7C">
              <w:rPr>
                <w:rFonts w:cs="Times New Roman"/>
                <w:szCs w:val="28"/>
                <w:lang w:val="ru-RU"/>
              </w:rPr>
              <w:t>Подготовлен музыкально-двигательный номер или ритмическая композиция.</w:t>
            </w:r>
          </w:p>
        </w:tc>
      </w:tr>
    </w:tbl>
    <w:p w14:paraId="07F42D11" w14:textId="77777777" w:rsidR="0085125B" w:rsidRPr="00726D7C" w:rsidRDefault="001F678B" w:rsidP="006023F3">
      <w:pPr>
        <w:pStyle w:val="31"/>
        <w:spacing w:before="60" w:after="60" w:line="240" w:lineRule="auto"/>
        <w:rPr>
          <w:rFonts w:cs="Times New Roman"/>
          <w:szCs w:val="28"/>
          <w:lang w:val="ru-RU"/>
        </w:rPr>
      </w:pPr>
      <w:r w:rsidRPr="00726D7C">
        <w:rPr>
          <w:rFonts w:eastAsia="Times New Roman" w:cs="Times New Roman"/>
          <w:szCs w:val="28"/>
          <w:lang w:val="ru-RU"/>
        </w:rPr>
        <w:lastRenderedPageBreak/>
        <w:t>6 день. «</w:t>
      </w:r>
      <w:r w:rsidRPr="00726D7C">
        <w:rPr>
          <w:rFonts w:eastAsia="Times New Roman" w:cs="Times New Roman"/>
          <w:szCs w:val="28"/>
        </w:rPr>
        <w:t>Design</w:t>
      </w:r>
      <w:r w:rsidRPr="00726D7C">
        <w:rPr>
          <w:rFonts w:eastAsia="Times New Roman" w:cs="Times New Roman"/>
          <w:szCs w:val="28"/>
          <w:lang w:val="ru-RU"/>
        </w:rPr>
        <w:t xml:space="preserve"> </w:t>
      </w:r>
      <w:r w:rsidRPr="00726D7C">
        <w:rPr>
          <w:rFonts w:eastAsia="Times New Roman" w:cs="Times New Roman"/>
          <w:szCs w:val="28"/>
        </w:rPr>
        <w:t>Lab</w:t>
      </w:r>
      <w:r w:rsidRPr="00726D7C">
        <w:rPr>
          <w:rFonts w:eastAsia="Times New Roman" w:cs="Times New Roman"/>
          <w:szCs w:val="28"/>
          <w:lang w:val="ru-RU"/>
        </w:rPr>
        <w:t>» - день дизайна и ремесел</w:t>
      </w:r>
    </w:p>
    <w:tbl>
      <w:tblPr>
        <w:tblStyle w:val="aff0"/>
        <w:tblW w:w="0" w:type="auto"/>
        <w:jc w:val="center"/>
        <w:tblLook w:val="04A0" w:firstRow="1" w:lastRow="0" w:firstColumn="1" w:lastColumn="0" w:noHBand="0" w:noVBand="1"/>
      </w:tblPr>
      <w:tblGrid>
        <w:gridCol w:w="4814"/>
        <w:gridCol w:w="4813"/>
      </w:tblGrid>
      <w:tr w:rsidR="0085125B" w:rsidRPr="00726D7C" w14:paraId="7DB8513E" w14:textId="77777777">
        <w:trPr>
          <w:tblHeader/>
          <w:jc w:val="center"/>
        </w:trPr>
        <w:tc>
          <w:tcPr>
            <w:tcW w:w="4819" w:type="dxa"/>
            <w:shd w:val="clear" w:color="auto" w:fill="FCE4D6"/>
          </w:tcPr>
          <w:p w14:paraId="3D7199DA" w14:textId="77777777" w:rsidR="0085125B" w:rsidRPr="00726D7C" w:rsidRDefault="001F678B" w:rsidP="006023F3">
            <w:pPr>
              <w:rPr>
                <w:rFonts w:cs="Times New Roman"/>
                <w:szCs w:val="28"/>
              </w:rPr>
            </w:pPr>
            <w:r w:rsidRPr="00726D7C">
              <w:rPr>
                <w:rFonts w:cs="Times New Roman"/>
                <w:b/>
                <w:szCs w:val="28"/>
              </w:rPr>
              <w:t>Компонент дня</w:t>
            </w:r>
          </w:p>
        </w:tc>
        <w:tc>
          <w:tcPr>
            <w:tcW w:w="4819" w:type="dxa"/>
            <w:shd w:val="clear" w:color="auto" w:fill="FCE4D6"/>
          </w:tcPr>
          <w:p w14:paraId="4A280E45" w14:textId="77777777" w:rsidR="0085125B" w:rsidRPr="00726D7C" w:rsidRDefault="001F678B" w:rsidP="006023F3">
            <w:pPr>
              <w:rPr>
                <w:rFonts w:cs="Times New Roman"/>
                <w:szCs w:val="28"/>
              </w:rPr>
            </w:pPr>
            <w:r w:rsidRPr="00726D7C">
              <w:rPr>
                <w:rFonts w:cs="Times New Roman"/>
                <w:b/>
                <w:szCs w:val="28"/>
              </w:rPr>
              <w:t>Содержание</w:t>
            </w:r>
          </w:p>
        </w:tc>
      </w:tr>
      <w:tr w:rsidR="0085125B" w:rsidRPr="00726D7C" w14:paraId="5A871A1D" w14:textId="77777777">
        <w:trPr>
          <w:jc w:val="center"/>
        </w:trPr>
        <w:tc>
          <w:tcPr>
            <w:tcW w:w="4819" w:type="dxa"/>
          </w:tcPr>
          <w:p w14:paraId="2311B21C" w14:textId="77777777" w:rsidR="0085125B" w:rsidRPr="00726D7C" w:rsidRDefault="001F678B" w:rsidP="006023F3">
            <w:pPr>
              <w:rPr>
                <w:rFonts w:cs="Times New Roman"/>
                <w:szCs w:val="28"/>
                <w:lang w:val="ru-RU"/>
              </w:rPr>
            </w:pPr>
            <w:r w:rsidRPr="00726D7C">
              <w:rPr>
                <w:rFonts w:cs="Times New Roman"/>
                <w:szCs w:val="28"/>
                <w:lang w:val="ru-RU"/>
              </w:rPr>
              <w:t>Развивающие / проектные / исследовательские / творческие занятия (не менее 2)</w:t>
            </w:r>
          </w:p>
        </w:tc>
        <w:tc>
          <w:tcPr>
            <w:tcW w:w="4819" w:type="dxa"/>
          </w:tcPr>
          <w:p w14:paraId="78EA95F0" w14:textId="77777777" w:rsidR="0085125B" w:rsidRPr="00726D7C" w:rsidRDefault="001F678B" w:rsidP="006023F3">
            <w:pPr>
              <w:rPr>
                <w:rFonts w:cs="Times New Roman"/>
                <w:szCs w:val="28"/>
              </w:rPr>
            </w:pPr>
            <w:r w:rsidRPr="00726D7C">
              <w:rPr>
                <w:rFonts w:cs="Times New Roman"/>
                <w:szCs w:val="28"/>
                <w:lang w:val="ru-RU"/>
              </w:rPr>
              <w:t>• Развивающее занятие «Дизайн как решение: польза, красота, смысл».</w:t>
            </w:r>
            <w:r w:rsidRPr="00726D7C">
              <w:rPr>
                <w:rFonts w:cs="Times New Roman"/>
                <w:szCs w:val="28"/>
                <w:lang w:val="ru-RU"/>
              </w:rPr>
              <w:br/>
            </w:r>
            <w:r w:rsidRPr="00726D7C">
              <w:rPr>
                <w:rFonts w:cs="Times New Roman"/>
                <w:szCs w:val="28"/>
              </w:rPr>
              <w:t>• Знакомство с этнодизайном, орнаментом, афишей или сценографией.</w:t>
            </w:r>
          </w:p>
        </w:tc>
      </w:tr>
      <w:tr w:rsidR="0085125B" w:rsidRPr="00726D7C" w14:paraId="18B2DE00" w14:textId="77777777">
        <w:trPr>
          <w:jc w:val="center"/>
        </w:trPr>
        <w:tc>
          <w:tcPr>
            <w:tcW w:w="4819" w:type="dxa"/>
          </w:tcPr>
          <w:p w14:paraId="0C01A32E" w14:textId="77777777" w:rsidR="0085125B" w:rsidRPr="00726D7C" w:rsidRDefault="001F678B" w:rsidP="006023F3">
            <w:pPr>
              <w:rPr>
                <w:rFonts w:cs="Times New Roman"/>
                <w:szCs w:val="28"/>
                <w:lang w:val="ru-RU"/>
              </w:rPr>
            </w:pPr>
            <w:r w:rsidRPr="00726D7C">
              <w:rPr>
                <w:rFonts w:cs="Times New Roman"/>
                <w:szCs w:val="28"/>
                <w:lang w:val="ru-RU"/>
              </w:rPr>
              <w:t>Практико-ориентированные занятия (не менее 2)</w:t>
            </w:r>
          </w:p>
        </w:tc>
        <w:tc>
          <w:tcPr>
            <w:tcW w:w="4819" w:type="dxa"/>
          </w:tcPr>
          <w:p w14:paraId="35DDCA9E" w14:textId="77777777" w:rsidR="0085125B" w:rsidRPr="00726D7C" w:rsidRDefault="001F678B" w:rsidP="006023F3">
            <w:pPr>
              <w:rPr>
                <w:rFonts w:cs="Times New Roman"/>
                <w:szCs w:val="28"/>
              </w:rPr>
            </w:pPr>
            <w:r w:rsidRPr="00726D7C">
              <w:rPr>
                <w:rFonts w:cs="Times New Roman"/>
                <w:szCs w:val="28"/>
                <w:lang w:val="ru-RU"/>
              </w:rPr>
              <w:t>• Мастер-класс по созданию афиши, аксессуара, костюма, арт-объекта или элемента оформления.</w:t>
            </w:r>
            <w:r w:rsidRPr="00726D7C">
              <w:rPr>
                <w:rFonts w:cs="Times New Roman"/>
                <w:szCs w:val="28"/>
                <w:lang w:val="ru-RU"/>
              </w:rPr>
              <w:br/>
            </w:r>
            <w:r w:rsidRPr="00726D7C">
              <w:rPr>
                <w:rFonts w:cs="Times New Roman"/>
                <w:szCs w:val="28"/>
              </w:rPr>
              <w:t>• Практикум апсайклинга или макетирования из доступных материалов.</w:t>
            </w:r>
          </w:p>
        </w:tc>
      </w:tr>
      <w:tr w:rsidR="0085125B" w:rsidRPr="00726D7C" w14:paraId="42737360" w14:textId="77777777">
        <w:trPr>
          <w:jc w:val="center"/>
        </w:trPr>
        <w:tc>
          <w:tcPr>
            <w:tcW w:w="4819" w:type="dxa"/>
          </w:tcPr>
          <w:p w14:paraId="20FB6E3C" w14:textId="77777777" w:rsidR="0085125B" w:rsidRPr="00726D7C" w:rsidRDefault="001F678B" w:rsidP="006023F3">
            <w:pPr>
              <w:rPr>
                <w:rFonts w:cs="Times New Roman"/>
                <w:szCs w:val="28"/>
                <w:lang w:val="ru-RU"/>
              </w:rPr>
            </w:pPr>
            <w:r w:rsidRPr="00726D7C">
              <w:rPr>
                <w:rFonts w:cs="Times New Roman"/>
                <w:szCs w:val="28"/>
                <w:lang w:val="ru-RU"/>
              </w:rPr>
              <w:t>Воспитательные мероприятия и проекты (не менее 2)</w:t>
            </w:r>
          </w:p>
        </w:tc>
        <w:tc>
          <w:tcPr>
            <w:tcW w:w="4819" w:type="dxa"/>
          </w:tcPr>
          <w:p w14:paraId="68C0AB2B" w14:textId="77777777" w:rsidR="0085125B" w:rsidRPr="00726D7C" w:rsidRDefault="001F678B" w:rsidP="006023F3">
            <w:pPr>
              <w:rPr>
                <w:rFonts w:cs="Times New Roman"/>
                <w:szCs w:val="28"/>
              </w:rPr>
            </w:pPr>
            <w:r w:rsidRPr="00726D7C">
              <w:rPr>
                <w:rFonts w:cs="Times New Roman"/>
                <w:szCs w:val="28"/>
                <w:lang w:val="ru-RU"/>
              </w:rPr>
              <w:t>• Воспитательное мероприятие «Труд, аккуратность и ответственность за общее пространство».</w:t>
            </w:r>
            <w:r w:rsidRPr="00726D7C">
              <w:rPr>
                <w:rFonts w:cs="Times New Roman"/>
                <w:szCs w:val="28"/>
                <w:lang w:val="ru-RU"/>
              </w:rPr>
              <w:br/>
            </w:r>
            <w:r w:rsidRPr="00726D7C">
              <w:rPr>
                <w:rFonts w:cs="Times New Roman"/>
                <w:szCs w:val="28"/>
              </w:rPr>
              <w:t>• Презентация дизайн-решений команд.</w:t>
            </w:r>
          </w:p>
        </w:tc>
      </w:tr>
      <w:tr w:rsidR="0085125B" w:rsidRPr="00337B30" w14:paraId="1D55C809" w14:textId="77777777">
        <w:trPr>
          <w:jc w:val="center"/>
        </w:trPr>
        <w:tc>
          <w:tcPr>
            <w:tcW w:w="4819" w:type="dxa"/>
          </w:tcPr>
          <w:p w14:paraId="621E1326" w14:textId="77777777" w:rsidR="0085125B" w:rsidRPr="00726D7C" w:rsidRDefault="001F678B" w:rsidP="006023F3">
            <w:pPr>
              <w:rPr>
                <w:rFonts w:cs="Times New Roman"/>
                <w:szCs w:val="28"/>
                <w:lang w:val="ru-RU"/>
              </w:rPr>
            </w:pPr>
            <w:r w:rsidRPr="00726D7C">
              <w:rPr>
                <w:rFonts w:cs="Times New Roman"/>
                <w:szCs w:val="28"/>
                <w:lang w:val="ru-RU"/>
              </w:rPr>
              <w:t>Оздоровительный модуль (до 3 академических часов в день)</w:t>
            </w:r>
          </w:p>
        </w:tc>
        <w:tc>
          <w:tcPr>
            <w:tcW w:w="4819" w:type="dxa"/>
          </w:tcPr>
          <w:p w14:paraId="36D17A83" w14:textId="77777777" w:rsidR="0085125B" w:rsidRPr="00726D7C" w:rsidRDefault="001F678B" w:rsidP="006023F3">
            <w:pPr>
              <w:rPr>
                <w:rFonts w:cs="Times New Roman"/>
                <w:szCs w:val="28"/>
                <w:lang w:val="ru-RU"/>
              </w:rPr>
            </w:pPr>
            <w:r w:rsidRPr="00726D7C">
              <w:rPr>
                <w:rFonts w:cs="Times New Roman"/>
                <w:szCs w:val="28"/>
                <w:lang w:val="ru-RU"/>
              </w:rPr>
              <w:t>• Зарядка, прогулка, упражнения для профилактики утомления и напряжения.</w:t>
            </w:r>
          </w:p>
        </w:tc>
      </w:tr>
      <w:tr w:rsidR="0085125B" w:rsidRPr="00337B30" w14:paraId="7D8BA039" w14:textId="77777777">
        <w:trPr>
          <w:jc w:val="center"/>
        </w:trPr>
        <w:tc>
          <w:tcPr>
            <w:tcW w:w="4819" w:type="dxa"/>
          </w:tcPr>
          <w:p w14:paraId="7EE7CFF1" w14:textId="77777777" w:rsidR="0085125B" w:rsidRPr="00726D7C" w:rsidRDefault="001F678B" w:rsidP="006023F3">
            <w:pPr>
              <w:rPr>
                <w:rFonts w:cs="Times New Roman"/>
                <w:szCs w:val="28"/>
              </w:rPr>
            </w:pPr>
            <w:r w:rsidRPr="00726D7C">
              <w:rPr>
                <w:rFonts w:cs="Times New Roman"/>
                <w:szCs w:val="28"/>
              </w:rPr>
              <w:t>Ожидаемый результат дня</w:t>
            </w:r>
          </w:p>
        </w:tc>
        <w:tc>
          <w:tcPr>
            <w:tcW w:w="4819" w:type="dxa"/>
          </w:tcPr>
          <w:p w14:paraId="1E21461E" w14:textId="77777777" w:rsidR="0085125B" w:rsidRPr="00726D7C" w:rsidRDefault="001F678B" w:rsidP="006023F3">
            <w:pPr>
              <w:rPr>
                <w:rFonts w:cs="Times New Roman"/>
                <w:szCs w:val="28"/>
                <w:lang w:val="ru-RU"/>
              </w:rPr>
            </w:pPr>
            <w:r w:rsidRPr="00726D7C">
              <w:rPr>
                <w:rFonts w:cs="Times New Roman"/>
                <w:szCs w:val="28"/>
                <w:lang w:val="ru-RU"/>
              </w:rPr>
              <w:t>Созданы дизайн-объекты, элементы оформления или макеты.</w:t>
            </w:r>
          </w:p>
        </w:tc>
      </w:tr>
    </w:tbl>
    <w:p w14:paraId="708E94CE" w14:textId="77777777" w:rsidR="0085125B" w:rsidRPr="00726D7C" w:rsidRDefault="001F678B" w:rsidP="006023F3">
      <w:pPr>
        <w:pStyle w:val="31"/>
        <w:spacing w:before="60" w:after="60" w:line="240" w:lineRule="auto"/>
        <w:rPr>
          <w:rFonts w:cs="Times New Roman"/>
          <w:szCs w:val="28"/>
          <w:lang w:val="ru-RU"/>
        </w:rPr>
      </w:pPr>
      <w:r w:rsidRPr="00726D7C">
        <w:rPr>
          <w:rFonts w:eastAsia="Times New Roman" w:cs="Times New Roman"/>
          <w:szCs w:val="28"/>
          <w:lang w:val="ru-RU"/>
        </w:rPr>
        <w:t>7 день. «</w:t>
      </w:r>
      <w:r w:rsidRPr="00726D7C">
        <w:rPr>
          <w:rFonts w:eastAsia="Times New Roman" w:cs="Times New Roman"/>
          <w:szCs w:val="28"/>
        </w:rPr>
        <w:t>Digital</w:t>
      </w:r>
      <w:r w:rsidRPr="00726D7C">
        <w:rPr>
          <w:rFonts w:eastAsia="Times New Roman" w:cs="Times New Roman"/>
          <w:szCs w:val="28"/>
          <w:lang w:val="ru-RU"/>
        </w:rPr>
        <w:t xml:space="preserve"> </w:t>
      </w:r>
      <w:r w:rsidRPr="00726D7C">
        <w:rPr>
          <w:rFonts w:eastAsia="Times New Roman" w:cs="Times New Roman"/>
          <w:szCs w:val="28"/>
        </w:rPr>
        <w:t>Art</w:t>
      </w:r>
      <w:r w:rsidRPr="00726D7C">
        <w:rPr>
          <w:rFonts w:eastAsia="Times New Roman" w:cs="Times New Roman"/>
          <w:szCs w:val="28"/>
          <w:lang w:val="ru-RU"/>
        </w:rPr>
        <w:t>» - день медиа и цифрового творчества</w:t>
      </w:r>
    </w:p>
    <w:tbl>
      <w:tblPr>
        <w:tblStyle w:val="aff0"/>
        <w:tblW w:w="0" w:type="auto"/>
        <w:jc w:val="center"/>
        <w:tblLook w:val="04A0" w:firstRow="1" w:lastRow="0" w:firstColumn="1" w:lastColumn="0" w:noHBand="0" w:noVBand="1"/>
      </w:tblPr>
      <w:tblGrid>
        <w:gridCol w:w="4814"/>
        <w:gridCol w:w="4813"/>
      </w:tblGrid>
      <w:tr w:rsidR="0085125B" w:rsidRPr="00726D7C" w14:paraId="7B9A0E34" w14:textId="77777777">
        <w:trPr>
          <w:tblHeader/>
          <w:jc w:val="center"/>
        </w:trPr>
        <w:tc>
          <w:tcPr>
            <w:tcW w:w="4819" w:type="dxa"/>
            <w:shd w:val="clear" w:color="auto" w:fill="FCE4D6"/>
          </w:tcPr>
          <w:p w14:paraId="28EF8478" w14:textId="77777777" w:rsidR="0085125B" w:rsidRPr="00726D7C" w:rsidRDefault="001F678B" w:rsidP="006023F3">
            <w:pPr>
              <w:rPr>
                <w:rFonts w:cs="Times New Roman"/>
                <w:szCs w:val="28"/>
              </w:rPr>
            </w:pPr>
            <w:r w:rsidRPr="00726D7C">
              <w:rPr>
                <w:rFonts w:cs="Times New Roman"/>
                <w:b/>
                <w:szCs w:val="28"/>
              </w:rPr>
              <w:t>Компонент дня</w:t>
            </w:r>
          </w:p>
        </w:tc>
        <w:tc>
          <w:tcPr>
            <w:tcW w:w="4819" w:type="dxa"/>
            <w:shd w:val="clear" w:color="auto" w:fill="FCE4D6"/>
          </w:tcPr>
          <w:p w14:paraId="07B9BD26" w14:textId="77777777" w:rsidR="0085125B" w:rsidRPr="00726D7C" w:rsidRDefault="001F678B" w:rsidP="006023F3">
            <w:pPr>
              <w:rPr>
                <w:rFonts w:cs="Times New Roman"/>
                <w:szCs w:val="28"/>
              </w:rPr>
            </w:pPr>
            <w:r w:rsidRPr="00726D7C">
              <w:rPr>
                <w:rFonts w:cs="Times New Roman"/>
                <w:b/>
                <w:szCs w:val="28"/>
              </w:rPr>
              <w:t>Содержание</w:t>
            </w:r>
          </w:p>
        </w:tc>
      </w:tr>
      <w:tr w:rsidR="0085125B" w:rsidRPr="00726D7C" w14:paraId="3D6652AD" w14:textId="77777777">
        <w:trPr>
          <w:jc w:val="center"/>
        </w:trPr>
        <w:tc>
          <w:tcPr>
            <w:tcW w:w="4819" w:type="dxa"/>
          </w:tcPr>
          <w:p w14:paraId="601FD1F5" w14:textId="77777777" w:rsidR="0085125B" w:rsidRPr="00726D7C" w:rsidRDefault="001F678B" w:rsidP="006023F3">
            <w:pPr>
              <w:rPr>
                <w:rFonts w:cs="Times New Roman"/>
                <w:szCs w:val="28"/>
                <w:lang w:val="ru-RU"/>
              </w:rPr>
            </w:pPr>
            <w:r w:rsidRPr="00726D7C">
              <w:rPr>
                <w:rFonts w:cs="Times New Roman"/>
                <w:szCs w:val="28"/>
                <w:lang w:val="ru-RU"/>
              </w:rPr>
              <w:t>Развивающие / проектные / исследовательские / творческие занятия (не менее 2)</w:t>
            </w:r>
          </w:p>
        </w:tc>
        <w:tc>
          <w:tcPr>
            <w:tcW w:w="4819" w:type="dxa"/>
          </w:tcPr>
          <w:p w14:paraId="3FC68197" w14:textId="77777777" w:rsidR="0085125B" w:rsidRPr="00726D7C" w:rsidRDefault="001F678B" w:rsidP="006023F3">
            <w:pPr>
              <w:rPr>
                <w:rFonts w:cs="Times New Roman"/>
                <w:szCs w:val="28"/>
              </w:rPr>
            </w:pPr>
            <w:r w:rsidRPr="00726D7C">
              <w:rPr>
                <w:rFonts w:cs="Times New Roman"/>
                <w:szCs w:val="28"/>
                <w:lang w:val="ru-RU"/>
              </w:rPr>
              <w:t>• Развивающее занятие «Визуальная культура, медиа и безопасность изображения».</w:t>
            </w:r>
            <w:r w:rsidRPr="00726D7C">
              <w:rPr>
                <w:rFonts w:cs="Times New Roman"/>
                <w:szCs w:val="28"/>
                <w:lang w:val="ru-RU"/>
              </w:rPr>
              <w:br/>
            </w:r>
            <w:r w:rsidRPr="00726D7C">
              <w:rPr>
                <w:rFonts w:cs="Times New Roman"/>
                <w:szCs w:val="28"/>
              </w:rPr>
              <w:t>• Занятие «От идеи к кадру»: storyboard, композиция, сообщение.</w:t>
            </w:r>
          </w:p>
        </w:tc>
      </w:tr>
      <w:tr w:rsidR="0085125B" w:rsidRPr="00726D7C" w14:paraId="406D047E" w14:textId="77777777">
        <w:trPr>
          <w:jc w:val="center"/>
        </w:trPr>
        <w:tc>
          <w:tcPr>
            <w:tcW w:w="4819" w:type="dxa"/>
          </w:tcPr>
          <w:p w14:paraId="197E8201" w14:textId="77777777" w:rsidR="0085125B" w:rsidRPr="00726D7C" w:rsidRDefault="001F678B" w:rsidP="006023F3">
            <w:pPr>
              <w:rPr>
                <w:rFonts w:cs="Times New Roman"/>
                <w:szCs w:val="28"/>
                <w:lang w:val="ru-RU"/>
              </w:rPr>
            </w:pPr>
            <w:r w:rsidRPr="00726D7C">
              <w:rPr>
                <w:rFonts w:cs="Times New Roman"/>
                <w:szCs w:val="28"/>
                <w:lang w:val="ru-RU"/>
              </w:rPr>
              <w:t>Практико-ориентированные занятия (не менее 2)</w:t>
            </w:r>
          </w:p>
        </w:tc>
        <w:tc>
          <w:tcPr>
            <w:tcW w:w="4819" w:type="dxa"/>
          </w:tcPr>
          <w:p w14:paraId="254E1AF6" w14:textId="77777777" w:rsidR="0085125B" w:rsidRPr="00726D7C" w:rsidRDefault="001F678B" w:rsidP="006023F3">
            <w:pPr>
              <w:rPr>
                <w:rFonts w:cs="Times New Roman"/>
                <w:szCs w:val="28"/>
              </w:rPr>
            </w:pPr>
            <w:r w:rsidRPr="00726D7C">
              <w:rPr>
                <w:rFonts w:cs="Times New Roman"/>
                <w:szCs w:val="28"/>
                <w:lang w:val="ru-RU"/>
              </w:rPr>
              <w:t xml:space="preserve">• Практическая работа: цифровой или бумажный постер, фотоистория, </w:t>
            </w:r>
            <w:r w:rsidRPr="00726D7C">
              <w:rPr>
                <w:rFonts w:cs="Times New Roman"/>
                <w:szCs w:val="28"/>
              </w:rPr>
              <w:t>stop</w:t>
            </w:r>
            <w:r w:rsidRPr="00726D7C">
              <w:rPr>
                <w:rFonts w:cs="Times New Roman"/>
                <w:szCs w:val="28"/>
                <w:lang w:val="ru-RU"/>
              </w:rPr>
              <w:t>-</w:t>
            </w:r>
            <w:r w:rsidRPr="00726D7C">
              <w:rPr>
                <w:rFonts w:cs="Times New Roman"/>
                <w:szCs w:val="28"/>
              </w:rPr>
              <w:t>motion</w:t>
            </w:r>
            <w:r w:rsidRPr="00726D7C">
              <w:rPr>
                <w:rFonts w:cs="Times New Roman"/>
                <w:szCs w:val="28"/>
                <w:lang w:val="ru-RU"/>
              </w:rPr>
              <w:t>, комикс или медиадневник.</w:t>
            </w:r>
            <w:r w:rsidRPr="00726D7C">
              <w:rPr>
                <w:rFonts w:cs="Times New Roman"/>
                <w:szCs w:val="28"/>
                <w:lang w:val="ru-RU"/>
              </w:rPr>
              <w:br/>
            </w:r>
            <w:r w:rsidRPr="00726D7C">
              <w:rPr>
                <w:rFonts w:cs="Times New Roman"/>
                <w:szCs w:val="28"/>
              </w:rPr>
              <w:t>• Практикум «Как представить работу: название, идея, авторское объяснение».</w:t>
            </w:r>
          </w:p>
        </w:tc>
      </w:tr>
      <w:tr w:rsidR="0085125B" w:rsidRPr="00726D7C" w14:paraId="031DEE49" w14:textId="77777777">
        <w:trPr>
          <w:jc w:val="center"/>
        </w:trPr>
        <w:tc>
          <w:tcPr>
            <w:tcW w:w="4819" w:type="dxa"/>
          </w:tcPr>
          <w:p w14:paraId="3152274C" w14:textId="77777777" w:rsidR="0085125B" w:rsidRPr="00726D7C" w:rsidRDefault="001F678B" w:rsidP="006023F3">
            <w:pPr>
              <w:rPr>
                <w:rFonts w:cs="Times New Roman"/>
                <w:szCs w:val="28"/>
                <w:lang w:val="ru-RU"/>
              </w:rPr>
            </w:pPr>
            <w:r w:rsidRPr="00726D7C">
              <w:rPr>
                <w:rFonts w:cs="Times New Roman"/>
                <w:szCs w:val="28"/>
                <w:lang w:val="ru-RU"/>
              </w:rPr>
              <w:t>Воспитательные мероприятия и проекты (не менее 2)</w:t>
            </w:r>
          </w:p>
        </w:tc>
        <w:tc>
          <w:tcPr>
            <w:tcW w:w="4819" w:type="dxa"/>
          </w:tcPr>
          <w:p w14:paraId="37BA5A10" w14:textId="77777777" w:rsidR="0085125B" w:rsidRPr="00726D7C" w:rsidRDefault="001F678B" w:rsidP="006023F3">
            <w:pPr>
              <w:rPr>
                <w:rFonts w:cs="Times New Roman"/>
                <w:szCs w:val="28"/>
              </w:rPr>
            </w:pPr>
            <w:r w:rsidRPr="00726D7C">
              <w:rPr>
                <w:rFonts w:cs="Times New Roman"/>
                <w:szCs w:val="28"/>
                <w:lang w:val="ru-RU"/>
              </w:rPr>
              <w:t>• Воспитательное мероприятие «Ответственность в цифровой и творческой среде».</w:t>
            </w:r>
            <w:r w:rsidRPr="00726D7C">
              <w:rPr>
                <w:rFonts w:cs="Times New Roman"/>
                <w:szCs w:val="28"/>
                <w:lang w:val="ru-RU"/>
              </w:rPr>
              <w:br/>
            </w:r>
            <w:r w:rsidRPr="00726D7C">
              <w:rPr>
                <w:rFonts w:cs="Times New Roman"/>
                <w:szCs w:val="28"/>
              </w:rPr>
              <w:t xml:space="preserve">• Вечер «Живое общение»: обсуждение цифрового баланса и </w:t>
            </w:r>
            <w:r w:rsidRPr="00726D7C">
              <w:rPr>
                <w:rFonts w:cs="Times New Roman"/>
                <w:szCs w:val="28"/>
              </w:rPr>
              <w:lastRenderedPageBreak/>
              <w:t>авторства.</w:t>
            </w:r>
          </w:p>
        </w:tc>
      </w:tr>
      <w:tr w:rsidR="0085125B" w:rsidRPr="00337B30" w14:paraId="36C869BE" w14:textId="77777777">
        <w:trPr>
          <w:jc w:val="center"/>
        </w:trPr>
        <w:tc>
          <w:tcPr>
            <w:tcW w:w="4819" w:type="dxa"/>
          </w:tcPr>
          <w:p w14:paraId="2E4B0B29" w14:textId="77777777" w:rsidR="0085125B" w:rsidRPr="00726D7C" w:rsidRDefault="001F678B" w:rsidP="006023F3">
            <w:pPr>
              <w:rPr>
                <w:rFonts w:cs="Times New Roman"/>
                <w:szCs w:val="28"/>
                <w:lang w:val="ru-RU"/>
              </w:rPr>
            </w:pPr>
            <w:r w:rsidRPr="00726D7C">
              <w:rPr>
                <w:rFonts w:cs="Times New Roman"/>
                <w:szCs w:val="28"/>
                <w:lang w:val="ru-RU"/>
              </w:rPr>
              <w:lastRenderedPageBreak/>
              <w:t>Оздоровительный модуль (до 3 академических часов в день)</w:t>
            </w:r>
          </w:p>
        </w:tc>
        <w:tc>
          <w:tcPr>
            <w:tcW w:w="4819" w:type="dxa"/>
          </w:tcPr>
          <w:p w14:paraId="0FF7F6EC" w14:textId="77777777" w:rsidR="0085125B" w:rsidRPr="00726D7C" w:rsidRDefault="001F678B" w:rsidP="006023F3">
            <w:pPr>
              <w:rPr>
                <w:rFonts w:cs="Times New Roman"/>
                <w:szCs w:val="28"/>
                <w:lang w:val="ru-RU"/>
              </w:rPr>
            </w:pPr>
            <w:r w:rsidRPr="00726D7C">
              <w:rPr>
                <w:rFonts w:cs="Times New Roman"/>
                <w:szCs w:val="28"/>
                <w:lang w:val="ru-RU"/>
              </w:rPr>
              <w:t>• Зарядка, спортивная игра без гаджетов, прогулка, упражнения на коммуникацию.</w:t>
            </w:r>
          </w:p>
        </w:tc>
      </w:tr>
      <w:tr w:rsidR="0085125B" w:rsidRPr="00337B30" w14:paraId="3FB8B8DA" w14:textId="77777777">
        <w:trPr>
          <w:jc w:val="center"/>
        </w:trPr>
        <w:tc>
          <w:tcPr>
            <w:tcW w:w="4819" w:type="dxa"/>
          </w:tcPr>
          <w:p w14:paraId="418D65BB" w14:textId="77777777" w:rsidR="0085125B" w:rsidRPr="00726D7C" w:rsidRDefault="001F678B" w:rsidP="006023F3">
            <w:pPr>
              <w:rPr>
                <w:rFonts w:cs="Times New Roman"/>
                <w:szCs w:val="28"/>
              </w:rPr>
            </w:pPr>
            <w:r w:rsidRPr="00726D7C">
              <w:rPr>
                <w:rFonts w:cs="Times New Roman"/>
                <w:szCs w:val="28"/>
              </w:rPr>
              <w:t>Ожидаемый результат дня</w:t>
            </w:r>
          </w:p>
        </w:tc>
        <w:tc>
          <w:tcPr>
            <w:tcW w:w="4819" w:type="dxa"/>
          </w:tcPr>
          <w:p w14:paraId="68848A40" w14:textId="77777777" w:rsidR="0085125B" w:rsidRPr="00726D7C" w:rsidRDefault="001F678B" w:rsidP="006023F3">
            <w:pPr>
              <w:rPr>
                <w:rFonts w:cs="Times New Roman"/>
                <w:szCs w:val="28"/>
                <w:lang w:val="ru-RU"/>
              </w:rPr>
            </w:pPr>
            <w:r w:rsidRPr="00726D7C">
              <w:rPr>
                <w:rFonts w:cs="Times New Roman"/>
                <w:szCs w:val="28"/>
                <w:lang w:val="ru-RU"/>
              </w:rPr>
              <w:t>Создан визуальный или медиапродукт по теме творческой культуры.</w:t>
            </w:r>
          </w:p>
        </w:tc>
      </w:tr>
    </w:tbl>
    <w:p w14:paraId="2C9869D9" w14:textId="77777777" w:rsidR="0085125B" w:rsidRPr="00726D7C" w:rsidRDefault="001F678B" w:rsidP="006023F3">
      <w:pPr>
        <w:pStyle w:val="31"/>
        <w:spacing w:before="60" w:after="60" w:line="240" w:lineRule="auto"/>
        <w:rPr>
          <w:rFonts w:cs="Times New Roman"/>
          <w:szCs w:val="28"/>
        </w:rPr>
      </w:pPr>
      <w:r w:rsidRPr="00726D7C">
        <w:rPr>
          <w:rFonts w:eastAsia="Times New Roman" w:cs="Times New Roman"/>
          <w:szCs w:val="28"/>
        </w:rPr>
        <w:t>8 день. «Creative Project» - день арт-идей</w:t>
      </w:r>
    </w:p>
    <w:tbl>
      <w:tblPr>
        <w:tblStyle w:val="aff0"/>
        <w:tblW w:w="0" w:type="auto"/>
        <w:jc w:val="center"/>
        <w:tblLook w:val="04A0" w:firstRow="1" w:lastRow="0" w:firstColumn="1" w:lastColumn="0" w:noHBand="0" w:noVBand="1"/>
      </w:tblPr>
      <w:tblGrid>
        <w:gridCol w:w="4814"/>
        <w:gridCol w:w="4813"/>
      </w:tblGrid>
      <w:tr w:rsidR="0085125B" w:rsidRPr="00726D7C" w14:paraId="0C3AA774" w14:textId="77777777">
        <w:trPr>
          <w:tblHeader/>
          <w:jc w:val="center"/>
        </w:trPr>
        <w:tc>
          <w:tcPr>
            <w:tcW w:w="4819" w:type="dxa"/>
            <w:shd w:val="clear" w:color="auto" w:fill="FCE4D6"/>
          </w:tcPr>
          <w:p w14:paraId="6E217DD3" w14:textId="77777777" w:rsidR="0085125B" w:rsidRPr="00726D7C" w:rsidRDefault="001F678B" w:rsidP="006023F3">
            <w:pPr>
              <w:rPr>
                <w:rFonts w:cs="Times New Roman"/>
                <w:szCs w:val="28"/>
              </w:rPr>
            </w:pPr>
            <w:r w:rsidRPr="00726D7C">
              <w:rPr>
                <w:rFonts w:cs="Times New Roman"/>
                <w:b/>
                <w:szCs w:val="28"/>
              </w:rPr>
              <w:t>Компонент дня</w:t>
            </w:r>
          </w:p>
        </w:tc>
        <w:tc>
          <w:tcPr>
            <w:tcW w:w="4819" w:type="dxa"/>
            <w:shd w:val="clear" w:color="auto" w:fill="FCE4D6"/>
          </w:tcPr>
          <w:p w14:paraId="15E4F93F" w14:textId="77777777" w:rsidR="0085125B" w:rsidRPr="00726D7C" w:rsidRDefault="001F678B" w:rsidP="006023F3">
            <w:pPr>
              <w:rPr>
                <w:rFonts w:cs="Times New Roman"/>
                <w:szCs w:val="28"/>
              </w:rPr>
            </w:pPr>
            <w:r w:rsidRPr="00726D7C">
              <w:rPr>
                <w:rFonts w:cs="Times New Roman"/>
                <w:b/>
                <w:szCs w:val="28"/>
              </w:rPr>
              <w:t>Содержание</w:t>
            </w:r>
          </w:p>
        </w:tc>
      </w:tr>
      <w:tr w:rsidR="0085125B" w:rsidRPr="00726D7C" w14:paraId="0AD4C88A" w14:textId="77777777">
        <w:trPr>
          <w:jc w:val="center"/>
        </w:trPr>
        <w:tc>
          <w:tcPr>
            <w:tcW w:w="4819" w:type="dxa"/>
          </w:tcPr>
          <w:p w14:paraId="4136BE25" w14:textId="77777777" w:rsidR="0085125B" w:rsidRPr="00726D7C" w:rsidRDefault="001F678B" w:rsidP="006023F3">
            <w:pPr>
              <w:rPr>
                <w:rFonts w:cs="Times New Roman"/>
                <w:szCs w:val="28"/>
                <w:lang w:val="ru-RU"/>
              </w:rPr>
            </w:pPr>
            <w:r w:rsidRPr="00726D7C">
              <w:rPr>
                <w:rFonts w:cs="Times New Roman"/>
                <w:szCs w:val="28"/>
                <w:lang w:val="ru-RU"/>
              </w:rPr>
              <w:t>Развивающие / проектные / исследовательские / творческие занятия (не менее 2)</w:t>
            </w:r>
          </w:p>
        </w:tc>
        <w:tc>
          <w:tcPr>
            <w:tcW w:w="4819" w:type="dxa"/>
          </w:tcPr>
          <w:p w14:paraId="6C296356" w14:textId="77777777" w:rsidR="0085125B" w:rsidRPr="00726D7C" w:rsidRDefault="001F678B" w:rsidP="006023F3">
            <w:pPr>
              <w:rPr>
                <w:rFonts w:cs="Times New Roman"/>
                <w:szCs w:val="28"/>
              </w:rPr>
            </w:pPr>
            <w:r w:rsidRPr="00726D7C">
              <w:rPr>
                <w:rFonts w:cs="Times New Roman"/>
                <w:szCs w:val="28"/>
                <w:lang w:val="ru-RU"/>
              </w:rPr>
              <w:t>• Развивающее занятие «Что такое арт-проект: идея, аудитория, форма, результат».</w:t>
            </w:r>
            <w:r w:rsidRPr="00726D7C">
              <w:rPr>
                <w:rFonts w:cs="Times New Roman"/>
                <w:szCs w:val="28"/>
                <w:lang w:val="ru-RU"/>
              </w:rPr>
              <w:br/>
            </w:r>
            <w:r w:rsidRPr="00726D7C">
              <w:rPr>
                <w:rFonts w:cs="Times New Roman"/>
                <w:szCs w:val="28"/>
              </w:rPr>
              <w:t>• Занятие по дизайн-мышлению: потребность, идея, прототип, презентация.</w:t>
            </w:r>
          </w:p>
        </w:tc>
      </w:tr>
      <w:tr w:rsidR="0085125B" w:rsidRPr="00337B30" w14:paraId="26B5AF5E" w14:textId="77777777">
        <w:trPr>
          <w:jc w:val="center"/>
        </w:trPr>
        <w:tc>
          <w:tcPr>
            <w:tcW w:w="4819" w:type="dxa"/>
          </w:tcPr>
          <w:p w14:paraId="201E17FF" w14:textId="77777777" w:rsidR="0085125B" w:rsidRPr="00726D7C" w:rsidRDefault="001F678B" w:rsidP="006023F3">
            <w:pPr>
              <w:rPr>
                <w:rFonts w:cs="Times New Roman"/>
                <w:szCs w:val="28"/>
                <w:lang w:val="ru-RU"/>
              </w:rPr>
            </w:pPr>
            <w:r w:rsidRPr="00726D7C">
              <w:rPr>
                <w:rFonts w:cs="Times New Roman"/>
                <w:szCs w:val="28"/>
                <w:lang w:val="ru-RU"/>
              </w:rPr>
              <w:t>Практико-ориентированные занятия (не менее 2)</w:t>
            </w:r>
          </w:p>
        </w:tc>
        <w:tc>
          <w:tcPr>
            <w:tcW w:w="4819" w:type="dxa"/>
          </w:tcPr>
          <w:p w14:paraId="3D8B5E83" w14:textId="77777777" w:rsidR="0085125B" w:rsidRPr="00726D7C" w:rsidRDefault="001F678B" w:rsidP="006023F3">
            <w:pPr>
              <w:rPr>
                <w:rFonts w:cs="Times New Roman"/>
                <w:szCs w:val="28"/>
                <w:lang w:val="ru-RU"/>
              </w:rPr>
            </w:pPr>
            <w:r w:rsidRPr="00726D7C">
              <w:rPr>
                <w:rFonts w:cs="Times New Roman"/>
                <w:szCs w:val="28"/>
                <w:lang w:val="ru-RU"/>
              </w:rPr>
              <w:t>• Арт-хакатон или дизайн-спринт «Идея для фестиваля».</w:t>
            </w:r>
            <w:r w:rsidRPr="00726D7C">
              <w:rPr>
                <w:rFonts w:cs="Times New Roman"/>
                <w:szCs w:val="28"/>
                <w:lang w:val="ru-RU"/>
              </w:rPr>
              <w:br/>
              <w:t>• Практикум «Паспорт проекта»: цель, роли, материалы, риски, результат.</w:t>
            </w:r>
          </w:p>
        </w:tc>
      </w:tr>
      <w:tr w:rsidR="0085125B" w:rsidRPr="00726D7C" w14:paraId="18F39877" w14:textId="77777777">
        <w:trPr>
          <w:jc w:val="center"/>
        </w:trPr>
        <w:tc>
          <w:tcPr>
            <w:tcW w:w="4819" w:type="dxa"/>
          </w:tcPr>
          <w:p w14:paraId="23157295" w14:textId="77777777" w:rsidR="0085125B" w:rsidRPr="00726D7C" w:rsidRDefault="001F678B" w:rsidP="006023F3">
            <w:pPr>
              <w:rPr>
                <w:rFonts w:cs="Times New Roman"/>
                <w:szCs w:val="28"/>
                <w:lang w:val="ru-RU"/>
              </w:rPr>
            </w:pPr>
            <w:r w:rsidRPr="00726D7C">
              <w:rPr>
                <w:rFonts w:cs="Times New Roman"/>
                <w:szCs w:val="28"/>
                <w:lang w:val="ru-RU"/>
              </w:rPr>
              <w:t>Воспитательные мероприятия и проекты (не менее 2)</w:t>
            </w:r>
          </w:p>
        </w:tc>
        <w:tc>
          <w:tcPr>
            <w:tcW w:w="4819" w:type="dxa"/>
          </w:tcPr>
          <w:p w14:paraId="08D971E8" w14:textId="77777777" w:rsidR="0085125B" w:rsidRPr="00726D7C" w:rsidRDefault="001F678B" w:rsidP="006023F3">
            <w:pPr>
              <w:rPr>
                <w:rFonts w:cs="Times New Roman"/>
                <w:szCs w:val="28"/>
              </w:rPr>
            </w:pPr>
            <w:r w:rsidRPr="00726D7C">
              <w:rPr>
                <w:rFonts w:cs="Times New Roman"/>
                <w:szCs w:val="28"/>
                <w:lang w:val="ru-RU"/>
              </w:rPr>
              <w:t>• Воспитательное мероприятие «Честность, труд и ответственность в общем деле».</w:t>
            </w:r>
            <w:r w:rsidRPr="00726D7C">
              <w:rPr>
                <w:rFonts w:cs="Times New Roman"/>
                <w:szCs w:val="28"/>
                <w:lang w:val="ru-RU"/>
              </w:rPr>
              <w:br/>
            </w:r>
            <w:r w:rsidRPr="00726D7C">
              <w:rPr>
                <w:rFonts w:cs="Times New Roman"/>
                <w:szCs w:val="28"/>
              </w:rPr>
              <w:t>• Презентация коротких арт-идей команд.</w:t>
            </w:r>
          </w:p>
        </w:tc>
      </w:tr>
      <w:tr w:rsidR="0085125B" w:rsidRPr="00337B30" w14:paraId="79F2C8B7" w14:textId="77777777">
        <w:trPr>
          <w:jc w:val="center"/>
        </w:trPr>
        <w:tc>
          <w:tcPr>
            <w:tcW w:w="4819" w:type="dxa"/>
          </w:tcPr>
          <w:p w14:paraId="542CD623" w14:textId="77777777" w:rsidR="0085125B" w:rsidRPr="00726D7C" w:rsidRDefault="001F678B" w:rsidP="006023F3">
            <w:pPr>
              <w:rPr>
                <w:rFonts w:cs="Times New Roman"/>
                <w:szCs w:val="28"/>
                <w:lang w:val="ru-RU"/>
              </w:rPr>
            </w:pPr>
            <w:r w:rsidRPr="00726D7C">
              <w:rPr>
                <w:rFonts w:cs="Times New Roman"/>
                <w:szCs w:val="28"/>
                <w:lang w:val="ru-RU"/>
              </w:rPr>
              <w:t>Оздоровительный модуль (до 3 академических часов в день)</w:t>
            </w:r>
          </w:p>
        </w:tc>
        <w:tc>
          <w:tcPr>
            <w:tcW w:w="4819" w:type="dxa"/>
          </w:tcPr>
          <w:p w14:paraId="571FCC70" w14:textId="77777777" w:rsidR="0085125B" w:rsidRPr="00726D7C" w:rsidRDefault="001F678B" w:rsidP="006023F3">
            <w:pPr>
              <w:rPr>
                <w:rFonts w:cs="Times New Roman"/>
                <w:szCs w:val="28"/>
                <w:lang w:val="ru-RU"/>
              </w:rPr>
            </w:pPr>
            <w:r w:rsidRPr="00726D7C">
              <w:rPr>
                <w:rFonts w:cs="Times New Roman"/>
                <w:szCs w:val="28"/>
                <w:lang w:val="ru-RU"/>
              </w:rPr>
              <w:t>• Зарядка, спортивная пауза, командная игра на стратегию и взаимодействие.</w:t>
            </w:r>
          </w:p>
        </w:tc>
      </w:tr>
      <w:tr w:rsidR="0085125B" w:rsidRPr="00337B30" w14:paraId="7A99C7A0" w14:textId="77777777">
        <w:trPr>
          <w:jc w:val="center"/>
        </w:trPr>
        <w:tc>
          <w:tcPr>
            <w:tcW w:w="4819" w:type="dxa"/>
          </w:tcPr>
          <w:p w14:paraId="720B0120" w14:textId="77777777" w:rsidR="0085125B" w:rsidRPr="00726D7C" w:rsidRDefault="001F678B" w:rsidP="006023F3">
            <w:pPr>
              <w:rPr>
                <w:rFonts w:cs="Times New Roman"/>
                <w:szCs w:val="28"/>
              </w:rPr>
            </w:pPr>
            <w:r w:rsidRPr="00726D7C">
              <w:rPr>
                <w:rFonts w:cs="Times New Roman"/>
                <w:szCs w:val="28"/>
              </w:rPr>
              <w:t>Ожидаемый результат дня</w:t>
            </w:r>
          </w:p>
        </w:tc>
        <w:tc>
          <w:tcPr>
            <w:tcW w:w="4819" w:type="dxa"/>
          </w:tcPr>
          <w:p w14:paraId="2B371127" w14:textId="77777777" w:rsidR="0085125B" w:rsidRPr="00726D7C" w:rsidRDefault="001F678B" w:rsidP="006023F3">
            <w:pPr>
              <w:rPr>
                <w:rFonts w:cs="Times New Roman"/>
                <w:szCs w:val="28"/>
                <w:lang w:val="ru-RU"/>
              </w:rPr>
            </w:pPr>
            <w:r w:rsidRPr="00726D7C">
              <w:rPr>
                <w:rFonts w:cs="Times New Roman"/>
                <w:szCs w:val="28"/>
                <w:lang w:val="ru-RU"/>
              </w:rPr>
              <w:t>Команды подготовили концепцию итогового творческого проекта.</w:t>
            </w:r>
          </w:p>
        </w:tc>
      </w:tr>
    </w:tbl>
    <w:p w14:paraId="788C49BF" w14:textId="77777777" w:rsidR="0085125B" w:rsidRPr="00726D7C" w:rsidRDefault="001F678B" w:rsidP="006023F3">
      <w:pPr>
        <w:pStyle w:val="31"/>
        <w:spacing w:before="60" w:after="60" w:line="240" w:lineRule="auto"/>
        <w:rPr>
          <w:rFonts w:cs="Times New Roman"/>
          <w:szCs w:val="28"/>
        </w:rPr>
      </w:pPr>
      <w:r w:rsidRPr="00726D7C">
        <w:rPr>
          <w:rFonts w:eastAsia="Times New Roman" w:cs="Times New Roman"/>
          <w:szCs w:val="28"/>
        </w:rPr>
        <w:t>9 день. «Жоба күні» - день проектирования</w:t>
      </w:r>
    </w:p>
    <w:tbl>
      <w:tblPr>
        <w:tblStyle w:val="aff0"/>
        <w:tblW w:w="0" w:type="auto"/>
        <w:jc w:val="center"/>
        <w:tblLook w:val="04A0" w:firstRow="1" w:lastRow="0" w:firstColumn="1" w:lastColumn="0" w:noHBand="0" w:noVBand="1"/>
      </w:tblPr>
      <w:tblGrid>
        <w:gridCol w:w="4814"/>
        <w:gridCol w:w="4813"/>
      </w:tblGrid>
      <w:tr w:rsidR="0085125B" w:rsidRPr="00726D7C" w14:paraId="7A7665DA" w14:textId="77777777">
        <w:trPr>
          <w:tblHeader/>
          <w:jc w:val="center"/>
        </w:trPr>
        <w:tc>
          <w:tcPr>
            <w:tcW w:w="4819" w:type="dxa"/>
            <w:shd w:val="clear" w:color="auto" w:fill="FCE4D6"/>
          </w:tcPr>
          <w:p w14:paraId="38F611B5" w14:textId="77777777" w:rsidR="0085125B" w:rsidRPr="00726D7C" w:rsidRDefault="001F678B" w:rsidP="006023F3">
            <w:pPr>
              <w:rPr>
                <w:rFonts w:cs="Times New Roman"/>
                <w:szCs w:val="28"/>
              </w:rPr>
            </w:pPr>
            <w:r w:rsidRPr="00726D7C">
              <w:rPr>
                <w:rFonts w:cs="Times New Roman"/>
                <w:b/>
                <w:szCs w:val="28"/>
              </w:rPr>
              <w:t>Компонент дня</w:t>
            </w:r>
          </w:p>
        </w:tc>
        <w:tc>
          <w:tcPr>
            <w:tcW w:w="4819" w:type="dxa"/>
            <w:shd w:val="clear" w:color="auto" w:fill="FCE4D6"/>
          </w:tcPr>
          <w:p w14:paraId="53122731" w14:textId="77777777" w:rsidR="0085125B" w:rsidRPr="00726D7C" w:rsidRDefault="001F678B" w:rsidP="006023F3">
            <w:pPr>
              <w:rPr>
                <w:rFonts w:cs="Times New Roman"/>
                <w:szCs w:val="28"/>
              </w:rPr>
            </w:pPr>
            <w:r w:rsidRPr="00726D7C">
              <w:rPr>
                <w:rFonts w:cs="Times New Roman"/>
                <w:b/>
                <w:szCs w:val="28"/>
              </w:rPr>
              <w:t>Содержание</w:t>
            </w:r>
          </w:p>
        </w:tc>
      </w:tr>
      <w:tr w:rsidR="0085125B" w:rsidRPr="00726D7C" w14:paraId="53B6939D" w14:textId="77777777">
        <w:trPr>
          <w:jc w:val="center"/>
        </w:trPr>
        <w:tc>
          <w:tcPr>
            <w:tcW w:w="4819" w:type="dxa"/>
          </w:tcPr>
          <w:p w14:paraId="2B2E6158" w14:textId="77777777" w:rsidR="0085125B" w:rsidRPr="00726D7C" w:rsidRDefault="001F678B" w:rsidP="006023F3">
            <w:pPr>
              <w:rPr>
                <w:rFonts w:cs="Times New Roman"/>
                <w:szCs w:val="28"/>
                <w:lang w:val="ru-RU"/>
              </w:rPr>
            </w:pPr>
            <w:r w:rsidRPr="00726D7C">
              <w:rPr>
                <w:rFonts w:cs="Times New Roman"/>
                <w:szCs w:val="28"/>
                <w:lang w:val="ru-RU"/>
              </w:rPr>
              <w:t>Развивающие / проектные / исследовательские / творческие занятия (не менее 2)</w:t>
            </w:r>
          </w:p>
        </w:tc>
        <w:tc>
          <w:tcPr>
            <w:tcW w:w="4819" w:type="dxa"/>
          </w:tcPr>
          <w:p w14:paraId="2D593E44" w14:textId="77777777" w:rsidR="0085125B" w:rsidRPr="00726D7C" w:rsidRDefault="001F678B" w:rsidP="006023F3">
            <w:pPr>
              <w:rPr>
                <w:rFonts w:cs="Times New Roman"/>
                <w:szCs w:val="28"/>
              </w:rPr>
            </w:pPr>
            <w:r w:rsidRPr="00726D7C">
              <w:rPr>
                <w:rFonts w:cs="Times New Roman"/>
                <w:szCs w:val="28"/>
                <w:lang w:val="ru-RU"/>
              </w:rPr>
              <w:t>• Развивающее занятие «Как оформить творческий проект: идея, этапы, результат».</w:t>
            </w:r>
            <w:r w:rsidRPr="00726D7C">
              <w:rPr>
                <w:rFonts w:cs="Times New Roman"/>
                <w:szCs w:val="28"/>
                <w:lang w:val="ru-RU"/>
              </w:rPr>
              <w:br/>
            </w:r>
            <w:r w:rsidRPr="00726D7C">
              <w:rPr>
                <w:rFonts w:cs="Times New Roman"/>
                <w:szCs w:val="28"/>
              </w:rPr>
              <w:t>• Проектная консультация по выбранным творческим направлениям.</w:t>
            </w:r>
          </w:p>
        </w:tc>
      </w:tr>
      <w:tr w:rsidR="0085125B" w:rsidRPr="00726D7C" w14:paraId="47747EA1" w14:textId="77777777">
        <w:trPr>
          <w:jc w:val="center"/>
        </w:trPr>
        <w:tc>
          <w:tcPr>
            <w:tcW w:w="4819" w:type="dxa"/>
          </w:tcPr>
          <w:p w14:paraId="1E49D0DE" w14:textId="77777777" w:rsidR="0085125B" w:rsidRPr="00726D7C" w:rsidRDefault="001F678B" w:rsidP="006023F3">
            <w:pPr>
              <w:rPr>
                <w:rFonts w:cs="Times New Roman"/>
                <w:szCs w:val="28"/>
                <w:lang w:val="ru-RU"/>
              </w:rPr>
            </w:pPr>
            <w:r w:rsidRPr="00726D7C">
              <w:rPr>
                <w:rFonts w:cs="Times New Roman"/>
                <w:szCs w:val="28"/>
                <w:lang w:val="ru-RU"/>
              </w:rPr>
              <w:t>Практико-ориентированные занятия (не менее 2)</w:t>
            </w:r>
          </w:p>
        </w:tc>
        <w:tc>
          <w:tcPr>
            <w:tcW w:w="4819" w:type="dxa"/>
          </w:tcPr>
          <w:p w14:paraId="10DE9E88" w14:textId="77777777" w:rsidR="0085125B" w:rsidRPr="00726D7C" w:rsidRDefault="001F678B" w:rsidP="006023F3">
            <w:pPr>
              <w:rPr>
                <w:rFonts w:cs="Times New Roman"/>
                <w:szCs w:val="28"/>
              </w:rPr>
            </w:pPr>
            <w:r w:rsidRPr="00726D7C">
              <w:rPr>
                <w:rFonts w:cs="Times New Roman"/>
                <w:szCs w:val="28"/>
                <w:lang w:val="ru-RU"/>
              </w:rPr>
              <w:t xml:space="preserve">• Практическая работа по подготовке итогового продукта, номера, </w:t>
            </w:r>
            <w:r w:rsidRPr="00726D7C">
              <w:rPr>
                <w:rFonts w:cs="Times New Roman"/>
                <w:szCs w:val="28"/>
                <w:lang w:val="ru-RU"/>
              </w:rPr>
              <w:lastRenderedPageBreak/>
              <w:t>выставки или медиаобъекта.</w:t>
            </w:r>
            <w:r w:rsidRPr="00726D7C">
              <w:rPr>
                <w:rFonts w:cs="Times New Roman"/>
                <w:szCs w:val="28"/>
                <w:lang w:val="ru-RU"/>
              </w:rPr>
              <w:br/>
            </w:r>
            <w:r w:rsidRPr="00726D7C">
              <w:rPr>
                <w:rFonts w:cs="Times New Roman"/>
                <w:szCs w:val="28"/>
              </w:rPr>
              <w:t>• Тренинг презентации: структура выступления, распределение ролей, репетиция.</w:t>
            </w:r>
          </w:p>
        </w:tc>
      </w:tr>
      <w:tr w:rsidR="0085125B" w:rsidRPr="00337B30" w14:paraId="40A1DC27" w14:textId="77777777">
        <w:trPr>
          <w:jc w:val="center"/>
        </w:trPr>
        <w:tc>
          <w:tcPr>
            <w:tcW w:w="4819" w:type="dxa"/>
          </w:tcPr>
          <w:p w14:paraId="5B2ABB4E" w14:textId="77777777" w:rsidR="0085125B" w:rsidRPr="00726D7C" w:rsidRDefault="001F678B" w:rsidP="006023F3">
            <w:pPr>
              <w:rPr>
                <w:rFonts w:cs="Times New Roman"/>
                <w:szCs w:val="28"/>
                <w:lang w:val="ru-RU"/>
              </w:rPr>
            </w:pPr>
            <w:r w:rsidRPr="00726D7C">
              <w:rPr>
                <w:rFonts w:cs="Times New Roman"/>
                <w:szCs w:val="28"/>
                <w:lang w:val="ru-RU"/>
              </w:rPr>
              <w:lastRenderedPageBreak/>
              <w:t>Воспитательные мероприятия и проекты (не менее 2)</w:t>
            </w:r>
          </w:p>
        </w:tc>
        <w:tc>
          <w:tcPr>
            <w:tcW w:w="4819" w:type="dxa"/>
          </w:tcPr>
          <w:p w14:paraId="116090DB" w14:textId="77777777" w:rsidR="0085125B" w:rsidRPr="00726D7C" w:rsidRDefault="001F678B" w:rsidP="006023F3">
            <w:pPr>
              <w:rPr>
                <w:rFonts w:cs="Times New Roman"/>
                <w:szCs w:val="28"/>
                <w:lang w:val="ru-RU"/>
              </w:rPr>
            </w:pPr>
            <w:r w:rsidRPr="00726D7C">
              <w:rPr>
                <w:rFonts w:cs="Times New Roman"/>
                <w:szCs w:val="28"/>
                <w:lang w:val="ru-RU"/>
              </w:rPr>
              <w:t>• Воспитательное мероприятие «Мой вклад в общий результат».</w:t>
            </w:r>
            <w:r w:rsidRPr="00726D7C">
              <w:rPr>
                <w:rFonts w:cs="Times New Roman"/>
                <w:szCs w:val="28"/>
                <w:lang w:val="ru-RU"/>
              </w:rPr>
              <w:br/>
              <w:t>• Вечер проектных команд и обмен обратной связью.</w:t>
            </w:r>
          </w:p>
        </w:tc>
      </w:tr>
      <w:tr w:rsidR="0085125B" w:rsidRPr="00337B30" w14:paraId="4382300A" w14:textId="77777777">
        <w:trPr>
          <w:jc w:val="center"/>
        </w:trPr>
        <w:tc>
          <w:tcPr>
            <w:tcW w:w="4819" w:type="dxa"/>
          </w:tcPr>
          <w:p w14:paraId="1C879FA8" w14:textId="77777777" w:rsidR="0085125B" w:rsidRPr="00726D7C" w:rsidRDefault="001F678B" w:rsidP="006023F3">
            <w:pPr>
              <w:rPr>
                <w:rFonts w:cs="Times New Roman"/>
                <w:szCs w:val="28"/>
                <w:lang w:val="ru-RU"/>
              </w:rPr>
            </w:pPr>
            <w:r w:rsidRPr="00726D7C">
              <w:rPr>
                <w:rFonts w:cs="Times New Roman"/>
                <w:szCs w:val="28"/>
                <w:lang w:val="ru-RU"/>
              </w:rPr>
              <w:t>Оздоровительный модуль (до 3 академических часов в день)</w:t>
            </w:r>
          </w:p>
        </w:tc>
        <w:tc>
          <w:tcPr>
            <w:tcW w:w="4819" w:type="dxa"/>
          </w:tcPr>
          <w:p w14:paraId="1A04C18E" w14:textId="77777777" w:rsidR="0085125B" w:rsidRPr="00726D7C" w:rsidRDefault="001F678B" w:rsidP="006023F3">
            <w:pPr>
              <w:rPr>
                <w:rFonts w:cs="Times New Roman"/>
                <w:szCs w:val="28"/>
                <w:lang w:val="ru-RU"/>
              </w:rPr>
            </w:pPr>
            <w:r w:rsidRPr="00726D7C">
              <w:rPr>
                <w:rFonts w:cs="Times New Roman"/>
                <w:szCs w:val="28"/>
                <w:lang w:val="ru-RU"/>
              </w:rPr>
              <w:t>• Зарядка, прогулка, активная игра для профилактики утомления.</w:t>
            </w:r>
          </w:p>
        </w:tc>
      </w:tr>
      <w:tr w:rsidR="0085125B" w:rsidRPr="00337B30" w14:paraId="7F1874DF" w14:textId="77777777">
        <w:trPr>
          <w:jc w:val="center"/>
        </w:trPr>
        <w:tc>
          <w:tcPr>
            <w:tcW w:w="4819" w:type="dxa"/>
          </w:tcPr>
          <w:p w14:paraId="7479C619" w14:textId="77777777" w:rsidR="0085125B" w:rsidRPr="00726D7C" w:rsidRDefault="001F678B" w:rsidP="006023F3">
            <w:pPr>
              <w:rPr>
                <w:rFonts w:cs="Times New Roman"/>
                <w:szCs w:val="28"/>
              </w:rPr>
            </w:pPr>
            <w:r w:rsidRPr="00726D7C">
              <w:rPr>
                <w:rFonts w:cs="Times New Roman"/>
                <w:szCs w:val="28"/>
              </w:rPr>
              <w:t>Ожидаемый результат дня</w:t>
            </w:r>
          </w:p>
        </w:tc>
        <w:tc>
          <w:tcPr>
            <w:tcW w:w="4819" w:type="dxa"/>
          </w:tcPr>
          <w:p w14:paraId="7EB19E72" w14:textId="77777777" w:rsidR="0085125B" w:rsidRPr="00726D7C" w:rsidRDefault="001F678B" w:rsidP="006023F3">
            <w:pPr>
              <w:rPr>
                <w:rFonts w:cs="Times New Roman"/>
                <w:szCs w:val="28"/>
                <w:lang w:val="ru-RU"/>
              </w:rPr>
            </w:pPr>
            <w:r w:rsidRPr="00726D7C">
              <w:rPr>
                <w:rFonts w:cs="Times New Roman"/>
                <w:szCs w:val="28"/>
                <w:lang w:val="ru-RU"/>
              </w:rPr>
              <w:t>Подготовлены черновые варианты итоговых творческих проектов.</w:t>
            </w:r>
          </w:p>
        </w:tc>
      </w:tr>
    </w:tbl>
    <w:p w14:paraId="684879C8" w14:textId="77777777" w:rsidR="0085125B" w:rsidRPr="00726D7C" w:rsidRDefault="001F678B" w:rsidP="006023F3">
      <w:pPr>
        <w:pStyle w:val="31"/>
        <w:spacing w:before="60" w:after="60" w:line="240" w:lineRule="auto"/>
        <w:rPr>
          <w:rFonts w:cs="Times New Roman"/>
          <w:szCs w:val="28"/>
          <w:lang w:val="ru-RU"/>
        </w:rPr>
      </w:pPr>
      <w:r w:rsidRPr="00726D7C">
        <w:rPr>
          <w:rFonts w:eastAsia="Times New Roman" w:cs="Times New Roman"/>
          <w:szCs w:val="28"/>
          <w:lang w:val="ru-RU"/>
        </w:rPr>
        <w:t>10 день. «Дайындық және үйлесім» - день подготовки и единства</w:t>
      </w:r>
    </w:p>
    <w:tbl>
      <w:tblPr>
        <w:tblStyle w:val="aff0"/>
        <w:tblW w:w="0" w:type="auto"/>
        <w:jc w:val="center"/>
        <w:tblLook w:val="04A0" w:firstRow="1" w:lastRow="0" w:firstColumn="1" w:lastColumn="0" w:noHBand="0" w:noVBand="1"/>
      </w:tblPr>
      <w:tblGrid>
        <w:gridCol w:w="4814"/>
        <w:gridCol w:w="4813"/>
      </w:tblGrid>
      <w:tr w:rsidR="0085125B" w:rsidRPr="00726D7C" w14:paraId="6CD4CF92" w14:textId="77777777">
        <w:trPr>
          <w:tblHeader/>
          <w:jc w:val="center"/>
        </w:trPr>
        <w:tc>
          <w:tcPr>
            <w:tcW w:w="4819" w:type="dxa"/>
            <w:shd w:val="clear" w:color="auto" w:fill="FCE4D6"/>
          </w:tcPr>
          <w:p w14:paraId="3F74E7B7" w14:textId="77777777" w:rsidR="0085125B" w:rsidRPr="00726D7C" w:rsidRDefault="001F678B" w:rsidP="006023F3">
            <w:pPr>
              <w:rPr>
                <w:rFonts w:cs="Times New Roman"/>
                <w:szCs w:val="28"/>
              </w:rPr>
            </w:pPr>
            <w:r w:rsidRPr="00726D7C">
              <w:rPr>
                <w:rFonts w:cs="Times New Roman"/>
                <w:b/>
                <w:szCs w:val="28"/>
              </w:rPr>
              <w:t>Компонент дня</w:t>
            </w:r>
          </w:p>
        </w:tc>
        <w:tc>
          <w:tcPr>
            <w:tcW w:w="4819" w:type="dxa"/>
            <w:shd w:val="clear" w:color="auto" w:fill="FCE4D6"/>
          </w:tcPr>
          <w:p w14:paraId="02EA2D34" w14:textId="77777777" w:rsidR="0085125B" w:rsidRPr="00726D7C" w:rsidRDefault="001F678B" w:rsidP="006023F3">
            <w:pPr>
              <w:rPr>
                <w:rFonts w:cs="Times New Roman"/>
                <w:szCs w:val="28"/>
              </w:rPr>
            </w:pPr>
            <w:r w:rsidRPr="00726D7C">
              <w:rPr>
                <w:rFonts w:cs="Times New Roman"/>
                <w:b/>
                <w:szCs w:val="28"/>
              </w:rPr>
              <w:t>Содержание</w:t>
            </w:r>
          </w:p>
        </w:tc>
      </w:tr>
      <w:tr w:rsidR="0085125B" w:rsidRPr="00726D7C" w14:paraId="5585A384" w14:textId="77777777">
        <w:trPr>
          <w:jc w:val="center"/>
        </w:trPr>
        <w:tc>
          <w:tcPr>
            <w:tcW w:w="4819" w:type="dxa"/>
          </w:tcPr>
          <w:p w14:paraId="3B2C1046" w14:textId="77777777" w:rsidR="0085125B" w:rsidRPr="00726D7C" w:rsidRDefault="001F678B" w:rsidP="006023F3">
            <w:pPr>
              <w:rPr>
                <w:rFonts w:cs="Times New Roman"/>
                <w:szCs w:val="28"/>
                <w:lang w:val="ru-RU"/>
              </w:rPr>
            </w:pPr>
            <w:r w:rsidRPr="00726D7C">
              <w:rPr>
                <w:rFonts w:cs="Times New Roman"/>
                <w:szCs w:val="28"/>
                <w:lang w:val="ru-RU"/>
              </w:rPr>
              <w:t>Развивающие / проектные / исследовательские / творческие занятия (не менее 2)</w:t>
            </w:r>
          </w:p>
        </w:tc>
        <w:tc>
          <w:tcPr>
            <w:tcW w:w="4819" w:type="dxa"/>
          </w:tcPr>
          <w:p w14:paraId="24791E21" w14:textId="77777777" w:rsidR="0085125B" w:rsidRPr="00726D7C" w:rsidRDefault="001F678B" w:rsidP="006023F3">
            <w:pPr>
              <w:rPr>
                <w:rFonts w:cs="Times New Roman"/>
                <w:szCs w:val="28"/>
              </w:rPr>
            </w:pPr>
            <w:r w:rsidRPr="00726D7C">
              <w:rPr>
                <w:rFonts w:cs="Times New Roman"/>
                <w:szCs w:val="28"/>
                <w:lang w:val="ru-RU"/>
              </w:rPr>
              <w:t>• Развивающее занятие «Критерии хорошей выставки, показа и презентации».</w:t>
            </w:r>
            <w:r w:rsidRPr="00726D7C">
              <w:rPr>
                <w:rFonts w:cs="Times New Roman"/>
                <w:szCs w:val="28"/>
                <w:lang w:val="ru-RU"/>
              </w:rPr>
              <w:br/>
            </w:r>
            <w:r w:rsidRPr="00726D7C">
              <w:rPr>
                <w:rFonts w:cs="Times New Roman"/>
                <w:szCs w:val="28"/>
              </w:rPr>
              <w:t>• Творческая доработка выставочных, сценических, медийных и проектных материалов.</w:t>
            </w:r>
          </w:p>
        </w:tc>
      </w:tr>
      <w:tr w:rsidR="0085125B" w:rsidRPr="00337B30" w14:paraId="00837E05" w14:textId="77777777">
        <w:trPr>
          <w:jc w:val="center"/>
        </w:trPr>
        <w:tc>
          <w:tcPr>
            <w:tcW w:w="4819" w:type="dxa"/>
          </w:tcPr>
          <w:p w14:paraId="02DEDC65" w14:textId="77777777" w:rsidR="0085125B" w:rsidRPr="00726D7C" w:rsidRDefault="001F678B" w:rsidP="006023F3">
            <w:pPr>
              <w:rPr>
                <w:rFonts w:cs="Times New Roman"/>
                <w:szCs w:val="28"/>
                <w:lang w:val="ru-RU"/>
              </w:rPr>
            </w:pPr>
            <w:r w:rsidRPr="00726D7C">
              <w:rPr>
                <w:rFonts w:cs="Times New Roman"/>
                <w:szCs w:val="28"/>
                <w:lang w:val="ru-RU"/>
              </w:rPr>
              <w:t>Практико-ориентированные занятия (не менее 2)</w:t>
            </w:r>
          </w:p>
        </w:tc>
        <w:tc>
          <w:tcPr>
            <w:tcW w:w="4819" w:type="dxa"/>
          </w:tcPr>
          <w:p w14:paraId="3AB9AF36" w14:textId="77777777" w:rsidR="0085125B" w:rsidRPr="00726D7C" w:rsidRDefault="001F678B" w:rsidP="006023F3">
            <w:pPr>
              <w:rPr>
                <w:rFonts w:cs="Times New Roman"/>
                <w:szCs w:val="28"/>
                <w:lang w:val="ru-RU"/>
              </w:rPr>
            </w:pPr>
            <w:r w:rsidRPr="00726D7C">
              <w:rPr>
                <w:rFonts w:cs="Times New Roman"/>
                <w:szCs w:val="28"/>
                <w:lang w:val="ru-RU"/>
              </w:rPr>
              <w:t>• Практикум репетиции защиты или выступления.</w:t>
            </w:r>
            <w:r w:rsidRPr="00726D7C">
              <w:rPr>
                <w:rFonts w:cs="Times New Roman"/>
                <w:szCs w:val="28"/>
                <w:lang w:val="ru-RU"/>
              </w:rPr>
              <w:br/>
              <w:t>• Практическая работа по оформлению стендов, пространства, афиш, моделей, костюмов или сценариев.</w:t>
            </w:r>
          </w:p>
        </w:tc>
      </w:tr>
      <w:tr w:rsidR="0085125B" w:rsidRPr="00726D7C" w14:paraId="63775058" w14:textId="77777777">
        <w:trPr>
          <w:jc w:val="center"/>
        </w:trPr>
        <w:tc>
          <w:tcPr>
            <w:tcW w:w="4819" w:type="dxa"/>
          </w:tcPr>
          <w:p w14:paraId="4F86304D" w14:textId="77777777" w:rsidR="0085125B" w:rsidRPr="00726D7C" w:rsidRDefault="001F678B" w:rsidP="006023F3">
            <w:pPr>
              <w:rPr>
                <w:rFonts w:cs="Times New Roman"/>
                <w:szCs w:val="28"/>
                <w:lang w:val="ru-RU"/>
              </w:rPr>
            </w:pPr>
            <w:r w:rsidRPr="00726D7C">
              <w:rPr>
                <w:rFonts w:cs="Times New Roman"/>
                <w:szCs w:val="28"/>
                <w:lang w:val="ru-RU"/>
              </w:rPr>
              <w:t>Воспитательные мероприятия и проекты (не менее 2)</w:t>
            </w:r>
          </w:p>
        </w:tc>
        <w:tc>
          <w:tcPr>
            <w:tcW w:w="4819" w:type="dxa"/>
          </w:tcPr>
          <w:p w14:paraId="69F7D370" w14:textId="77777777" w:rsidR="0085125B" w:rsidRPr="00726D7C" w:rsidRDefault="001F678B" w:rsidP="006023F3">
            <w:pPr>
              <w:rPr>
                <w:rFonts w:cs="Times New Roman"/>
                <w:szCs w:val="28"/>
              </w:rPr>
            </w:pPr>
            <w:r w:rsidRPr="00726D7C">
              <w:rPr>
                <w:rFonts w:cs="Times New Roman"/>
                <w:szCs w:val="28"/>
                <w:lang w:val="ru-RU"/>
              </w:rPr>
              <w:t>• Воспитательное мероприятие «Культура признания и благодарности».</w:t>
            </w:r>
            <w:r w:rsidRPr="00726D7C">
              <w:rPr>
                <w:rFonts w:cs="Times New Roman"/>
                <w:szCs w:val="28"/>
                <w:lang w:val="ru-RU"/>
              </w:rPr>
              <w:br/>
            </w:r>
            <w:r w:rsidRPr="00726D7C">
              <w:rPr>
                <w:rFonts w:cs="Times New Roman"/>
                <w:szCs w:val="28"/>
              </w:rPr>
              <w:t>• Рефлексия «Чему меня научила творческая команда».</w:t>
            </w:r>
          </w:p>
        </w:tc>
      </w:tr>
      <w:tr w:rsidR="0085125B" w:rsidRPr="00337B30" w14:paraId="1358A5B1" w14:textId="77777777">
        <w:trPr>
          <w:jc w:val="center"/>
        </w:trPr>
        <w:tc>
          <w:tcPr>
            <w:tcW w:w="4819" w:type="dxa"/>
          </w:tcPr>
          <w:p w14:paraId="735225F1" w14:textId="77777777" w:rsidR="0085125B" w:rsidRPr="00726D7C" w:rsidRDefault="001F678B" w:rsidP="006023F3">
            <w:pPr>
              <w:rPr>
                <w:rFonts w:cs="Times New Roman"/>
                <w:szCs w:val="28"/>
                <w:lang w:val="ru-RU"/>
              </w:rPr>
            </w:pPr>
            <w:r w:rsidRPr="00726D7C">
              <w:rPr>
                <w:rFonts w:cs="Times New Roman"/>
                <w:szCs w:val="28"/>
                <w:lang w:val="ru-RU"/>
              </w:rPr>
              <w:t>Оздоровительный модуль (до 3 академических часов в день)</w:t>
            </w:r>
          </w:p>
        </w:tc>
        <w:tc>
          <w:tcPr>
            <w:tcW w:w="4819" w:type="dxa"/>
          </w:tcPr>
          <w:p w14:paraId="318696EC" w14:textId="77777777" w:rsidR="0085125B" w:rsidRPr="00726D7C" w:rsidRDefault="001F678B" w:rsidP="006023F3">
            <w:pPr>
              <w:rPr>
                <w:rFonts w:cs="Times New Roman"/>
                <w:szCs w:val="28"/>
                <w:lang w:val="ru-RU"/>
              </w:rPr>
            </w:pPr>
            <w:r w:rsidRPr="00726D7C">
              <w:rPr>
                <w:rFonts w:cs="Times New Roman"/>
                <w:szCs w:val="28"/>
                <w:lang w:val="ru-RU"/>
              </w:rPr>
              <w:t>• Зарядка, эстафеты дружбы, упражнения на эмоциональную разгрузку.</w:t>
            </w:r>
          </w:p>
        </w:tc>
      </w:tr>
      <w:tr w:rsidR="0085125B" w:rsidRPr="00337B30" w14:paraId="55BA347C" w14:textId="77777777">
        <w:trPr>
          <w:jc w:val="center"/>
        </w:trPr>
        <w:tc>
          <w:tcPr>
            <w:tcW w:w="4819" w:type="dxa"/>
          </w:tcPr>
          <w:p w14:paraId="4AD9357E" w14:textId="77777777" w:rsidR="0085125B" w:rsidRPr="00726D7C" w:rsidRDefault="001F678B" w:rsidP="006023F3">
            <w:pPr>
              <w:rPr>
                <w:rFonts w:cs="Times New Roman"/>
                <w:szCs w:val="28"/>
              </w:rPr>
            </w:pPr>
            <w:r w:rsidRPr="00726D7C">
              <w:rPr>
                <w:rFonts w:cs="Times New Roman"/>
                <w:szCs w:val="28"/>
              </w:rPr>
              <w:t>Ожидаемый результат дня</w:t>
            </w:r>
          </w:p>
        </w:tc>
        <w:tc>
          <w:tcPr>
            <w:tcW w:w="4819" w:type="dxa"/>
          </w:tcPr>
          <w:p w14:paraId="09E5F37A" w14:textId="77777777" w:rsidR="0085125B" w:rsidRPr="00726D7C" w:rsidRDefault="001F678B" w:rsidP="006023F3">
            <w:pPr>
              <w:rPr>
                <w:rFonts w:cs="Times New Roman"/>
                <w:szCs w:val="28"/>
                <w:lang w:val="ru-RU"/>
              </w:rPr>
            </w:pPr>
            <w:r w:rsidRPr="00726D7C">
              <w:rPr>
                <w:rFonts w:cs="Times New Roman"/>
                <w:szCs w:val="28"/>
                <w:lang w:val="ru-RU"/>
              </w:rPr>
              <w:t>Итоговые творческие материалы готовы к презентации.</w:t>
            </w:r>
          </w:p>
        </w:tc>
      </w:tr>
    </w:tbl>
    <w:p w14:paraId="637C567B" w14:textId="77777777" w:rsidR="0085125B" w:rsidRPr="00726D7C" w:rsidRDefault="001F678B" w:rsidP="006023F3">
      <w:pPr>
        <w:pStyle w:val="31"/>
        <w:spacing w:before="60" w:after="60" w:line="240" w:lineRule="auto"/>
        <w:rPr>
          <w:rFonts w:cs="Times New Roman"/>
          <w:szCs w:val="28"/>
        </w:rPr>
      </w:pPr>
      <w:r w:rsidRPr="00726D7C">
        <w:rPr>
          <w:rFonts w:eastAsia="Times New Roman" w:cs="Times New Roman"/>
          <w:szCs w:val="28"/>
        </w:rPr>
        <w:t>11 день. «ART Fest» - фестиваль достижений</w:t>
      </w:r>
    </w:p>
    <w:tbl>
      <w:tblPr>
        <w:tblStyle w:val="aff0"/>
        <w:tblW w:w="0" w:type="auto"/>
        <w:jc w:val="center"/>
        <w:tblLook w:val="04A0" w:firstRow="1" w:lastRow="0" w:firstColumn="1" w:lastColumn="0" w:noHBand="0" w:noVBand="1"/>
      </w:tblPr>
      <w:tblGrid>
        <w:gridCol w:w="4814"/>
        <w:gridCol w:w="4813"/>
      </w:tblGrid>
      <w:tr w:rsidR="0085125B" w:rsidRPr="00726D7C" w14:paraId="7BC43BC3" w14:textId="77777777">
        <w:trPr>
          <w:tblHeader/>
          <w:jc w:val="center"/>
        </w:trPr>
        <w:tc>
          <w:tcPr>
            <w:tcW w:w="4819" w:type="dxa"/>
            <w:shd w:val="clear" w:color="auto" w:fill="FCE4D6"/>
          </w:tcPr>
          <w:p w14:paraId="340E99EE" w14:textId="77777777" w:rsidR="0085125B" w:rsidRPr="00726D7C" w:rsidRDefault="001F678B" w:rsidP="006023F3">
            <w:pPr>
              <w:rPr>
                <w:rFonts w:cs="Times New Roman"/>
                <w:szCs w:val="28"/>
              </w:rPr>
            </w:pPr>
            <w:r w:rsidRPr="00726D7C">
              <w:rPr>
                <w:rFonts w:cs="Times New Roman"/>
                <w:b/>
                <w:szCs w:val="28"/>
              </w:rPr>
              <w:t>Компонент дня</w:t>
            </w:r>
          </w:p>
        </w:tc>
        <w:tc>
          <w:tcPr>
            <w:tcW w:w="4819" w:type="dxa"/>
            <w:shd w:val="clear" w:color="auto" w:fill="FCE4D6"/>
          </w:tcPr>
          <w:p w14:paraId="2F3412DC" w14:textId="77777777" w:rsidR="0085125B" w:rsidRPr="00726D7C" w:rsidRDefault="001F678B" w:rsidP="006023F3">
            <w:pPr>
              <w:rPr>
                <w:rFonts w:cs="Times New Roman"/>
                <w:szCs w:val="28"/>
              </w:rPr>
            </w:pPr>
            <w:r w:rsidRPr="00726D7C">
              <w:rPr>
                <w:rFonts w:cs="Times New Roman"/>
                <w:b/>
                <w:szCs w:val="28"/>
              </w:rPr>
              <w:t>Содержание</w:t>
            </w:r>
          </w:p>
        </w:tc>
      </w:tr>
      <w:tr w:rsidR="0085125B" w:rsidRPr="00726D7C" w14:paraId="6E2577B2" w14:textId="77777777">
        <w:trPr>
          <w:jc w:val="center"/>
        </w:trPr>
        <w:tc>
          <w:tcPr>
            <w:tcW w:w="4819" w:type="dxa"/>
          </w:tcPr>
          <w:p w14:paraId="3235B0BC" w14:textId="77777777" w:rsidR="0085125B" w:rsidRPr="00726D7C" w:rsidRDefault="001F678B" w:rsidP="006023F3">
            <w:pPr>
              <w:rPr>
                <w:rFonts w:cs="Times New Roman"/>
                <w:szCs w:val="28"/>
                <w:lang w:val="ru-RU"/>
              </w:rPr>
            </w:pPr>
            <w:r w:rsidRPr="00726D7C">
              <w:rPr>
                <w:rFonts w:cs="Times New Roman"/>
                <w:szCs w:val="28"/>
                <w:lang w:val="ru-RU"/>
              </w:rPr>
              <w:t xml:space="preserve">Развивающие / проектные / исследовательские / творческие </w:t>
            </w:r>
            <w:r w:rsidRPr="00726D7C">
              <w:rPr>
                <w:rFonts w:cs="Times New Roman"/>
                <w:szCs w:val="28"/>
                <w:lang w:val="ru-RU"/>
              </w:rPr>
              <w:lastRenderedPageBreak/>
              <w:t>занятия (не менее 2)</w:t>
            </w:r>
          </w:p>
        </w:tc>
        <w:tc>
          <w:tcPr>
            <w:tcW w:w="4819" w:type="dxa"/>
          </w:tcPr>
          <w:p w14:paraId="50C9F0BE" w14:textId="77777777" w:rsidR="0085125B" w:rsidRPr="00726D7C" w:rsidRDefault="001F678B" w:rsidP="006023F3">
            <w:pPr>
              <w:rPr>
                <w:rFonts w:cs="Times New Roman"/>
                <w:szCs w:val="28"/>
              </w:rPr>
            </w:pPr>
            <w:r w:rsidRPr="00726D7C">
              <w:rPr>
                <w:rFonts w:cs="Times New Roman"/>
                <w:szCs w:val="28"/>
                <w:lang w:val="ru-RU"/>
              </w:rPr>
              <w:lastRenderedPageBreak/>
              <w:t xml:space="preserve">• Развивающая площадка «Галерея решений»: знакомство с проектами </w:t>
            </w:r>
            <w:r w:rsidRPr="00726D7C">
              <w:rPr>
                <w:rFonts w:cs="Times New Roman"/>
                <w:szCs w:val="28"/>
                <w:lang w:val="ru-RU"/>
              </w:rPr>
              <w:lastRenderedPageBreak/>
              <w:t>других команд.</w:t>
            </w:r>
            <w:r w:rsidRPr="00726D7C">
              <w:rPr>
                <w:rFonts w:cs="Times New Roman"/>
                <w:szCs w:val="28"/>
                <w:lang w:val="ru-RU"/>
              </w:rPr>
              <w:br/>
            </w:r>
            <w:r w:rsidRPr="00726D7C">
              <w:rPr>
                <w:rFonts w:cs="Times New Roman"/>
                <w:szCs w:val="28"/>
              </w:rPr>
              <w:t>• Интеллектуально-творческая викторина по направлениям смены.</w:t>
            </w:r>
          </w:p>
        </w:tc>
      </w:tr>
      <w:tr w:rsidR="0085125B" w:rsidRPr="00337B30" w14:paraId="17E4A394" w14:textId="77777777">
        <w:trPr>
          <w:jc w:val="center"/>
        </w:trPr>
        <w:tc>
          <w:tcPr>
            <w:tcW w:w="4819" w:type="dxa"/>
          </w:tcPr>
          <w:p w14:paraId="2E6DDD3A" w14:textId="77777777" w:rsidR="0085125B" w:rsidRPr="00726D7C" w:rsidRDefault="001F678B" w:rsidP="006023F3">
            <w:pPr>
              <w:rPr>
                <w:rFonts w:cs="Times New Roman"/>
                <w:szCs w:val="28"/>
                <w:lang w:val="ru-RU"/>
              </w:rPr>
            </w:pPr>
            <w:r w:rsidRPr="00726D7C">
              <w:rPr>
                <w:rFonts w:cs="Times New Roman"/>
                <w:szCs w:val="28"/>
                <w:lang w:val="ru-RU"/>
              </w:rPr>
              <w:lastRenderedPageBreak/>
              <w:t>Практико-ориентированные занятия (не менее 2)</w:t>
            </w:r>
          </w:p>
        </w:tc>
        <w:tc>
          <w:tcPr>
            <w:tcW w:w="4819" w:type="dxa"/>
          </w:tcPr>
          <w:p w14:paraId="47CCD3C2" w14:textId="77777777" w:rsidR="0085125B" w:rsidRPr="00726D7C" w:rsidRDefault="001F678B" w:rsidP="006023F3">
            <w:pPr>
              <w:rPr>
                <w:rFonts w:cs="Times New Roman"/>
                <w:szCs w:val="28"/>
                <w:lang w:val="ru-RU"/>
              </w:rPr>
            </w:pPr>
            <w:r w:rsidRPr="00726D7C">
              <w:rPr>
                <w:rFonts w:cs="Times New Roman"/>
                <w:szCs w:val="28"/>
                <w:lang w:val="ru-RU"/>
              </w:rPr>
              <w:t>• Практическая презентация командных арт-проектов.</w:t>
            </w:r>
            <w:r w:rsidRPr="00726D7C">
              <w:rPr>
                <w:rFonts w:cs="Times New Roman"/>
                <w:szCs w:val="28"/>
                <w:lang w:val="ru-RU"/>
              </w:rPr>
              <w:br/>
              <w:t xml:space="preserve">• Практический показ творческих, сценических, музыкальных, дизайнерских, </w:t>
            </w:r>
            <w:r w:rsidRPr="00726D7C">
              <w:rPr>
                <w:rFonts w:cs="Times New Roman"/>
                <w:szCs w:val="28"/>
              </w:rPr>
              <w:t>digital</w:t>
            </w:r>
            <w:r w:rsidRPr="00726D7C">
              <w:rPr>
                <w:rFonts w:cs="Times New Roman"/>
                <w:szCs w:val="28"/>
                <w:lang w:val="ru-RU"/>
              </w:rPr>
              <w:t xml:space="preserve"> и медиа-продуктов.</w:t>
            </w:r>
          </w:p>
        </w:tc>
      </w:tr>
      <w:tr w:rsidR="0085125B" w:rsidRPr="00726D7C" w14:paraId="642E602E" w14:textId="77777777">
        <w:trPr>
          <w:jc w:val="center"/>
        </w:trPr>
        <w:tc>
          <w:tcPr>
            <w:tcW w:w="4819" w:type="dxa"/>
          </w:tcPr>
          <w:p w14:paraId="39642009" w14:textId="77777777" w:rsidR="0085125B" w:rsidRPr="00726D7C" w:rsidRDefault="001F678B" w:rsidP="006023F3">
            <w:pPr>
              <w:rPr>
                <w:rFonts w:cs="Times New Roman"/>
                <w:szCs w:val="28"/>
                <w:lang w:val="ru-RU"/>
              </w:rPr>
            </w:pPr>
            <w:r w:rsidRPr="00726D7C">
              <w:rPr>
                <w:rFonts w:cs="Times New Roman"/>
                <w:szCs w:val="28"/>
                <w:lang w:val="ru-RU"/>
              </w:rPr>
              <w:t>Воспитательные мероприятия и проекты (не менее 2)</w:t>
            </w:r>
          </w:p>
        </w:tc>
        <w:tc>
          <w:tcPr>
            <w:tcW w:w="4819" w:type="dxa"/>
          </w:tcPr>
          <w:p w14:paraId="512DC6BF" w14:textId="77777777" w:rsidR="0085125B" w:rsidRPr="00726D7C" w:rsidRDefault="001F678B" w:rsidP="006023F3">
            <w:pPr>
              <w:rPr>
                <w:rFonts w:cs="Times New Roman"/>
                <w:szCs w:val="28"/>
              </w:rPr>
            </w:pPr>
            <w:r w:rsidRPr="00726D7C">
              <w:rPr>
                <w:rFonts w:cs="Times New Roman"/>
                <w:szCs w:val="28"/>
                <w:lang w:val="ru-RU"/>
              </w:rPr>
              <w:t>• Итоговое воспитательное мероприятие «Адал азамат: труд, уважение, созидание».</w:t>
            </w:r>
            <w:r w:rsidRPr="00726D7C">
              <w:rPr>
                <w:rFonts w:cs="Times New Roman"/>
                <w:szCs w:val="28"/>
                <w:lang w:val="ru-RU"/>
              </w:rPr>
              <w:br/>
            </w:r>
            <w:r w:rsidRPr="00726D7C">
              <w:rPr>
                <w:rFonts w:cs="Times New Roman"/>
                <w:szCs w:val="28"/>
              </w:rPr>
              <w:t>• Церемония признания достижений и благодарности участникам.</w:t>
            </w:r>
          </w:p>
        </w:tc>
      </w:tr>
      <w:tr w:rsidR="0085125B" w:rsidRPr="00337B30" w14:paraId="22831CAD" w14:textId="77777777">
        <w:trPr>
          <w:jc w:val="center"/>
        </w:trPr>
        <w:tc>
          <w:tcPr>
            <w:tcW w:w="4819" w:type="dxa"/>
          </w:tcPr>
          <w:p w14:paraId="622CB9E6" w14:textId="77777777" w:rsidR="0085125B" w:rsidRPr="00726D7C" w:rsidRDefault="001F678B" w:rsidP="006023F3">
            <w:pPr>
              <w:rPr>
                <w:rFonts w:cs="Times New Roman"/>
                <w:szCs w:val="28"/>
                <w:lang w:val="ru-RU"/>
              </w:rPr>
            </w:pPr>
            <w:r w:rsidRPr="00726D7C">
              <w:rPr>
                <w:rFonts w:cs="Times New Roman"/>
                <w:szCs w:val="28"/>
                <w:lang w:val="ru-RU"/>
              </w:rPr>
              <w:t>Оздоровительный модуль (до 3 академических часов в день)</w:t>
            </w:r>
          </w:p>
        </w:tc>
        <w:tc>
          <w:tcPr>
            <w:tcW w:w="4819" w:type="dxa"/>
          </w:tcPr>
          <w:p w14:paraId="68E489B0" w14:textId="77777777" w:rsidR="0085125B" w:rsidRPr="00726D7C" w:rsidRDefault="001F678B" w:rsidP="006023F3">
            <w:pPr>
              <w:rPr>
                <w:rFonts w:cs="Times New Roman"/>
                <w:szCs w:val="28"/>
                <w:lang w:val="ru-RU"/>
              </w:rPr>
            </w:pPr>
            <w:r w:rsidRPr="00726D7C">
              <w:rPr>
                <w:rFonts w:cs="Times New Roman"/>
                <w:szCs w:val="28"/>
                <w:lang w:val="ru-RU"/>
              </w:rPr>
              <w:t>• Зарядка, спортивно-творческий фестиваль, подвижные игры.</w:t>
            </w:r>
          </w:p>
        </w:tc>
      </w:tr>
      <w:tr w:rsidR="0085125B" w:rsidRPr="00337B30" w14:paraId="4FBDAE64" w14:textId="77777777">
        <w:trPr>
          <w:jc w:val="center"/>
        </w:trPr>
        <w:tc>
          <w:tcPr>
            <w:tcW w:w="4819" w:type="dxa"/>
          </w:tcPr>
          <w:p w14:paraId="1AEFD65E" w14:textId="77777777" w:rsidR="0085125B" w:rsidRPr="00726D7C" w:rsidRDefault="001F678B" w:rsidP="006023F3">
            <w:pPr>
              <w:rPr>
                <w:rFonts w:cs="Times New Roman"/>
                <w:szCs w:val="28"/>
              </w:rPr>
            </w:pPr>
            <w:r w:rsidRPr="00726D7C">
              <w:rPr>
                <w:rFonts w:cs="Times New Roman"/>
                <w:szCs w:val="28"/>
              </w:rPr>
              <w:t>Ожидаемый результат дня</w:t>
            </w:r>
          </w:p>
        </w:tc>
        <w:tc>
          <w:tcPr>
            <w:tcW w:w="4819" w:type="dxa"/>
          </w:tcPr>
          <w:p w14:paraId="7DFF8C7E" w14:textId="77777777" w:rsidR="0085125B" w:rsidRPr="00726D7C" w:rsidRDefault="001F678B" w:rsidP="006023F3">
            <w:pPr>
              <w:rPr>
                <w:rFonts w:cs="Times New Roman"/>
                <w:szCs w:val="28"/>
                <w:lang w:val="ru-RU"/>
              </w:rPr>
            </w:pPr>
            <w:r w:rsidRPr="00726D7C">
              <w:rPr>
                <w:rFonts w:cs="Times New Roman"/>
                <w:szCs w:val="28"/>
                <w:lang w:val="ru-RU"/>
              </w:rPr>
              <w:t xml:space="preserve">Проведены презентации проектов и </w:t>
            </w:r>
            <w:r w:rsidRPr="00726D7C">
              <w:rPr>
                <w:rFonts w:cs="Times New Roman"/>
                <w:szCs w:val="28"/>
              </w:rPr>
              <w:t>ART</w:t>
            </w:r>
            <w:r w:rsidRPr="00726D7C">
              <w:rPr>
                <w:rFonts w:cs="Times New Roman"/>
                <w:szCs w:val="28"/>
                <w:lang w:val="ru-RU"/>
              </w:rPr>
              <w:t xml:space="preserve"> </w:t>
            </w:r>
            <w:r w:rsidRPr="00726D7C">
              <w:rPr>
                <w:rFonts w:cs="Times New Roman"/>
                <w:szCs w:val="28"/>
              </w:rPr>
              <w:t>Fest</w:t>
            </w:r>
            <w:r w:rsidRPr="00726D7C">
              <w:rPr>
                <w:rFonts w:cs="Times New Roman"/>
                <w:szCs w:val="28"/>
                <w:lang w:val="ru-RU"/>
              </w:rPr>
              <w:t>.</w:t>
            </w:r>
          </w:p>
        </w:tc>
      </w:tr>
    </w:tbl>
    <w:p w14:paraId="01EA9ADC" w14:textId="2DC21ABE" w:rsidR="00AD6B34" w:rsidRPr="00726D7C" w:rsidRDefault="00AD6B34" w:rsidP="00AD6B34">
      <w:pPr>
        <w:pStyle w:val="31"/>
        <w:spacing w:before="60" w:after="60" w:line="240" w:lineRule="auto"/>
        <w:rPr>
          <w:rFonts w:cs="Times New Roman"/>
          <w:szCs w:val="28"/>
          <w:lang w:val="ru-RU"/>
        </w:rPr>
      </w:pPr>
      <w:r>
        <w:rPr>
          <w:rFonts w:eastAsia="Times New Roman" w:cs="Times New Roman"/>
          <w:szCs w:val="28"/>
          <w:lang w:val="ru-RU"/>
        </w:rPr>
        <w:t>12</w:t>
      </w:r>
      <w:r w:rsidRPr="00726D7C">
        <w:rPr>
          <w:rFonts w:eastAsia="Times New Roman" w:cs="Times New Roman"/>
          <w:szCs w:val="28"/>
          <w:lang w:val="ru-RU"/>
        </w:rPr>
        <w:t xml:space="preserve"> день. «Ритм және қозғалыс» - музыкально-двигательный день</w:t>
      </w:r>
    </w:p>
    <w:tbl>
      <w:tblPr>
        <w:tblStyle w:val="aff0"/>
        <w:tblW w:w="0" w:type="auto"/>
        <w:jc w:val="center"/>
        <w:tblLook w:val="04A0" w:firstRow="1" w:lastRow="0" w:firstColumn="1" w:lastColumn="0" w:noHBand="0" w:noVBand="1"/>
      </w:tblPr>
      <w:tblGrid>
        <w:gridCol w:w="4814"/>
        <w:gridCol w:w="4813"/>
      </w:tblGrid>
      <w:tr w:rsidR="00AD6B34" w:rsidRPr="00726D7C" w14:paraId="0AD51739" w14:textId="77777777" w:rsidTr="004F1625">
        <w:trPr>
          <w:tblHeader/>
          <w:jc w:val="center"/>
        </w:trPr>
        <w:tc>
          <w:tcPr>
            <w:tcW w:w="4819" w:type="dxa"/>
            <w:shd w:val="clear" w:color="auto" w:fill="FCE4D6"/>
          </w:tcPr>
          <w:p w14:paraId="2043A831" w14:textId="77777777" w:rsidR="00AD6B34" w:rsidRPr="00726D7C" w:rsidRDefault="00AD6B34" w:rsidP="004F1625">
            <w:pPr>
              <w:rPr>
                <w:rFonts w:cs="Times New Roman"/>
                <w:szCs w:val="28"/>
              </w:rPr>
            </w:pPr>
            <w:r w:rsidRPr="00726D7C">
              <w:rPr>
                <w:rFonts w:cs="Times New Roman"/>
                <w:b/>
                <w:szCs w:val="28"/>
              </w:rPr>
              <w:t>Компонент дня</w:t>
            </w:r>
          </w:p>
        </w:tc>
        <w:tc>
          <w:tcPr>
            <w:tcW w:w="4819" w:type="dxa"/>
            <w:shd w:val="clear" w:color="auto" w:fill="FCE4D6"/>
          </w:tcPr>
          <w:p w14:paraId="5E98111B" w14:textId="77777777" w:rsidR="00AD6B34" w:rsidRPr="00726D7C" w:rsidRDefault="00AD6B34" w:rsidP="004F1625">
            <w:pPr>
              <w:rPr>
                <w:rFonts w:cs="Times New Roman"/>
                <w:szCs w:val="28"/>
              </w:rPr>
            </w:pPr>
            <w:r w:rsidRPr="00726D7C">
              <w:rPr>
                <w:rFonts w:cs="Times New Roman"/>
                <w:b/>
                <w:szCs w:val="28"/>
              </w:rPr>
              <w:t>Содержание</w:t>
            </w:r>
          </w:p>
        </w:tc>
      </w:tr>
      <w:tr w:rsidR="00AD6B34" w:rsidRPr="00337B30" w14:paraId="72E96535" w14:textId="77777777" w:rsidTr="004F1625">
        <w:trPr>
          <w:jc w:val="center"/>
        </w:trPr>
        <w:tc>
          <w:tcPr>
            <w:tcW w:w="4819" w:type="dxa"/>
          </w:tcPr>
          <w:p w14:paraId="2BE89417" w14:textId="77777777" w:rsidR="00AD6B34" w:rsidRPr="00726D7C" w:rsidRDefault="00AD6B34" w:rsidP="004F1625">
            <w:pPr>
              <w:rPr>
                <w:rFonts w:cs="Times New Roman"/>
                <w:szCs w:val="28"/>
                <w:lang w:val="ru-RU"/>
              </w:rPr>
            </w:pPr>
            <w:r w:rsidRPr="00726D7C">
              <w:rPr>
                <w:rFonts w:cs="Times New Roman"/>
                <w:szCs w:val="28"/>
                <w:lang w:val="ru-RU"/>
              </w:rPr>
              <w:t>Развивающие / проектные / исследовательские / творческие занятия (не менее 2)</w:t>
            </w:r>
          </w:p>
        </w:tc>
        <w:tc>
          <w:tcPr>
            <w:tcW w:w="4819" w:type="dxa"/>
          </w:tcPr>
          <w:p w14:paraId="1485FA8B" w14:textId="77777777" w:rsidR="00AD6B34" w:rsidRPr="00726D7C" w:rsidRDefault="00AD6B34" w:rsidP="004F1625">
            <w:pPr>
              <w:rPr>
                <w:rFonts w:cs="Times New Roman"/>
                <w:szCs w:val="28"/>
                <w:lang w:val="ru-RU"/>
              </w:rPr>
            </w:pPr>
            <w:r w:rsidRPr="00726D7C">
              <w:rPr>
                <w:rFonts w:cs="Times New Roman"/>
                <w:szCs w:val="28"/>
                <w:lang w:val="ru-RU"/>
              </w:rPr>
              <w:t>• Развивающее занятие «Ритм, звук и движение как язык эмоций».</w:t>
            </w:r>
            <w:r w:rsidRPr="00726D7C">
              <w:rPr>
                <w:rFonts w:cs="Times New Roman"/>
                <w:szCs w:val="28"/>
                <w:lang w:val="ru-RU"/>
              </w:rPr>
              <w:br/>
              <w:t>• Музыкально-двигательная игра на чувство ритма.</w:t>
            </w:r>
          </w:p>
        </w:tc>
      </w:tr>
      <w:tr w:rsidR="00AD6B34" w:rsidRPr="00726D7C" w14:paraId="25F883F5" w14:textId="77777777" w:rsidTr="004F1625">
        <w:trPr>
          <w:jc w:val="center"/>
        </w:trPr>
        <w:tc>
          <w:tcPr>
            <w:tcW w:w="4819" w:type="dxa"/>
          </w:tcPr>
          <w:p w14:paraId="7EDCA3BA" w14:textId="77777777" w:rsidR="00AD6B34" w:rsidRPr="00726D7C" w:rsidRDefault="00AD6B34" w:rsidP="004F1625">
            <w:pPr>
              <w:rPr>
                <w:rFonts w:cs="Times New Roman"/>
                <w:szCs w:val="28"/>
                <w:lang w:val="ru-RU"/>
              </w:rPr>
            </w:pPr>
            <w:r w:rsidRPr="00726D7C">
              <w:rPr>
                <w:rFonts w:cs="Times New Roman"/>
                <w:szCs w:val="28"/>
                <w:lang w:val="ru-RU"/>
              </w:rPr>
              <w:t>Практико-ориентированные занятия (не менее 2)</w:t>
            </w:r>
          </w:p>
        </w:tc>
        <w:tc>
          <w:tcPr>
            <w:tcW w:w="4819" w:type="dxa"/>
          </w:tcPr>
          <w:p w14:paraId="718211F9" w14:textId="77777777" w:rsidR="00AD6B34" w:rsidRPr="00726D7C" w:rsidRDefault="00AD6B34" w:rsidP="004F1625">
            <w:pPr>
              <w:rPr>
                <w:rFonts w:cs="Times New Roman"/>
                <w:szCs w:val="28"/>
              </w:rPr>
            </w:pPr>
            <w:r w:rsidRPr="00726D7C">
              <w:rPr>
                <w:rFonts w:cs="Times New Roman"/>
                <w:szCs w:val="28"/>
                <w:lang w:val="ru-RU"/>
              </w:rPr>
              <w:t xml:space="preserve">• Практикум </w:t>
            </w:r>
            <w:r w:rsidRPr="00726D7C">
              <w:rPr>
                <w:rFonts w:cs="Times New Roman"/>
                <w:szCs w:val="28"/>
              </w:rPr>
              <w:t>body</w:t>
            </w:r>
            <w:r w:rsidRPr="00726D7C">
              <w:rPr>
                <w:rFonts w:cs="Times New Roman"/>
                <w:szCs w:val="28"/>
                <w:lang w:val="ru-RU"/>
              </w:rPr>
              <w:t xml:space="preserve"> </w:t>
            </w:r>
            <w:r w:rsidRPr="00726D7C">
              <w:rPr>
                <w:rFonts w:cs="Times New Roman"/>
                <w:szCs w:val="28"/>
              </w:rPr>
              <w:t>percussion</w:t>
            </w:r>
            <w:r w:rsidRPr="00726D7C">
              <w:rPr>
                <w:rFonts w:cs="Times New Roman"/>
                <w:szCs w:val="28"/>
                <w:lang w:val="ru-RU"/>
              </w:rPr>
              <w:t>, вокального круга или шумового оркестра.</w:t>
            </w:r>
            <w:r w:rsidRPr="00726D7C">
              <w:rPr>
                <w:rFonts w:cs="Times New Roman"/>
                <w:szCs w:val="28"/>
                <w:lang w:val="ru-RU"/>
              </w:rPr>
              <w:br/>
            </w:r>
            <w:r w:rsidRPr="00726D7C">
              <w:rPr>
                <w:rFonts w:cs="Times New Roman"/>
                <w:szCs w:val="28"/>
              </w:rPr>
              <w:t>• Мастер-класс по танцевальному или пластическому номеру.</w:t>
            </w:r>
          </w:p>
        </w:tc>
      </w:tr>
      <w:tr w:rsidR="00AD6B34" w:rsidRPr="00726D7C" w14:paraId="37CF72D3" w14:textId="77777777" w:rsidTr="004F1625">
        <w:trPr>
          <w:jc w:val="center"/>
        </w:trPr>
        <w:tc>
          <w:tcPr>
            <w:tcW w:w="4819" w:type="dxa"/>
          </w:tcPr>
          <w:p w14:paraId="49EB0347" w14:textId="77777777" w:rsidR="00AD6B34" w:rsidRPr="00726D7C" w:rsidRDefault="00AD6B34" w:rsidP="004F1625">
            <w:pPr>
              <w:rPr>
                <w:rFonts w:cs="Times New Roman"/>
                <w:szCs w:val="28"/>
                <w:lang w:val="ru-RU"/>
              </w:rPr>
            </w:pPr>
            <w:r w:rsidRPr="00726D7C">
              <w:rPr>
                <w:rFonts w:cs="Times New Roman"/>
                <w:szCs w:val="28"/>
                <w:lang w:val="ru-RU"/>
              </w:rPr>
              <w:t>Воспитательные мероприятия и проекты (не менее 2)</w:t>
            </w:r>
          </w:p>
        </w:tc>
        <w:tc>
          <w:tcPr>
            <w:tcW w:w="4819" w:type="dxa"/>
          </w:tcPr>
          <w:p w14:paraId="57E99A40" w14:textId="77777777" w:rsidR="00AD6B34" w:rsidRPr="00726D7C" w:rsidRDefault="00AD6B34" w:rsidP="004F1625">
            <w:pPr>
              <w:rPr>
                <w:rFonts w:cs="Times New Roman"/>
                <w:szCs w:val="28"/>
              </w:rPr>
            </w:pPr>
            <w:r w:rsidRPr="00726D7C">
              <w:rPr>
                <w:rFonts w:cs="Times New Roman"/>
                <w:szCs w:val="28"/>
                <w:lang w:val="ru-RU"/>
              </w:rPr>
              <w:t>• Воспитательная беседа «Сотрудничество и поддержка в выступлении».</w:t>
            </w:r>
            <w:r w:rsidRPr="00726D7C">
              <w:rPr>
                <w:rFonts w:cs="Times New Roman"/>
                <w:szCs w:val="28"/>
                <w:lang w:val="ru-RU"/>
              </w:rPr>
              <w:br/>
            </w:r>
            <w:r w:rsidRPr="00726D7C">
              <w:rPr>
                <w:rFonts w:cs="Times New Roman"/>
                <w:szCs w:val="28"/>
              </w:rPr>
              <w:t>• Вечер ритма, танца и музыкальных импровизаций.</w:t>
            </w:r>
          </w:p>
        </w:tc>
      </w:tr>
      <w:tr w:rsidR="00AD6B34" w:rsidRPr="00337B30" w14:paraId="6732EDA1" w14:textId="77777777" w:rsidTr="004F1625">
        <w:trPr>
          <w:jc w:val="center"/>
        </w:trPr>
        <w:tc>
          <w:tcPr>
            <w:tcW w:w="4819" w:type="dxa"/>
          </w:tcPr>
          <w:p w14:paraId="2C74DFDF" w14:textId="77777777" w:rsidR="00AD6B34" w:rsidRPr="00726D7C" w:rsidRDefault="00AD6B34" w:rsidP="004F1625">
            <w:pPr>
              <w:rPr>
                <w:rFonts w:cs="Times New Roman"/>
                <w:szCs w:val="28"/>
                <w:lang w:val="ru-RU"/>
              </w:rPr>
            </w:pPr>
            <w:r w:rsidRPr="00726D7C">
              <w:rPr>
                <w:rFonts w:cs="Times New Roman"/>
                <w:szCs w:val="28"/>
                <w:lang w:val="ru-RU"/>
              </w:rPr>
              <w:t>Оздоровительный модуль (до 3 академических часов в день)</w:t>
            </w:r>
          </w:p>
        </w:tc>
        <w:tc>
          <w:tcPr>
            <w:tcW w:w="4819" w:type="dxa"/>
          </w:tcPr>
          <w:p w14:paraId="1ABD31F9" w14:textId="77777777" w:rsidR="00AD6B34" w:rsidRPr="00726D7C" w:rsidRDefault="00AD6B34" w:rsidP="004F1625">
            <w:pPr>
              <w:rPr>
                <w:rFonts w:cs="Times New Roman"/>
                <w:szCs w:val="28"/>
                <w:lang w:val="ru-RU"/>
              </w:rPr>
            </w:pPr>
            <w:r w:rsidRPr="00726D7C">
              <w:rPr>
                <w:rFonts w:cs="Times New Roman"/>
                <w:szCs w:val="28"/>
                <w:lang w:val="ru-RU"/>
              </w:rPr>
              <w:t>• Зарядка, танцевальная разминка, подвижные игры для эмоциональной разгрузки.</w:t>
            </w:r>
          </w:p>
        </w:tc>
      </w:tr>
      <w:tr w:rsidR="00AD6B34" w:rsidRPr="00337B30" w14:paraId="658F05ED" w14:textId="77777777" w:rsidTr="004F1625">
        <w:trPr>
          <w:jc w:val="center"/>
        </w:trPr>
        <w:tc>
          <w:tcPr>
            <w:tcW w:w="4819" w:type="dxa"/>
          </w:tcPr>
          <w:p w14:paraId="27D320F7" w14:textId="77777777" w:rsidR="00AD6B34" w:rsidRPr="00726D7C" w:rsidRDefault="00AD6B34" w:rsidP="004F1625">
            <w:pPr>
              <w:rPr>
                <w:rFonts w:cs="Times New Roman"/>
                <w:szCs w:val="28"/>
              </w:rPr>
            </w:pPr>
            <w:r w:rsidRPr="00726D7C">
              <w:rPr>
                <w:rFonts w:cs="Times New Roman"/>
                <w:szCs w:val="28"/>
              </w:rPr>
              <w:t>Ожидаемый результат дня</w:t>
            </w:r>
          </w:p>
        </w:tc>
        <w:tc>
          <w:tcPr>
            <w:tcW w:w="4819" w:type="dxa"/>
          </w:tcPr>
          <w:p w14:paraId="69A477A6" w14:textId="77777777" w:rsidR="00AD6B34" w:rsidRPr="00726D7C" w:rsidRDefault="00AD6B34" w:rsidP="004F1625">
            <w:pPr>
              <w:rPr>
                <w:rFonts w:cs="Times New Roman"/>
                <w:szCs w:val="28"/>
                <w:lang w:val="ru-RU"/>
              </w:rPr>
            </w:pPr>
            <w:r w:rsidRPr="00726D7C">
              <w:rPr>
                <w:rFonts w:cs="Times New Roman"/>
                <w:szCs w:val="28"/>
                <w:lang w:val="ru-RU"/>
              </w:rPr>
              <w:t>Подготовлен музыкально-двигательный номер или ритмическая композиция.</w:t>
            </w:r>
          </w:p>
        </w:tc>
      </w:tr>
    </w:tbl>
    <w:p w14:paraId="12D14902" w14:textId="77777777" w:rsidR="00AD6B34" w:rsidRDefault="00AD6B34" w:rsidP="006023F3">
      <w:pPr>
        <w:pStyle w:val="31"/>
        <w:spacing w:before="60" w:after="60" w:line="240" w:lineRule="auto"/>
        <w:rPr>
          <w:rFonts w:eastAsia="Times New Roman" w:cs="Times New Roman"/>
          <w:szCs w:val="28"/>
          <w:lang w:val="ru-RU"/>
        </w:rPr>
      </w:pPr>
    </w:p>
    <w:p w14:paraId="02AB3CF9" w14:textId="0A00B006" w:rsidR="00AD6B34" w:rsidRPr="00726D7C" w:rsidRDefault="00AD6B34" w:rsidP="00AD6B34">
      <w:pPr>
        <w:pStyle w:val="31"/>
        <w:spacing w:before="60" w:after="60" w:line="240" w:lineRule="auto"/>
        <w:rPr>
          <w:rFonts w:cs="Times New Roman"/>
          <w:szCs w:val="28"/>
        </w:rPr>
      </w:pPr>
      <w:r>
        <w:rPr>
          <w:rFonts w:eastAsia="Times New Roman" w:cs="Times New Roman"/>
          <w:szCs w:val="28"/>
          <w:lang w:val="ru-RU"/>
        </w:rPr>
        <w:t>13-</w:t>
      </w:r>
      <w:r w:rsidRPr="00726D7C">
        <w:rPr>
          <w:rFonts w:eastAsia="Times New Roman" w:cs="Times New Roman"/>
          <w:szCs w:val="28"/>
        </w:rPr>
        <w:t>день. «Жоба күні» - день проектирования</w:t>
      </w:r>
    </w:p>
    <w:tbl>
      <w:tblPr>
        <w:tblStyle w:val="aff0"/>
        <w:tblW w:w="0" w:type="auto"/>
        <w:jc w:val="center"/>
        <w:tblLook w:val="04A0" w:firstRow="1" w:lastRow="0" w:firstColumn="1" w:lastColumn="0" w:noHBand="0" w:noVBand="1"/>
      </w:tblPr>
      <w:tblGrid>
        <w:gridCol w:w="4814"/>
        <w:gridCol w:w="4813"/>
      </w:tblGrid>
      <w:tr w:rsidR="00AD6B34" w:rsidRPr="00726D7C" w14:paraId="16F89BD5" w14:textId="77777777" w:rsidTr="004F1625">
        <w:trPr>
          <w:tblHeader/>
          <w:jc w:val="center"/>
        </w:trPr>
        <w:tc>
          <w:tcPr>
            <w:tcW w:w="4819" w:type="dxa"/>
            <w:shd w:val="clear" w:color="auto" w:fill="FCE4D6"/>
          </w:tcPr>
          <w:p w14:paraId="7E4ED7F2" w14:textId="77777777" w:rsidR="00AD6B34" w:rsidRPr="00726D7C" w:rsidRDefault="00AD6B34" w:rsidP="004F1625">
            <w:pPr>
              <w:rPr>
                <w:rFonts w:cs="Times New Roman"/>
                <w:szCs w:val="28"/>
              </w:rPr>
            </w:pPr>
            <w:r w:rsidRPr="00726D7C">
              <w:rPr>
                <w:rFonts w:cs="Times New Roman"/>
                <w:b/>
                <w:szCs w:val="28"/>
              </w:rPr>
              <w:t>Компонент дня</w:t>
            </w:r>
          </w:p>
        </w:tc>
        <w:tc>
          <w:tcPr>
            <w:tcW w:w="4819" w:type="dxa"/>
            <w:shd w:val="clear" w:color="auto" w:fill="FCE4D6"/>
          </w:tcPr>
          <w:p w14:paraId="31BF67A9" w14:textId="77777777" w:rsidR="00AD6B34" w:rsidRPr="00726D7C" w:rsidRDefault="00AD6B34" w:rsidP="004F1625">
            <w:pPr>
              <w:rPr>
                <w:rFonts w:cs="Times New Roman"/>
                <w:szCs w:val="28"/>
              </w:rPr>
            </w:pPr>
            <w:r w:rsidRPr="00726D7C">
              <w:rPr>
                <w:rFonts w:cs="Times New Roman"/>
                <w:b/>
                <w:szCs w:val="28"/>
              </w:rPr>
              <w:t>Содержание</w:t>
            </w:r>
          </w:p>
        </w:tc>
      </w:tr>
      <w:tr w:rsidR="00AD6B34" w:rsidRPr="00726D7C" w14:paraId="67BA1E81" w14:textId="77777777" w:rsidTr="004F1625">
        <w:trPr>
          <w:jc w:val="center"/>
        </w:trPr>
        <w:tc>
          <w:tcPr>
            <w:tcW w:w="4819" w:type="dxa"/>
          </w:tcPr>
          <w:p w14:paraId="5A7F0143" w14:textId="77777777" w:rsidR="00AD6B34" w:rsidRPr="00726D7C" w:rsidRDefault="00AD6B34" w:rsidP="004F1625">
            <w:pPr>
              <w:rPr>
                <w:rFonts w:cs="Times New Roman"/>
                <w:szCs w:val="28"/>
                <w:lang w:val="ru-RU"/>
              </w:rPr>
            </w:pPr>
            <w:r w:rsidRPr="00726D7C">
              <w:rPr>
                <w:rFonts w:cs="Times New Roman"/>
                <w:szCs w:val="28"/>
                <w:lang w:val="ru-RU"/>
              </w:rPr>
              <w:t>Развивающие / проектные / исследовательские / творческие занятия (не менее 2)</w:t>
            </w:r>
          </w:p>
        </w:tc>
        <w:tc>
          <w:tcPr>
            <w:tcW w:w="4819" w:type="dxa"/>
          </w:tcPr>
          <w:p w14:paraId="55603ABC" w14:textId="77777777" w:rsidR="00AD6B34" w:rsidRPr="00726D7C" w:rsidRDefault="00AD6B34" w:rsidP="004F1625">
            <w:pPr>
              <w:rPr>
                <w:rFonts w:cs="Times New Roman"/>
                <w:szCs w:val="28"/>
              </w:rPr>
            </w:pPr>
            <w:r w:rsidRPr="00726D7C">
              <w:rPr>
                <w:rFonts w:cs="Times New Roman"/>
                <w:szCs w:val="28"/>
                <w:lang w:val="ru-RU"/>
              </w:rPr>
              <w:t>• Развивающее занятие «Как оформить творческий проект: идея, этапы, результат».</w:t>
            </w:r>
            <w:r w:rsidRPr="00726D7C">
              <w:rPr>
                <w:rFonts w:cs="Times New Roman"/>
                <w:szCs w:val="28"/>
                <w:lang w:val="ru-RU"/>
              </w:rPr>
              <w:br/>
            </w:r>
            <w:r w:rsidRPr="00726D7C">
              <w:rPr>
                <w:rFonts w:cs="Times New Roman"/>
                <w:szCs w:val="28"/>
              </w:rPr>
              <w:t>• Проектная консультация по выбранным творческим направлениям.</w:t>
            </w:r>
          </w:p>
        </w:tc>
      </w:tr>
      <w:tr w:rsidR="00AD6B34" w:rsidRPr="00726D7C" w14:paraId="60DAAD84" w14:textId="77777777" w:rsidTr="004F1625">
        <w:trPr>
          <w:jc w:val="center"/>
        </w:trPr>
        <w:tc>
          <w:tcPr>
            <w:tcW w:w="4819" w:type="dxa"/>
          </w:tcPr>
          <w:p w14:paraId="6A311D64" w14:textId="77777777" w:rsidR="00AD6B34" w:rsidRPr="00726D7C" w:rsidRDefault="00AD6B34" w:rsidP="004F1625">
            <w:pPr>
              <w:rPr>
                <w:rFonts w:cs="Times New Roman"/>
                <w:szCs w:val="28"/>
                <w:lang w:val="ru-RU"/>
              </w:rPr>
            </w:pPr>
            <w:r w:rsidRPr="00726D7C">
              <w:rPr>
                <w:rFonts w:cs="Times New Roman"/>
                <w:szCs w:val="28"/>
                <w:lang w:val="ru-RU"/>
              </w:rPr>
              <w:t>Практико-ориентированные занятия (не менее 2)</w:t>
            </w:r>
          </w:p>
        </w:tc>
        <w:tc>
          <w:tcPr>
            <w:tcW w:w="4819" w:type="dxa"/>
          </w:tcPr>
          <w:p w14:paraId="7941800F" w14:textId="77777777" w:rsidR="00AD6B34" w:rsidRPr="00726D7C" w:rsidRDefault="00AD6B34" w:rsidP="004F1625">
            <w:pPr>
              <w:rPr>
                <w:rFonts w:cs="Times New Roman"/>
                <w:szCs w:val="28"/>
              </w:rPr>
            </w:pPr>
            <w:r w:rsidRPr="00726D7C">
              <w:rPr>
                <w:rFonts w:cs="Times New Roman"/>
                <w:szCs w:val="28"/>
                <w:lang w:val="ru-RU"/>
              </w:rPr>
              <w:t>• Практическая работа по подготовке итогового продукта, номера, выставки или медиаобъекта.</w:t>
            </w:r>
            <w:r w:rsidRPr="00726D7C">
              <w:rPr>
                <w:rFonts w:cs="Times New Roman"/>
                <w:szCs w:val="28"/>
                <w:lang w:val="ru-RU"/>
              </w:rPr>
              <w:br/>
            </w:r>
            <w:r w:rsidRPr="00726D7C">
              <w:rPr>
                <w:rFonts w:cs="Times New Roman"/>
                <w:szCs w:val="28"/>
              </w:rPr>
              <w:t>• Тренинг презентации: структура выступления, распределение ролей, репетиция.</w:t>
            </w:r>
          </w:p>
        </w:tc>
      </w:tr>
      <w:tr w:rsidR="00AD6B34" w:rsidRPr="00337B30" w14:paraId="3AF50AAF" w14:textId="77777777" w:rsidTr="004F1625">
        <w:trPr>
          <w:jc w:val="center"/>
        </w:trPr>
        <w:tc>
          <w:tcPr>
            <w:tcW w:w="4819" w:type="dxa"/>
          </w:tcPr>
          <w:p w14:paraId="403F9AB6" w14:textId="77777777" w:rsidR="00AD6B34" w:rsidRPr="00726D7C" w:rsidRDefault="00AD6B34" w:rsidP="004F1625">
            <w:pPr>
              <w:rPr>
                <w:rFonts w:cs="Times New Roman"/>
                <w:szCs w:val="28"/>
                <w:lang w:val="ru-RU"/>
              </w:rPr>
            </w:pPr>
            <w:r w:rsidRPr="00726D7C">
              <w:rPr>
                <w:rFonts w:cs="Times New Roman"/>
                <w:szCs w:val="28"/>
                <w:lang w:val="ru-RU"/>
              </w:rPr>
              <w:t>Воспитательные мероприятия и проекты (не менее 2)</w:t>
            </w:r>
          </w:p>
        </w:tc>
        <w:tc>
          <w:tcPr>
            <w:tcW w:w="4819" w:type="dxa"/>
          </w:tcPr>
          <w:p w14:paraId="631F1853" w14:textId="77777777" w:rsidR="00AD6B34" w:rsidRPr="00726D7C" w:rsidRDefault="00AD6B34" w:rsidP="004F1625">
            <w:pPr>
              <w:rPr>
                <w:rFonts w:cs="Times New Roman"/>
                <w:szCs w:val="28"/>
                <w:lang w:val="ru-RU"/>
              </w:rPr>
            </w:pPr>
            <w:r w:rsidRPr="00726D7C">
              <w:rPr>
                <w:rFonts w:cs="Times New Roman"/>
                <w:szCs w:val="28"/>
                <w:lang w:val="ru-RU"/>
              </w:rPr>
              <w:t>• Воспитательное мероприятие «Мой вклад в общий результат».</w:t>
            </w:r>
            <w:r w:rsidRPr="00726D7C">
              <w:rPr>
                <w:rFonts w:cs="Times New Roman"/>
                <w:szCs w:val="28"/>
                <w:lang w:val="ru-RU"/>
              </w:rPr>
              <w:br/>
              <w:t>• Вечер проектных команд и обмен обратной связью.</w:t>
            </w:r>
          </w:p>
        </w:tc>
      </w:tr>
      <w:tr w:rsidR="00AD6B34" w:rsidRPr="00337B30" w14:paraId="71730D14" w14:textId="77777777" w:rsidTr="004F1625">
        <w:trPr>
          <w:jc w:val="center"/>
        </w:trPr>
        <w:tc>
          <w:tcPr>
            <w:tcW w:w="4819" w:type="dxa"/>
          </w:tcPr>
          <w:p w14:paraId="65A7AFF1" w14:textId="77777777" w:rsidR="00AD6B34" w:rsidRPr="00726D7C" w:rsidRDefault="00AD6B34" w:rsidP="004F1625">
            <w:pPr>
              <w:rPr>
                <w:rFonts w:cs="Times New Roman"/>
                <w:szCs w:val="28"/>
                <w:lang w:val="ru-RU"/>
              </w:rPr>
            </w:pPr>
            <w:r w:rsidRPr="00726D7C">
              <w:rPr>
                <w:rFonts w:cs="Times New Roman"/>
                <w:szCs w:val="28"/>
                <w:lang w:val="ru-RU"/>
              </w:rPr>
              <w:t>Оздоровительный модуль (до 3 академических часов в день)</w:t>
            </w:r>
          </w:p>
        </w:tc>
        <w:tc>
          <w:tcPr>
            <w:tcW w:w="4819" w:type="dxa"/>
          </w:tcPr>
          <w:p w14:paraId="6D159E9E" w14:textId="77777777" w:rsidR="00AD6B34" w:rsidRPr="00726D7C" w:rsidRDefault="00AD6B34" w:rsidP="004F1625">
            <w:pPr>
              <w:rPr>
                <w:rFonts w:cs="Times New Roman"/>
                <w:szCs w:val="28"/>
                <w:lang w:val="ru-RU"/>
              </w:rPr>
            </w:pPr>
            <w:r w:rsidRPr="00726D7C">
              <w:rPr>
                <w:rFonts w:cs="Times New Roman"/>
                <w:szCs w:val="28"/>
                <w:lang w:val="ru-RU"/>
              </w:rPr>
              <w:t>• Зарядка, прогулка, активная игра для профилактики утомления.</w:t>
            </w:r>
          </w:p>
        </w:tc>
      </w:tr>
      <w:tr w:rsidR="00AD6B34" w:rsidRPr="00337B30" w14:paraId="35BE8BD7" w14:textId="77777777" w:rsidTr="004F1625">
        <w:trPr>
          <w:jc w:val="center"/>
        </w:trPr>
        <w:tc>
          <w:tcPr>
            <w:tcW w:w="4819" w:type="dxa"/>
          </w:tcPr>
          <w:p w14:paraId="65C9B7DE" w14:textId="77777777" w:rsidR="00AD6B34" w:rsidRPr="00726D7C" w:rsidRDefault="00AD6B34" w:rsidP="004F1625">
            <w:pPr>
              <w:rPr>
                <w:rFonts w:cs="Times New Roman"/>
                <w:szCs w:val="28"/>
              </w:rPr>
            </w:pPr>
            <w:r w:rsidRPr="00726D7C">
              <w:rPr>
                <w:rFonts w:cs="Times New Roman"/>
                <w:szCs w:val="28"/>
              </w:rPr>
              <w:t>Ожидаемый результат дня</w:t>
            </w:r>
          </w:p>
        </w:tc>
        <w:tc>
          <w:tcPr>
            <w:tcW w:w="4819" w:type="dxa"/>
          </w:tcPr>
          <w:p w14:paraId="069FA661" w14:textId="77777777" w:rsidR="00AD6B34" w:rsidRPr="00726D7C" w:rsidRDefault="00AD6B34" w:rsidP="004F1625">
            <w:pPr>
              <w:rPr>
                <w:rFonts w:cs="Times New Roman"/>
                <w:szCs w:val="28"/>
                <w:lang w:val="ru-RU"/>
              </w:rPr>
            </w:pPr>
            <w:r w:rsidRPr="00726D7C">
              <w:rPr>
                <w:rFonts w:cs="Times New Roman"/>
                <w:szCs w:val="28"/>
                <w:lang w:val="ru-RU"/>
              </w:rPr>
              <w:t>Подготовлены черновые варианты итоговых творческих проектов.</w:t>
            </w:r>
          </w:p>
        </w:tc>
      </w:tr>
    </w:tbl>
    <w:p w14:paraId="03E3DEBD" w14:textId="77777777" w:rsidR="00AD6B34" w:rsidRPr="00734FE8" w:rsidRDefault="00AD6B34" w:rsidP="00AD6B34">
      <w:pPr>
        <w:pStyle w:val="31"/>
        <w:spacing w:before="60" w:after="60" w:line="240" w:lineRule="auto"/>
        <w:rPr>
          <w:rFonts w:cs="Times New Roman"/>
          <w:szCs w:val="28"/>
          <w:lang w:val="ru-RU"/>
        </w:rPr>
      </w:pPr>
      <w:r w:rsidRPr="00734FE8">
        <w:rPr>
          <w:rFonts w:eastAsia="Times New Roman" w:cs="Times New Roman"/>
          <w:szCs w:val="28"/>
          <w:lang w:val="ru-RU"/>
        </w:rPr>
        <w:t>14 день. «Сахна және дауыс» - театральный день</w:t>
      </w:r>
    </w:p>
    <w:tbl>
      <w:tblPr>
        <w:tblStyle w:val="aff0"/>
        <w:tblW w:w="0" w:type="auto"/>
        <w:jc w:val="center"/>
        <w:tblLook w:val="04A0" w:firstRow="1" w:lastRow="0" w:firstColumn="1" w:lastColumn="0" w:noHBand="0" w:noVBand="1"/>
      </w:tblPr>
      <w:tblGrid>
        <w:gridCol w:w="4814"/>
        <w:gridCol w:w="4813"/>
      </w:tblGrid>
      <w:tr w:rsidR="00AD6B34" w:rsidRPr="00726D7C" w14:paraId="644B0A35" w14:textId="77777777" w:rsidTr="004F1625">
        <w:trPr>
          <w:tblHeader/>
          <w:jc w:val="center"/>
        </w:trPr>
        <w:tc>
          <w:tcPr>
            <w:tcW w:w="4819" w:type="dxa"/>
            <w:shd w:val="clear" w:color="auto" w:fill="FCE4D6"/>
          </w:tcPr>
          <w:p w14:paraId="57E4A611" w14:textId="77777777" w:rsidR="00AD6B34" w:rsidRPr="00726D7C" w:rsidRDefault="00AD6B34" w:rsidP="004F1625">
            <w:pPr>
              <w:rPr>
                <w:rFonts w:cs="Times New Roman"/>
                <w:szCs w:val="28"/>
              </w:rPr>
            </w:pPr>
            <w:r w:rsidRPr="00726D7C">
              <w:rPr>
                <w:rFonts w:cs="Times New Roman"/>
                <w:b/>
                <w:szCs w:val="28"/>
              </w:rPr>
              <w:t>Компонент дня</w:t>
            </w:r>
          </w:p>
        </w:tc>
        <w:tc>
          <w:tcPr>
            <w:tcW w:w="4819" w:type="dxa"/>
            <w:shd w:val="clear" w:color="auto" w:fill="FCE4D6"/>
          </w:tcPr>
          <w:p w14:paraId="79C3B6DC" w14:textId="77777777" w:rsidR="00AD6B34" w:rsidRPr="00726D7C" w:rsidRDefault="00AD6B34" w:rsidP="004F1625">
            <w:pPr>
              <w:rPr>
                <w:rFonts w:cs="Times New Roman"/>
                <w:szCs w:val="28"/>
              </w:rPr>
            </w:pPr>
            <w:r w:rsidRPr="00726D7C">
              <w:rPr>
                <w:rFonts w:cs="Times New Roman"/>
                <w:b/>
                <w:szCs w:val="28"/>
              </w:rPr>
              <w:t>Содержание</w:t>
            </w:r>
          </w:p>
        </w:tc>
      </w:tr>
      <w:tr w:rsidR="00AD6B34" w:rsidRPr="00337B30" w14:paraId="24E7D9FD" w14:textId="77777777" w:rsidTr="004F1625">
        <w:trPr>
          <w:jc w:val="center"/>
        </w:trPr>
        <w:tc>
          <w:tcPr>
            <w:tcW w:w="4819" w:type="dxa"/>
          </w:tcPr>
          <w:p w14:paraId="2DD38FDC" w14:textId="77777777" w:rsidR="00AD6B34" w:rsidRPr="00726D7C" w:rsidRDefault="00AD6B34" w:rsidP="004F1625">
            <w:pPr>
              <w:rPr>
                <w:rFonts w:cs="Times New Roman"/>
                <w:szCs w:val="28"/>
                <w:lang w:val="ru-RU"/>
              </w:rPr>
            </w:pPr>
            <w:r w:rsidRPr="00726D7C">
              <w:rPr>
                <w:rFonts w:cs="Times New Roman"/>
                <w:szCs w:val="28"/>
                <w:lang w:val="ru-RU"/>
              </w:rPr>
              <w:t>Развивающие / проектные / исследовательские / творческие занятия (не менее 2)</w:t>
            </w:r>
          </w:p>
        </w:tc>
        <w:tc>
          <w:tcPr>
            <w:tcW w:w="4819" w:type="dxa"/>
          </w:tcPr>
          <w:p w14:paraId="2842C763" w14:textId="77777777" w:rsidR="00AD6B34" w:rsidRPr="00726D7C" w:rsidRDefault="00AD6B34" w:rsidP="004F1625">
            <w:pPr>
              <w:rPr>
                <w:rFonts w:cs="Times New Roman"/>
                <w:szCs w:val="28"/>
                <w:lang w:val="ru-RU"/>
              </w:rPr>
            </w:pPr>
            <w:r w:rsidRPr="00726D7C">
              <w:rPr>
                <w:rFonts w:cs="Times New Roman"/>
                <w:szCs w:val="28"/>
                <w:lang w:val="ru-RU"/>
              </w:rPr>
              <w:t>• Развивающее занятие «Голос, жест, мимика и образ».</w:t>
            </w:r>
            <w:r w:rsidRPr="00726D7C">
              <w:rPr>
                <w:rFonts w:cs="Times New Roman"/>
                <w:szCs w:val="28"/>
                <w:lang w:val="ru-RU"/>
              </w:rPr>
              <w:br/>
              <w:t>• Творческие этюды на импровизацию и взаимодействие.</w:t>
            </w:r>
          </w:p>
        </w:tc>
      </w:tr>
      <w:tr w:rsidR="00AD6B34" w:rsidRPr="00337B30" w14:paraId="05DED8E4" w14:textId="77777777" w:rsidTr="004F1625">
        <w:trPr>
          <w:jc w:val="center"/>
        </w:trPr>
        <w:tc>
          <w:tcPr>
            <w:tcW w:w="4819" w:type="dxa"/>
          </w:tcPr>
          <w:p w14:paraId="6DA27B26" w14:textId="77777777" w:rsidR="00AD6B34" w:rsidRPr="00726D7C" w:rsidRDefault="00AD6B34" w:rsidP="004F1625">
            <w:pPr>
              <w:rPr>
                <w:rFonts w:cs="Times New Roman"/>
                <w:szCs w:val="28"/>
                <w:lang w:val="ru-RU"/>
              </w:rPr>
            </w:pPr>
            <w:r w:rsidRPr="00726D7C">
              <w:rPr>
                <w:rFonts w:cs="Times New Roman"/>
                <w:szCs w:val="28"/>
                <w:lang w:val="ru-RU"/>
              </w:rPr>
              <w:t>Практико-ориентированные занятия (не менее 2)</w:t>
            </w:r>
          </w:p>
        </w:tc>
        <w:tc>
          <w:tcPr>
            <w:tcW w:w="4819" w:type="dxa"/>
          </w:tcPr>
          <w:p w14:paraId="0D5B6282" w14:textId="77777777" w:rsidR="00AD6B34" w:rsidRPr="00726D7C" w:rsidRDefault="00AD6B34" w:rsidP="004F1625">
            <w:pPr>
              <w:rPr>
                <w:rFonts w:cs="Times New Roman"/>
                <w:szCs w:val="28"/>
                <w:lang w:val="ru-RU"/>
              </w:rPr>
            </w:pPr>
            <w:r w:rsidRPr="00726D7C">
              <w:rPr>
                <w:rFonts w:cs="Times New Roman"/>
                <w:szCs w:val="28"/>
                <w:lang w:val="ru-RU"/>
              </w:rPr>
              <w:t>• Практикум сценической речи и движения.</w:t>
            </w:r>
            <w:r w:rsidRPr="00726D7C">
              <w:rPr>
                <w:rFonts w:cs="Times New Roman"/>
                <w:szCs w:val="28"/>
                <w:lang w:val="ru-RU"/>
              </w:rPr>
              <w:br/>
              <w:t>• Мастерская мини-сценки, театра теней или перформанса.</w:t>
            </w:r>
          </w:p>
        </w:tc>
      </w:tr>
      <w:tr w:rsidR="00AD6B34" w:rsidRPr="00726D7C" w14:paraId="251372EA" w14:textId="77777777" w:rsidTr="004F1625">
        <w:trPr>
          <w:jc w:val="center"/>
        </w:trPr>
        <w:tc>
          <w:tcPr>
            <w:tcW w:w="4819" w:type="dxa"/>
          </w:tcPr>
          <w:p w14:paraId="51335721" w14:textId="77777777" w:rsidR="00AD6B34" w:rsidRPr="00726D7C" w:rsidRDefault="00AD6B34" w:rsidP="004F1625">
            <w:pPr>
              <w:rPr>
                <w:rFonts w:cs="Times New Roman"/>
                <w:szCs w:val="28"/>
                <w:lang w:val="ru-RU"/>
              </w:rPr>
            </w:pPr>
            <w:r w:rsidRPr="00726D7C">
              <w:rPr>
                <w:rFonts w:cs="Times New Roman"/>
                <w:szCs w:val="28"/>
                <w:lang w:val="ru-RU"/>
              </w:rPr>
              <w:t>Воспитательные мероприятия и проекты (не менее 2)</w:t>
            </w:r>
          </w:p>
        </w:tc>
        <w:tc>
          <w:tcPr>
            <w:tcW w:w="4819" w:type="dxa"/>
          </w:tcPr>
          <w:p w14:paraId="39A25E96" w14:textId="77777777" w:rsidR="00AD6B34" w:rsidRPr="00726D7C" w:rsidRDefault="00AD6B34" w:rsidP="004F1625">
            <w:pPr>
              <w:rPr>
                <w:rFonts w:cs="Times New Roman"/>
                <w:szCs w:val="28"/>
              </w:rPr>
            </w:pPr>
            <w:r w:rsidRPr="00726D7C">
              <w:rPr>
                <w:rFonts w:cs="Times New Roman"/>
                <w:szCs w:val="28"/>
                <w:lang w:val="ru-RU"/>
              </w:rPr>
              <w:t>• Воспитательное мероприятие «Ответственность перед партнером и зрителем».</w:t>
            </w:r>
            <w:r w:rsidRPr="00726D7C">
              <w:rPr>
                <w:rFonts w:cs="Times New Roman"/>
                <w:szCs w:val="28"/>
                <w:lang w:val="ru-RU"/>
              </w:rPr>
              <w:br/>
            </w:r>
            <w:r w:rsidRPr="00726D7C">
              <w:rPr>
                <w:rFonts w:cs="Times New Roman"/>
                <w:szCs w:val="28"/>
              </w:rPr>
              <w:t>• Показ театральных этюдов и рефлексия.</w:t>
            </w:r>
          </w:p>
        </w:tc>
      </w:tr>
      <w:tr w:rsidR="00AD6B34" w:rsidRPr="00337B30" w14:paraId="50AD0356" w14:textId="77777777" w:rsidTr="004F1625">
        <w:trPr>
          <w:jc w:val="center"/>
        </w:trPr>
        <w:tc>
          <w:tcPr>
            <w:tcW w:w="4819" w:type="dxa"/>
          </w:tcPr>
          <w:p w14:paraId="762C4D5A" w14:textId="77777777" w:rsidR="00AD6B34" w:rsidRPr="00726D7C" w:rsidRDefault="00AD6B34" w:rsidP="004F1625">
            <w:pPr>
              <w:rPr>
                <w:rFonts w:cs="Times New Roman"/>
                <w:szCs w:val="28"/>
                <w:lang w:val="ru-RU"/>
              </w:rPr>
            </w:pPr>
            <w:r w:rsidRPr="00726D7C">
              <w:rPr>
                <w:rFonts w:cs="Times New Roman"/>
                <w:szCs w:val="28"/>
                <w:lang w:val="ru-RU"/>
              </w:rPr>
              <w:t>Оздоровительный модуль (до 3 академических часов в день)</w:t>
            </w:r>
          </w:p>
        </w:tc>
        <w:tc>
          <w:tcPr>
            <w:tcW w:w="4819" w:type="dxa"/>
          </w:tcPr>
          <w:p w14:paraId="1CA06770" w14:textId="77777777" w:rsidR="00AD6B34" w:rsidRPr="00726D7C" w:rsidRDefault="00AD6B34" w:rsidP="004F1625">
            <w:pPr>
              <w:rPr>
                <w:rFonts w:cs="Times New Roman"/>
                <w:szCs w:val="28"/>
                <w:lang w:val="ru-RU"/>
              </w:rPr>
            </w:pPr>
            <w:r w:rsidRPr="00726D7C">
              <w:rPr>
                <w:rFonts w:cs="Times New Roman"/>
                <w:szCs w:val="28"/>
                <w:lang w:val="ru-RU"/>
              </w:rPr>
              <w:t>• Зарядка, дыхательные упражнения, подвижные игры на внимание и координацию.</w:t>
            </w:r>
          </w:p>
        </w:tc>
      </w:tr>
      <w:tr w:rsidR="00AD6B34" w:rsidRPr="00337B30" w14:paraId="55DA5BA9" w14:textId="77777777" w:rsidTr="004F1625">
        <w:trPr>
          <w:jc w:val="center"/>
        </w:trPr>
        <w:tc>
          <w:tcPr>
            <w:tcW w:w="4819" w:type="dxa"/>
          </w:tcPr>
          <w:p w14:paraId="1865D74E" w14:textId="77777777" w:rsidR="00AD6B34" w:rsidRPr="00726D7C" w:rsidRDefault="00AD6B34" w:rsidP="004F1625">
            <w:pPr>
              <w:rPr>
                <w:rFonts w:cs="Times New Roman"/>
                <w:szCs w:val="28"/>
              </w:rPr>
            </w:pPr>
            <w:r w:rsidRPr="00726D7C">
              <w:rPr>
                <w:rFonts w:cs="Times New Roman"/>
                <w:szCs w:val="28"/>
              </w:rPr>
              <w:lastRenderedPageBreak/>
              <w:t>Ожидаемый результат дня</w:t>
            </w:r>
          </w:p>
        </w:tc>
        <w:tc>
          <w:tcPr>
            <w:tcW w:w="4819" w:type="dxa"/>
          </w:tcPr>
          <w:p w14:paraId="160195BE" w14:textId="77777777" w:rsidR="00AD6B34" w:rsidRPr="00726D7C" w:rsidRDefault="00AD6B34" w:rsidP="004F1625">
            <w:pPr>
              <w:rPr>
                <w:rFonts w:cs="Times New Roman"/>
                <w:szCs w:val="28"/>
                <w:lang w:val="ru-RU"/>
              </w:rPr>
            </w:pPr>
            <w:r w:rsidRPr="00726D7C">
              <w:rPr>
                <w:rFonts w:cs="Times New Roman"/>
                <w:szCs w:val="28"/>
                <w:lang w:val="ru-RU"/>
              </w:rPr>
              <w:t>Команды подготовили сценический этюд или мини-постановку.</w:t>
            </w:r>
          </w:p>
        </w:tc>
      </w:tr>
    </w:tbl>
    <w:p w14:paraId="3AD80C78" w14:textId="0EEE76F1" w:rsidR="0085125B" w:rsidRPr="00726D7C" w:rsidRDefault="00AD6B34" w:rsidP="006023F3">
      <w:pPr>
        <w:pStyle w:val="31"/>
        <w:spacing w:before="60" w:after="60" w:line="240" w:lineRule="auto"/>
        <w:rPr>
          <w:rFonts w:cs="Times New Roman"/>
          <w:szCs w:val="28"/>
          <w:lang w:val="ru-RU"/>
        </w:rPr>
      </w:pPr>
      <w:r>
        <w:rPr>
          <w:rFonts w:eastAsia="Times New Roman" w:cs="Times New Roman"/>
          <w:szCs w:val="28"/>
          <w:lang w:val="ru-RU"/>
        </w:rPr>
        <w:t>15</w:t>
      </w:r>
      <w:r w:rsidR="001F678B" w:rsidRPr="00726D7C">
        <w:rPr>
          <w:rFonts w:eastAsia="Times New Roman" w:cs="Times New Roman"/>
          <w:szCs w:val="28"/>
          <w:lang w:val="ru-RU"/>
        </w:rPr>
        <w:t xml:space="preserve"> день. «Қоштасу күні» - день закрытия смены</w:t>
      </w:r>
    </w:p>
    <w:tbl>
      <w:tblPr>
        <w:tblStyle w:val="aff0"/>
        <w:tblW w:w="0" w:type="auto"/>
        <w:jc w:val="center"/>
        <w:tblLook w:val="04A0" w:firstRow="1" w:lastRow="0" w:firstColumn="1" w:lastColumn="0" w:noHBand="0" w:noVBand="1"/>
      </w:tblPr>
      <w:tblGrid>
        <w:gridCol w:w="4814"/>
        <w:gridCol w:w="4813"/>
      </w:tblGrid>
      <w:tr w:rsidR="0085125B" w:rsidRPr="00726D7C" w14:paraId="5E895140" w14:textId="77777777">
        <w:trPr>
          <w:tblHeader/>
          <w:jc w:val="center"/>
        </w:trPr>
        <w:tc>
          <w:tcPr>
            <w:tcW w:w="4819" w:type="dxa"/>
            <w:shd w:val="clear" w:color="auto" w:fill="FCE4D6"/>
          </w:tcPr>
          <w:p w14:paraId="0D631EC7" w14:textId="77777777" w:rsidR="0085125B" w:rsidRPr="00726D7C" w:rsidRDefault="001F678B" w:rsidP="006023F3">
            <w:pPr>
              <w:rPr>
                <w:rFonts w:cs="Times New Roman"/>
                <w:szCs w:val="28"/>
              </w:rPr>
            </w:pPr>
            <w:r w:rsidRPr="00726D7C">
              <w:rPr>
                <w:rFonts w:cs="Times New Roman"/>
                <w:b/>
                <w:szCs w:val="28"/>
              </w:rPr>
              <w:t>Компонент дня</w:t>
            </w:r>
          </w:p>
        </w:tc>
        <w:tc>
          <w:tcPr>
            <w:tcW w:w="4819" w:type="dxa"/>
            <w:shd w:val="clear" w:color="auto" w:fill="FCE4D6"/>
          </w:tcPr>
          <w:p w14:paraId="2EA08133" w14:textId="77777777" w:rsidR="0085125B" w:rsidRPr="00726D7C" w:rsidRDefault="001F678B" w:rsidP="006023F3">
            <w:pPr>
              <w:rPr>
                <w:rFonts w:cs="Times New Roman"/>
                <w:szCs w:val="28"/>
              </w:rPr>
            </w:pPr>
            <w:r w:rsidRPr="00726D7C">
              <w:rPr>
                <w:rFonts w:cs="Times New Roman"/>
                <w:b/>
                <w:szCs w:val="28"/>
              </w:rPr>
              <w:t>Содержание</w:t>
            </w:r>
          </w:p>
        </w:tc>
      </w:tr>
      <w:tr w:rsidR="0085125B" w:rsidRPr="00726D7C" w14:paraId="7779290F" w14:textId="77777777">
        <w:trPr>
          <w:jc w:val="center"/>
        </w:trPr>
        <w:tc>
          <w:tcPr>
            <w:tcW w:w="4819" w:type="dxa"/>
          </w:tcPr>
          <w:p w14:paraId="54FEE847" w14:textId="77777777" w:rsidR="0085125B" w:rsidRPr="00726D7C" w:rsidRDefault="001F678B" w:rsidP="006023F3">
            <w:pPr>
              <w:rPr>
                <w:rFonts w:cs="Times New Roman"/>
                <w:szCs w:val="28"/>
                <w:lang w:val="ru-RU"/>
              </w:rPr>
            </w:pPr>
            <w:r w:rsidRPr="00726D7C">
              <w:rPr>
                <w:rFonts w:cs="Times New Roman"/>
                <w:szCs w:val="28"/>
                <w:lang w:val="ru-RU"/>
              </w:rPr>
              <w:t>Развивающие / проектные / исследовательские / творческие занятия (не менее 2)</w:t>
            </w:r>
          </w:p>
        </w:tc>
        <w:tc>
          <w:tcPr>
            <w:tcW w:w="4819" w:type="dxa"/>
          </w:tcPr>
          <w:p w14:paraId="5221D870" w14:textId="77777777" w:rsidR="0085125B" w:rsidRPr="00726D7C" w:rsidRDefault="001F678B" w:rsidP="006023F3">
            <w:pPr>
              <w:rPr>
                <w:rFonts w:cs="Times New Roman"/>
                <w:szCs w:val="28"/>
              </w:rPr>
            </w:pPr>
            <w:r w:rsidRPr="00726D7C">
              <w:rPr>
                <w:rFonts w:cs="Times New Roman"/>
                <w:szCs w:val="28"/>
                <w:lang w:val="ru-RU"/>
              </w:rPr>
              <w:t>• Развивающее занятие-рефлексия «Чему я научился через творчество».</w:t>
            </w:r>
            <w:r w:rsidRPr="00726D7C">
              <w:rPr>
                <w:rFonts w:cs="Times New Roman"/>
                <w:szCs w:val="28"/>
                <w:lang w:val="ru-RU"/>
              </w:rPr>
              <w:br/>
            </w:r>
            <w:r w:rsidRPr="00726D7C">
              <w:rPr>
                <w:rFonts w:cs="Times New Roman"/>
                <w:szCs w:val="28"/>
              </w:rPr>
              <w:t>• Индивидуальное задание «Мой следующий творческий шаг».</w:t>
            </w:r>
          </w:p>
        </w:tc>
      </w:tr>
      <w:tr w:rsidR="0085125B" w:rsidRPr="00337B30" w14:paraId="795DFFA5" w14:textId="77777777">
        <w:trPr>
          <w:jc w:val="center"/>
        </w:trPr>
        <w:tc>
          <w:tcPr>
            <w:tcW w:w="4819" w:type="dxa"/>
          </w:tcPr>
          <w:p w14:paraId="7E29259F" w14:textId="77777777" w:rsidR="0085125B" w:rsidRPr="00726D7C" w:rsidRDefault="001F678B" w:rsidP="006023F3">
            <w:pPr>
              <w:rPr>
                <w:rFonts w:cs="Times New Roman"/>
                <w:szCs w:val="28"/>
                <w:lang w:val="ru-RU"/>
              </w:rPr>
            </w:pPr>
            <w:r w:rsidRPr="00726D7C">
              <w:rPr>
                <w:rFonts w:cs="Times New Roman"/>
                <w:szCs w:val="28"/>
                <w:lang w:val="ru-RU"/>
              </w:rPr>
              <w:t>Практико-ориентированные занятия (не менее 2)</w:t>
            </w:r>
          </w:p>
        </w:tc>
        <w:tc>
          <w:tcPr>
            <w:tcW w:w="4819" w:type="dxa"/>
          </w:tcPr>
          <w:p w14:paraId="0B954AA9" w14:textId="77777777" w:rsidR="0085125B" w:rsidRPr="00726D7C" w:rsidRDefault="001F678B" w:rsidP="006023F3">
            <w:pPr>
              <w:rPr>
                <w:rFonts w:cs="Times New Roman"/>
                <w:szCs w:val="28"/>
                <w:lang w:val="ru-RU"/>
              </w:rPr>
            </w:pPr>
            <w:r w:rsidRPr="00726D7C">
              <w:rPr>
                <w:rFonts w:cs="Times New Roman"/>
                <w:szCs w:val="28"/>
                <w:lang w:val="ru-RU"/>
              </w:rPr>
              <w:t>• Итоговое анкетирование и самооценка участника.</w:t>
            </w:r>
            <w:r w:rsidRPr="00726D7C">
              <w:rPr>
                <w:rFonts w:cs="Times New Roman"/>
                <w:szCs w:val="28"/>
                <w:lang w:val="ru-RU"/>
              </w:rPr>
              <w:br/>
              <w:t>• Практическая работа по оформлению личного результата: карточка достижений, мини-портфолио или письмо себе.</w:t>
            </w:r>
          </w:p>
        </w:tc>
      </w:tr>
      <w:tr w:rsidR="0085125B" w:rsidRPr="00337B30" w14:paraId="6162FD56" w14:textId="77777777">
        <w:trPr>
          <w:jc w:val="center"/>
        </w:trPr>
        <w:tc>
          <w:tcPr>
            <w:tcW w:w="4819" w:type="dxa"/>
          </w:tcPr>
          <w:p w14:paraId="26255D5F" w14:textId="77777777" w:rsidR="0085125B" w:rsidRPr="00726D7C" w:rsidRDefault="001F678B" w:rsidP="006023F3">
            <w:pPr>
              <w:rPr>
                <w:rFonts w:cs="Times New Roman"/>
                <w:szCs w:val="28"/>
                <w:lang w:val="ru-RU"/>
              </w:rPr>
            </w:pPr>
            <w:r w:rsidRPr="00726D7C">
              <w:rPr>
                <w:rFonts w:cs="Times New Roman"/>
                <w:szCs w:val="28"/>
                <w:lang w:val="ru-RU"/>
              </w:rPr>
              <w:t>Воспитательные мероприятия и проекты (не менее 2)</w:t>
            </w:r>
          </w:p>
        </w:tc>
        <w:tc>
          <w:tcPr>
            <w:tcW w:w="4819" w:type="dxa"/>
          </w:tcPr>
          <w:p w14:paraId="027BC5E1" w14:textId="77777777" w:rsidR="0085125B" w:rsidRPr="00726D7C" w:rsidRDefault="001F678B" w:rsidP="006023F3">
            <w:pPr>
              <w:rPr>
                <w:rFonts w:cs="Times New Roman"/>
                <w:szCs w:val="28"/>
                <w:lang w:val="ru-RU"/>
              </w:rPr>
            </w:pPr>
            <w:r w:rsidRPr="00726D7C">
              <w:rPr>
                <w:rFonts w:cs="Times New Roman"/>
                <w:szCs w:val="28"/>
                <w:lang w:val="ru-RU"/>
              </w:rPr>
              <w:t>• Торжественное закрытие смены.</w:t>
            </w:r>
            <w:r w:rsidRPr="00726D7C">
              <w:rPr>
                <w:rFonts w:cs="Times New Roman"/>
                <w:szCs w:val="28"/>
                <w:lang w:val="ru-RU"/>
              </w:rPr>
              <w:br/>
              <w:t>• Прощальный круг благодарности и безопасный организованный выезд.</w:t>
            </w:r>
          </w:p>
        </w:tc>
      </w:tr>
      <w:tr w:rsidR="0085125B" w:rsidRPr="00337B30" w14:paraId="3C674C03" w14:textId="77777777">
        <w:trPr>
          <w:jc w:val="center"/>
        </w:trPr>
        <w:tc>
          <w:tcPr>
            <w:tcW w:w="4819" w:type="dxa"/>
          </w:tcPr>
          <w:p w14:paraId="2D9DB9B7" w14:textId="77777777" w:rsidR="0085125B" w:rsidRPr="00726D7C" w:rsidRDefault="001F678B" w:rsidP="006023F3">
            <w:pPr>
              <w:rPr>
                <w:rFonts w:cs="Times New Roman"/>
                <w:szCs w:val="28"/>
                <w:lang w:val="ru-RU"/>
              </w:rPr>
            </w:pPr>
            <w:r w:rsidRPr="00726D7C">
              <w:rPr>
                <w:rFonts w:cs="Times New Roman"/>
                <w:szCs w:val="28"/>
                <w:lang w:val="ru-RU"/>
              </w:rPr>
              <w:t>Оздоровительный модуль (до 3 академических часов в день)</w:t>
            </w:r>
          </w:p>
        </w:tc>
        <w:tc>
          <w:tcPr>
            <w:tcW w:w="4819" w:type="dxa"/>
          </w:tcPr>
          <w:p w14:paraId="16EA7A6C" w14:textId="77777777" w:rsidR="0085125B" w:rsidRPr="00726D7C" w:rsidRDefault="001F678B" w:rsidP="006023F3">
            <w:pPr>
              <w:rPr>
                <w:rFonts w:cs="Times New Roman"/>
                <w:szCs w:val="28"/>
                <w:lang w:val="ru-RU"/>
              </w:rPr>
            </w:pPr>
            <w:r w:rsidRPr="00726D7C">
              <w:rPr>
                <w:rFonts w:cs="Times New Roman"/>
                <w:szCs w:val="28"/>
                <w:lang w:val="ru-RU"/>
              </w:rPr>
              <w:t>• Легкая зарядка, прогулка, спокойные игры, эмоциональная разгрузка.</w:t>
            </w:r>
          </w:p>
        </w:tc>
      </w:tr>
      <w:tr w:rsidR="0085125B" w:rsidRPr="00337B30" w14:paraId="2116E238" w14:textId="77777777">
        <w:trPr>
          <w:jc w:val="center"/>
        </w:trPr>
        <w:tc>
          <w:tcPr>
            <w:tcW w:w="4819" w:type="dxa"/>
          </w:tcPr>
          <w:p w14:paraId="61DBF391" w14:textId="77777777" w:rsidR="0085125B" w:rsidRPr="00726D7C" w:rsidRDefault="001F678B" w:rsidP="006023F3">
            <w:pPr>
              <w:rPr>
                <w:rFonts w:cs="Times New Roman"/>
                <w:szCs w:val="28"/>
              </w:rPr>
            </w:pPr>
            <w:r w:rsidRPr="00726D7C">
              <w:rPr>
                <w:rFonts w:cs="Times New Roman"/>
                <w:szCs w:val="28"/>
              </w:rPr>
              <w:t>Ожидаемый результат дня</w:t>
            </w:r>
          </w:p>
        </w:tc>
        <w:tc>
          <w:tcPr>
            <w:tcW w:w="4819" w:type="dxa"/>
          </w:tcPr>
          <w:p w14:paraId="4E1BF1C5" w14:textId="77777777" w:rsidR="0085125B" w:rsidRPr="00726D7C" w:rsidRDefault="001F678B" w:rsidP="006023F3">
            <w:pPr>
              <w:rPr>
                <w:rFonts w:cs="Times New Roman"/>
                <w:szCs w:val="28"/>
                <w:lang w:val="ru-RU"/>
              </w:rPr>
            </w:pPr>
            <w:r w:rsidRPr="00726D7C">
              <w:rPr>
                <w:rFonts w:cs="Times New Roman"/>
                <w:szCs w:val="28"/>
                <w:lang w:val="ru-RU"/>
              </w:rPr>
              <w:t>Участники подвели итоги смены, прошли анкетирование и получили положительный опыт завершения.</w:t>
            </w:r>
          </w:p>
        </w:tc>
      </w:tr>
    </w:tbl>
    <w:p w14:paraId="05F1350C" w14:textId="77777777" w:rsidR="0085125B" w:rsidRPr="00726D7C" w:rsidRDefault="001F678B" w:rsidP="006023F3">
      <w:pPr>
        <w:pStyle w:val="21"/>
        <w:spacing w:before="60" w:after="60" w:line="240" w:lineRule="auto"/>
        <w:rPr>
          <w:rFonts w:cs="Times New Roman"/>
          <w:szCs w:val="28"/>
          <w:lang w:val="ru-RU"/>
        </w:rPr>
      </w:pPr>
      <w:r w:rsidRPr="00726D7C">
        <w:rPr>
          <w:rFonts w:eastAsia="Times New Roman" w:cs="Times New Roman"/>
          <w:szCs w:val="28"/>
          <w:lang w:val="ru-RU"/>
        </w:rPr>
        <w:t>Ключевые мероприятия летнего сезона</w:t>
      </w:r>
    </w:p>
    <w:p w14:paraId="118CB167"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1) Адаптационная игра «</w:t>
      </w:r>
      <w:r w:rsidRPr="00726D7C">
        <w:rPr>
          <w:rFonts w:cs="Times New Roman"/>
          <w:szCs w:val="28"/>
        </w:rPr>
        <w:t>ART</w:t>
      </w:r>
      <w:r w:rsidRPr="00726D7C">
        <w:rPr>
          <w:rFonts w:cs="Times New Roman"/>
          <w:szCs w:val="28"/>
          <w:lang w:val="ru-RU"/>
        </w:rPr>
        <w:t xml:space="preserve"> </w:t>
      </w:r>
      <w:r w:rsidRPr="00726D7C">
        <w:rPr>
          <w:rFonts w:cs="Times New Roman"/>
          <w:szCs w:val="28"/>
        </w:rPr>
        <w:t>Start</w:t>
      </w:r>
      <w:r w:rsidRPr="00726D7C">
        <w:rPr>
          <w:rFonts w:cs="Times New Roman"/>
          <w:szCs w:val="28"/>
          <w:lang w:val="ru-RU"/>
        </w:rPr>
        <w:t>»: знакомство, принятие правил, формирование арт-команд.</w:t>
      </w:r>
    </w:p>
    <w:p w14:paraId="5D7E7E0E"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2) Командный тренинг «Бір команда - бір шабыт»: развитие доверия, уважения и взаимодействия.</w:t>
      </w:r>
    </w:p>
    <w:p w14:paraId="58B6BD6B"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3) Арт-мастерская «Түс пен сызық»: рисунок, цвет, коллаж, коллективное панно.</w:t>
      </w:r>
    </w:p>
    <w:p w14:paraId="758DA602"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4) Театральная лаборатория «Сахна және дауыс»: этюды, сторителлинг, перформанс.</w:t>
      </w:r>
    </w:p>
    <w:p w14:paraId="56268965"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5) Музыкально-двигательная площадка «Ритм және қозғалыс»: ритм, танец, голос, движение.</w:t>
      </w:r>
    </w:p>
    <w:p w14:paraId="1F71CC79"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6) Дизайн-лаборатория «</w:t>
      </w:r>
      <w:r w:rsidRPr="00726D7C">
        <w:rPr>
          <w:rFonts w:cs="Times New Roman"/>
          <w:szCs w:val="28"/>
        </w:rPr>
        <w:t>Design</w:t>
      </w:r>
      <w:r w:rsidRPr="00726D7C">
        <w:rPr>
          <w:rFonts w:cs="Times New Roman"/>
          <w:szCs w:val="28"/>
          <w:lang w:val="ru-RU"/>
        </w:rPr>
        <w:t xml:space="preserve"> </w:t>
      </w:r>
      <w:r w:rsidRPr="00726D7C">
        <w:rPr>
          <w:rFonts w:cs="Times New Roman"/>
          <w:szCs w:val="28"/>
        </w:rPr>
        <w:t>Lab</w:t>
      </w:r>
      <w:r w:rsidRPr="00726D7C">
        <w:rPr>
          <w:rFonts w:cs="Times New Roman"/>
          <w:szCs w:val="28"/>
          <w:lang w:val="ru-RU"/>
        </w:rPr>
        <w:t>»: этнодизайн, апсайклинг, макетирование, афиша.</w:t>
      </w:r>
    </w:p>
    <w:p w14:paraId="6BBDFD32"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 xml:space="preserve">7) </w:t>
      </w:r>
      <w:r w:rsidRPr="00726D7C">
        <w:rPr>
          <w:rFonts w:cs="Times New Roman"/>
          <w:szCs w:val="28"/>
        </w:rPr>
        <w:t>Digital</w:t>
      </w:r>
      <w:r w:rsidRPr="00726D7C">
        <w:rPr>
          <w:rFonts w:cs="Times New Roman"/>
          <w:szCs w:val="28"/>
          <w:lang w:val="ru-RU"/>
        </w:rPr>
        <w:t xml:space="preserve"> </w:t>
      </w:r>
      <w:r w:rsidRPr="00726D7C">
        <w:rPr>
          <w:rFonts w:cs="Times New Roman"/>
          <w:szCs w:val="28"/>
        </w:rPr>
        <w:t>art</w:t>
      </w:r>
      <w:r w:rsidRPr="00726D7C">
        <w:rPr>
          <w:rFonts w:cs="Times New Roman"/>
          <w:szCs w:val="28"/>
          <w:lang w:val="ru-RU"/>
        </w:rPr>
        <w:t xml:space="preserve"> площадка: фотоистории, </w:t>
      </w:r>
      <w:r w:rsidRPr="00726D7C">
        <w:rPr>
          <w:rFonts w:cs="Times New Roman"/>
          <w:szCs w:val="28"/>
        </w:rPr>
        <w:t>stop</w:t>
      </w:r>
      <w:r w:rsidRPr="00726D7C">
        <w:rPr>
          <w:rFonts w:cs="Times New Roman"/>
          <w:szCs w:val="28"/>
          <w:lang w:val="ru-RU"/>
        </w:rPr>
        <w:t>-</w:t>
      </w:r>
      <w:r w:rsidRPr="00726D7C">
        <w:rPr>
          <w:rFonts w:cs="Times New Roman"/>
          <w:szCs w:val="28"/>
        </w:rPr>
        <w:t>motion</w:t>
      </w:r>
      <w:r w:rsidRPr="00726D7C">
        <w:rPr>
          <w:rFonts w:cs="Times New Roman"/>
          <w:szCs w:val="28"/>
          <w:lang w:val="ru-RU"/>
        </w:rPr>
        <w:t xml:space="preserve">, медиадневник, </w:t>
      </w:r>
      <w:r w:rsidRPr="00726D7C">
        <w:rPr>
          <w:rFonts w:cs="Times New Roman"/>
          <w:szCs w:val="28"/>
        </w:rPr>
        <w:t>QR</w:t>
      </w:r>
      <w:r w:rsidRPr="00726D7C">
        <w:rPr>
          <w:rFonts w:cs="Times New Roman"/>
          <w:szCs w:val="28"/>
          <w:lang w:val="ru-RU"/>
        </w:rPr>
        <w:t>-галерея при наличии условий.</w:t>
      </w:r>
    </w:p>
    <w:p w14:paraId="72A74CB0"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8) Арт-хакатон «</w:t>
      </w:r>
      <w:r w:rsidRPr="00726D7C">
        <w:rPr>
          <w:rFonts w:cs="Times New Roman"/>
          <w:szCs w:val="28"/>
        </w:rPr>
        <w:t>Creative</w:t>
      </w:r>
      <w:r w:rsidRPr="00726D7C">
        <w:rPr>
          <w:rFonts w:cs="Times New Roman"/>
          <w:szCs w:val="28"/>
          <w:lang w:val="ru-RU"/>
        </w:rPr>
        <w:t xml:space="preserve"> </w:t>
      </w:r>
      <w:r w:rsidRPr="00726D7C">
        <w:rPr>
          <w:rFonts w:cs="Times New Roman"/>
          <w:szCs w:val="28"/>
        </w:rPr>
        <w:t>Project</w:t>
      </w:r>
      <w:r w:rsidRPr="00726D7C">
        <w:rPr>
          <w:rFonts w:cs="Times New Roman"/>
          <w:szCs w:val="28"/>
          <w:lang w:val="ru-RU"/>
        </w:rPr>
        <w:t>»: разработка итоговых творческих проектов.</w:t>
      </w:r>
    </w:p>
    <w:p w14:paraId="173600F0"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lastRenderedPageBreak/>
        <w:t>9) Кураторская мастерская «Жоба күні»: подготовка выставки, показа, выступления или медиапрезентации.</w:t>
      </w:r>
    </w:p>
    <w:p w14:paraId="0DCEBA8D"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10) Фестиваль достижений «</w:t>
      </w:r>
      <w:r w:rsidRPr="00726D7C">
        <w:rPr>
          <w:rFonts w:cs="Times New Roman"/>
          <w:szCs w:val="28"/>
        </w:rPr>
        <w:t>ART</w:t>
      </w:r>
      <w:r w:rsidRPr="00726D7C">
        <w:rPr>
          <w:rFonts w:cs="Times New Roman"/>
          <w:szCs w:val="28"/>
          <w:lang w:val="ru-RU"/>
        </w:rPr>
        <w:t xml:space="preserve"> </w:t>
      </w:r>
      <w:r w:rsidRPr="00726D7C">
        <w:rPr>
          <w:rFonts w:cs="Times New Roman"/>
          <w:szCs w:val="28"/>
        </w:rPr>
        <w:t>Fest</w:t>
      </w:r>
      <w:r w:rsidRPr="00726D7C">
        <w:rPr>
          <w:rFonts w:cs="Times New Roman"/>
          <w:szCs w:val="28"/>
          <w:lang w:val="ru-RU"/>
        </w:rPr>
        <w:t>»: выставки, показы, перформансы, награждение.</w:t>
      </w:r>
    </w:p>
    <w:p w14:paraId="4ED77203"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11) Итоговая рефлексия «Менің шығармашылық жолым»: самооценка, благодарность, планы дальнейшего развития.</w:t>
      </w:r>
    </w:p>
    <w:p w14:paraId="3A3DBF2C" w14:textId="77777777" w:rsidR="0085125B" w:rsidRPr="00726D7C" w:rsidRDefault="001F678B" w:rsidP="006023F3">
      <w:pPr>
        <w:pStyle w:val="1"/>
        <w:spacing w:before="120" w:after="60" w:line="240" w:lineRule="auto"/>
        <w:rPr>
          <w:rFonts w:cs="Times New Roman"/>
          <w:lang w:val="ru-RU"/>
        </w:rPr>
      </w:pPr>
      <w:r w:rsidRPr="00726D7C">
        <w:rPr>
          <w:rFonts w:eastAsia="Times New Roman" w:cs="Times New Roman"/>
          <w:lang w:val="ru-RU"/>
        </w:rPr>
        <w:t>Раздел 6. Условия реализации Программы</w:t>
      </w:r>
    </w:p>
    <w:p w14:paraId="6DDBCBE8"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Настоящий раздел содержит описание материально-технических условий, условий проживания в соответствии с санитарно-эпидемиологическими требованиями, организации режима дня, питания и отдыха, медицинского сопровождения и профилактических мероприятий, обеспечения охраны жизни и здоровья несовершеннолетних, включая пожарную и антитеррористическую безопасность, учета климатических и природных особенностей местности, а также доступности и безопасности среды для детей с особыми образовательными потребностями при их участии.</w:t>
      </w:r>
    </w:p>
    <w:p w14:paraId="242A63B7" w14:textId="77777777" w:rsidR="0085125B" w:rsidRPr="00726D7C" w:rsidRDefault="001F678B" w:rsidP="006023F3">
      <w:pPr>
        <w:pStyle w:val="21"/>
        <w:spacing w:before="60" w:after="60" w:line="240" w:lineRule="auto"/>
        <w:rPr>
          <w:rFonts w:cs="Times New Roman"/>
          <w:szCs w:val="28"/>
          <w:lang w:val="ru-RU"/>
        </w:rPr>
      </w:pPr>
      <w:r w:rsidRPr="00726D7C">
        <w:rPr>
          <w:rFonts w:eastAsia="Times New Roman" w:cs="Times New Roman"/>
          <w:szCs w:val="28"/>
          <w:lang w:val="ru-RU"/>
        </w:rPr>
        <w:t>Организационные условия</w:t>
      </w:r>
    </w:p>
    <w:p w14:paraId="094034A2"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Организация деятельности участников осуществляется в соответствии с режимом дня, санитарно-эпидемиологическими требованиями, требованиями безопасности жизнедеятельности, возрастными особенностями несовершеннолетних и содержанием смены.</w:t>
      </w:r>
    </w:p>
    <w:p w14:paraId="7F2FD376"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Формирование отрядов осуществляется с учетом возраста участников, условий проживания, педагогической целесообразности, психологической совместимости и требований безопасности.</w:t>
      </w:r>
    </w:p>
    <w:p w14:paraId="68D040F0"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В течение смены обеспечивается рациональное чередование образовательной, воспитательной, творческой, проектной, сценической, спортивной, оздоровительной и досуговой деятельности.</w:t>
      </w:r>
    </w:p>
    <w:p w14:paraId="185826C2"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Организация самостоятельно определяет детализированный режим дня с учетом местных условий, климатических особенностей, инфраструктуры, медицинских рекомендаций и возраста участников.</w:t>
      </w:r>
    </w:p>
    <w:p w14:paraId="08D3A5B7" w14:textId="77777777" w:rsidR="0085125B" w:rsidRPr="00726D7C" w:rsidRDefault="001F678B" w:rsidP="006023F3">
      <w:pPr>
        <w:pStyle w:val="21"/>
        <w:spacing w:before="60" w:after="60" w:line="240" w:lineRule="auto"/>
        <w:rPr>
          <w:rFonts w:cs="Times New Roman"/>
          <w:szCs w:val="28"/>
          <w:lang w:val="ru-RU"/>
        </w:rPr>
      </w:pPr>
      <w:r w:rsidRPr="00726D7C">
        <w:rPr>
          <w:rFonts w:eastAsia="Times New Roman" w:cs="Times New Roman"/>
          <w:szCs w:val="28"/>
          <w:lang w:val="ru-RU"/>
        </w:rPr>
        <w:t>Материально-технические условия</w:t>
      </w:r>
    </w:p>
    <w:p w14:paraId="3A890AAA"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Для реализации Программы используются имеющиеся ресурсы Организации: помещения, открытые площадки, актовый зал или иное пространство для выступлений, творческие комнаты при наличии, спортивный инвентарь, канцелярские, художественные и подручные материалы, информационные стенды, а также доступные технические средства при их наличии.</w:t>
      </w:r>
    </w:p>
    <w:p w14:paraId="366AE38A" w14:textId="77777777"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t>• жилые помещения для размещения участников;</w:t>
      </w:r>
    </w:p>
    <w:p w14:paraId="3DA7FF6C" w14:textId="77777777"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t>• столовая или иная организованная система питания;</w:t>
      </w:r>
    </w:p>
    <w:p w14:paraId="70FEA75A" w14:textId="77777777"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t>• медицинский пункт или условия для медицинского сопровождения;</w:t>
      </w:r>
    </w:p>
    <w:p w14:paraId="74670EB8" w14:textId="77777777"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t>• спортивные, игровые или открытые площадки;</w:t>
      </w:r>
    </w:p>
    <w:p w14:paraId="30AC9FC2" w14:textId="77777777"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lastRenderedPageBreak/>
        <w:t>• помещения или безопасные пространства для художественной, сценической, музыкальной, проектной и групповой работы;</w:t>
      </w:r>
    </w:p>
    <w:p w14:paraId="69799324" w14:textId="77777777"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t>• актовый зал, клубное помещение, сцена или открытая площадка для выступлений при наличии;</w:t>
      </w:r>
    </w:p>
    <w:p w14:paraId="780EB8B9" w14:textId="77777777"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t>• канцелярские и художественные материалы: бумага, картон, маркеры, карандаши, краски, кисти, клей, ножницы с соблюдением безопасности, ткани, ленты, безопасные подручные материалы;</w:t>
      </w:r>
    </w:p>
    <w:p w14:paraId="67D17994" w14:textId="77777777"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t>• имеющийся спортивный и игровой инвентарь;</w:t>
      </w:r>
    </w:p>
    <w:p w14:paraId="6A322404" w14:textId="77777777"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t>• информационные стенды и выставочные поверхности;</w:t>
      </w:r>
    </w:p>
    <w:p w14:paraId="209C93F5" w14:textId="77777777"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t>• доступные технические средства при наличии: компьютер, проектор, акустическое оборудование, микрофоны, фото- и видеотехника, планшеты, графические планшеты, интерактивные панели, без их обязательного применения.</w:t>
      </w:r>
    </w:p>
    <w:p w14:paraId="31E4E410" w14:textId="77777777" w:rsidR="0085125B" w:rsidRPr="00726D7C" w:rsidRDefault="001F678B" w:rsidP="006023F3">
      <w:pPr>
        <w:pStyle w:val="21"/>
        <w:spacing w:before="60" w:after="60" w:line="240" w:lineRule="auto"/>
        <w:rPr>
          <w:rFonts w:cs="Times New Roman"/>
          <w:szCs w:val="28"/>
          <w:lang w:val="ru-RU"/>
        </w:rPr>
      </w:pPr>
      <w:r w:rsidRPr="00726D7C">
        <w:rPr>
          <w:rFonts w:eastAsia="Times New Roman" w:cs="Times New Roman"/>
          <w:szCs w:val="28"/>
          <w:lang w:val="ru-RU"/>
        </w:rPr>
        <w:t>Санитарно-гигиенические условия</w:t>
      </w:r>
    </w:p>
    <w:p w14:paraId="350E0D49"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Организация деятельности участников осуществляется с соблюдением санитарно-эпидемиологических требований, установленных законодательством Республики Казахстан. Обеспечиваются безопасные условия проживания, контроль качества питания, питьевой режим, соблюдение норм личной гигиены, проветривание и санитарная обработка помещений, медицинское наблюдение и профилактические мероприятия. При использовании художественных материалов учитываются безопасность, возраст участников, проветривание помещений, запрет на применение опасных веществ и соблюдение инструктажей.</w:t>
      </w:r>
    </w:p>
    <w:p w14:paraId="77206A54" w14:textId="77777777" w:rsidR="0085125B" w:rsidRPr="00726D7C" w:rsidRDefault="001F678B" w:rsidP="006023F3">
      <w:pPr>
        <w:pStyle w:val="21"/>
        <w:spacing w:before="60" w:after="60" w:line="240" w:lineRule="auto"/>
        <w:rPr>
          <w:rFonts w:cs="Times New Roman"/>
          <w:szCs w:val="28"/>
          <w:lang w:val="ru-RU"/>
        </w:rPr>
      </w:pPr>
      <w:r w:rsidRPr="00726D7C">
        <w:rPr>
          <w:rFonts w:eastAsia="Times New Roman" w:cs="Times New Roman"/>
          <w:szCs w:val="28"/>
          <w:lang w:val="ru-RU"/>
        </w:rPr>
        <w:t>Организация режима дня, питания и отдыха</w:t>
      </w:r>
    </w:p>
    <w:p w14:paraId="319C1D4A" w14:textId="77777777" w:rsidR="0085125B" w:rsidRPr="00726D7C" w:rsidRDefault="001F678B" w:rsidP="006023F3">
      <w:pPr>
        <w:spacing w:after="0" w:line="240" w:lineRule="auto"/>
        <w:ind w:firstLine="709"/>
        <w:rPr>
          <w:rFonts w:cs="Times New Roman"/>
          <w:szCs w:val="28"/>
        </w:rPr>
      </w:pPr>
      <w:r w:rsidRPr="00726D7C">
        <w:rPr>
          <w:rFonts w:cs="Times New Roman"/>
          <w:szCs w:val="28"/>
          <w:lang w:val="ru-RU"/>
        </w:rPr>
        <w:t xml:space="preserve">Режим дня предусматривает рациональное чередование сна, питания, образовательных мероприятий, творческих занятий, оздоровительной активности, отдыха, прогулок, свободного времени, вечерних мероприятий и рефлексии. Питание организуется в соответствии с установленными нормами, возрастом детей, режимом пребывания и санитарно-эпидемиологическими требованиями. </w:t>
      </w:r>
      <w:r w:rsidRPr="00726D7C">
        <w:rPr>
          <w:rFonts w:cs="Times New Roman"/>
          <w:szCs w:val="28"/>
          <w:lang w:val="kk-KZ"/>
        </w:rPr>
        <w:t>Питьевой режим обеспечивается в течение всего дня.</w:t>
      </w:r>
    </w:p>
    <w:tbl>
      <w:tblPr>
        <w:tblStyle w:val="aff0"/>
        <w:tblW w:w="0" w:type="auto"/>
        <w:jc w:val="center"/>
        <w:tblLook w:val="04A0" w:firstRow="1" w:lastRow="0" w:firstColumn="1" w:lastColumn="0" w:noHBand="0" w:noVBand="1"/>
      </w:tblPr>
      <w:tblGrid>
        <w:gridCol w:w="2974"/>
        <w:gridCol w:w="6653"/>
      </w:tblGrid>
      <w:tr w:rsidR="0085125B" w:rsidRPr="00726D7C" w14:paraId="0A609391" w14:textId="77777777" w:rsidTr="009C208E">
        <w:trPr>
          <w:tblHeader/>
          <w:jc w:val="center"/>
        </w:trPr>
        <w:tc>
          <w:tcPr>
            <w:tcW w:w="2977" w:type="dxa"/>
            <w:shd w:val="clear" w:color="auto" w:fill="FCE4D6"/>
          </w:tcPr>
          <w:p w14:paraId="4D1C74A0" w14:textId="77777777" w:rsidR="0085125B" w:rsidRPr="00726D7C" w:rsidRDefault="001F678B" w:rsidP="006023F3">
            <w:pPr>
              <w:rPr>
                <w:rFonts w:cs="Times New Roman"/>
                <w:szCs w:val="28"/>
                <w:lang w:val="kk-KZ"/>
              </w:rPr>
            </w:pPr>
            <w:r w:rsidRPr="00726D7C">
              <w:rPr>
                <w:rFonts w:cs="Times New Roman"/>
                <w:b/>
                <w:szCs w:val="28"/>
                <w:lang w:val="kk-KZ"/>
              </w:rPr>
              <w:t>Элемент режима</w:t>
            </w:r>
          </w:p>
        </w:tc>
        <w:tc>
          <w:tcPr>
            <w:tcW w:w="6661" w:type="dxa"/>
            <w:shd w:val="clear" w:color="auto" w:fill="FCE4D6"/>
          </w:tcPr>
          <w:p w14:paraId="57B308AC" w14:textId="77777777" w:rsidR="0085125B" w:rsidRPr="00726D7C" w:rsidRDefault="001F678B" w:rsidP="006023F3">
            <w:pPr>
              <w:rPr>
                <w:rFonts w:cs="Times New Roman"/>
                <w:szCs w:val="28"/>
                <w:lang w:val="kk-KZ"/>
              </w:rPr>
            </w:pPr>
            <w:r w:rsidRPr="00726D7C">
              <w:rPr>
                <w:rFonts w:cs="Times New Roman"/>
                <w:b/>
                <w:szCs w:val="28"/>
                <w:lang w:val="kk-KZ"/>
              </w:rPr>
              <w:t>Примерное содержание</w:t>
            </w:r>
          </w:p>
        </w:tc>
      </w:tr>
      <w:tr w:rsidR="0085125B" w:rsidRPr="00337B30" w14:paraId="23B0BBA3" w14:textId="77777777" w:rsidTr="009C208E">
        <w:trPr>
          <w:jc w:val="center"/>
        </w:trPr>
        <w:tc>
          <w:tcPr>
            <w:tcW w:w="2977" w:type="dxa"/>
          </w:tcPr>
          <w:p w14:paraId="3609D66D" w14:textId="77777777" w:rsidR="0085125B" w:rsidRPr="00726D7C" w:rsidRDefault="001F678B" w:rsidP="006023F3">
            <w:pPr>
              <w:rPr>
                <w:rFonts w:cs="Times New Roman"/>
                <w:szCs w:val="28"/>
                <w:lang w:val="kk-KZ"/>
              </w:rPr>
            </w:pPr>
            <w:r w:rsidRPr="00726D7C">
              <w:rPr>
                <w:rFonts w:cs="Times New Roman"/>
                <w:szCs w:val="28"/>
                <w:lang w:val="kk-KZ"/>
              </w:rPr>
              <w:t>Утро</w:t>
            </w:r>
          </w:p>
        </w:tc>
        <w:tc>
          <w:tcPr>
            <w:tcW w:w="6661" w:type="dxa"/>
          </w:tcPr>
          <w:p w14:paraId="3273E8A4" w14:textId="77777777" w:rsidR="0085125B" w:rsidRPr="00726D7C" w:rsidRDefault="001F678B" w:rsidP="006023F3">
            <w:pPr>
              <w:rPr>
                <w:rFonts w:cs="Times New Roman"/>
                <w:szCs w:val="28"/>
                <w:lang w:val="kk-KZ"/>
              </w:rPr>
            </w:pPr>
            <w:r w:rsidRPr="00726D7C">
              <w:rPr>
                <w:rFonts w:cs="Times New Roman"/>
                <w:szCs w:val="28"/>
                <w:lang w:val="kk-KZ"/>
              </w:rPr>
              <w:t>Подъем, гигиенические процедуры, зарядка, завтрак, линейка или сбор отряда.</w:t>
            </w:r>
          </w:p>
        </w:tc>
      </w:tr>
      <w:tr w:rsidR="0085125B" w:rsidRPr="00337B30" w14:paraId="334B5F85" w14:textId="77777777" w:rsidTr="009C208E">
        <w:trPr>
          <w:jc w:val="center"/>
        </w:trPr>
        <w:tc>
          <w:tcPr>
            <w:tcW w:w="2977" w:type="dxa"/>
          </w:tcPr>
          <w:p w14:paraId="4E1B30CF" w14:textId="77777777" w:rsidR="0085125B" w:rsidRPr="00726D7C" w:rsidRDefault="001F678B" w:rsidP="006023F3">
            <w:pPr>
              <w:rPr>
                <w:rFonts w:cs="Times New Roman"/>
                <w:szCs w:val="28"/>
                <w:lang w:val="kk-KZ"/>
              </w:rPr>
            </w:pPr>
            <w:r w:rsidRPr="00726D7C">
              <w:rPr>
                <w:rFonts w:cs="Times New Roman"/>
                <w:szCs w:val="28"/>
                <w:lang w:val="kk-KZ"/>
              </w:rPr>
              <w:t>Первая половина дня</w:t>
            </w:r>
          </w:p>
        </w:tc>
        <w:tc>
          <w:tcPr>
            <w:tcW w:w="6661" w:type="dxa"/>
          </w:tcPr>
          <w:p w14:paraId="042C51D1" w14:textId="77777777" w:rsidR="0085125B" w:rsidRPr="00726D7C" w:rsidRDefault="001F678B" w:rsidP="006023F3">
            <w:pPr>
              <w:rPr>
                <w:rFonts w:cs="Times New Roman"/>
                <w:szCs w:val="28"/>
                <w:lang w:val="kk-KZ"/>
              </w:rPr>
            </w:pPr>
            <w:r w:rsidRPr="00726D7C">
              <w:rPr>
                <w:rFonts w:cs="Times New Roman"/>
                <w:szCs w:val="28"/>
                <w:lang w:val="kk-KZ"/>
              </w:rPr>
              <w:t>Развивающие и практико-ориентированные занятия, творческие лаборатории, проектная деятельность.</w:t>
            </w:r>
          </w:p>
        </w:tc>
      </w:tr>
      <w:tr w:rsidR="0085125B" w:rsidRPr="00337B30" w14:paraId="27CCFC97" w14:textId="77777777" w:rsidTr="009C208E">
        <w:trPr>
          <w:jc w:val="center"/>
        </w:trPr>
        <w:tc>
          <w:tcPr>
            <w:tcW w:w="2977" w:type="dxa"/>
          </w:tcPr>
          <w:p w14:paraId="6D9C4BAD" w14:textId="77777777" w:rsidR="0085125B" w:rsidRPr="00726D7C" w:rsidRDefault="001F678B" w:rsidP="006023F3">
            <w:pPr>
              <w:rPr>
                <w:rFonts w:cs="Times New Roman"/>
                <w:szCs w:val="28"/>
                <w:lang w:val="kk-KZ"/>
              </w:rPr>
            </w:pPr>
            <w:r w:rsidRPr="00726D7C">
              <w:rPr>
                <w:rFonts w:cs="Times New Roman"/>
                <w:szCs w:val="28"/>
                <w:lang w:val="kk-KZ"/>
              </w:rPr>
              <w:t>День</w:t>
            </w:r>
          </w:p>
        </w:tc>
        <w:tc>
          <w:tcPr>
            <w:tcW w:w="6661" w:type="dxa"/>
          </w:tcPr>
          <w:p w14:paraId="20102E4D" w14:textId="77777777" w:rsidR="0085125B" w:rsidRPr="00726D7C" w:rsidRDefault="001F678B" w:rsidP="006023F3">
            <w:pPr>
              <w:rPr>
                <w:rFonts w:cs="Times New Roman"/>
                <w:szCs w:val="28"/>
                <w:lang w:val="kk-KZ"/>
              </w:rPr>
            </w:pPr>
            <w:r w:rsidRPr="00726D7C">
              <w:rPr>
                <w:rFonts w:cs="Times New Roman"/>
                <w:szCs w:val="28"/>
                <w:lang w:val="kk-KZ"/>
              </w:rPr>
              <w:t>Обед, отдых, тихое время или спокойная деятельность.</w:t>
            </w:r>
          </w:p>
        </w:tc>
      </w:tr>
      <w:tr w:rsidR="0085125B" w:rsidRPr="00337B30" w14:paraId="59870DA8" w14:textId="77777777" w:rsidTr="009C208E">
        <w:trPr>
          <w:jc w:val="center"/>
        </w:trPr>
        <w:tc>
          <w:tcPr>
            <w:tcW w:w="2977" w:type="dxa"/>
          </w:tcPr>
          <w:p w14:paraId="7E0304AB" w14:textId="77777777" w:rsidR="0085125B" w:rsidRPr="00726D7C" w:rsidRDefault="001F678B" w:rsidP="006023F3">
            <w:pPr>
              <w:rPr>
                <w:rFonts w:cs="Times New Roman"/>
                <w:szCs w:val="28"/>
                <w:lang w:val="kk-KZ"/>
              </w:rPr>
            </w:pPr>
            <w:r w:rsidRPr="00726D7C">
              <w:rPr>
                <w:rFonts w:cs="Times New Roman"/>
                <w:szCs w:val="28"/>
                <w:lang w:val="kk-KZ"/>
              </w:rPr>
              <w:t>Вторая половина дня</w:t>
            </w:r>
          </w:p>
        </w:tc>
        <w:tc>
          <w:tcPr>
            <w:tcW w:w="6661" w:type="dxa"/>
          </w:tcPr>
          <w:p w14:paraId="54D70FD4" w14:textId="77777777" w:rsidR="0085125B" w:rsidRPr="00726D7C" w:rsidRDefault="001F678B" w:rsidP="006023F3">
            <w:pPr>
              <w:rPr>
                <w:rFonts w:cs="Times New Roman"/>
                <w:szCs w:val="28"/>
                <w:lang w:val="kk-KZ"/>
              </w:rPr>
            </w:pPr>
            <w:r w:rsidRPr="00726D7C">
              <w:rPr>
                <w:rFonts w:cs="Times New Roman"/>
                <w:szCs w:val="28"/>
                <w:lang w:val="kk-KZ"/>
              </w:rPr>
              <w:t>Практические занятия, репетиции, мастерские, спортивные, музыкально-двигательные или творческие мероприятия.</w:t>
            </w:r>
          </w:p>
        </w:tc>
      </w:tr>
      <w:tr w:rsidR="0085125B" w:rsidRPr="00337B30" w14:paraId="5E932185" w14:textId="77777777" w:rsidTr="009C208E">
        <w:trPr>
          <w:jc w:val="center"/>
        </w:trPr>
        <w:tc>
          <w:tcPr>
            <w:tcW w:w="2977" w:type="dxa"/>
          </w:tcPr>
          <w:p w14:paraId="2D23D779" w14:textId="77777777" w:rsidR="0085125B" w:rsidRPr="00726D7C" w:rsidRDefault="001F678B" w:rsidP="006023F3">
            <w:pPr>
              <w:rPr>
                <w:rFonts w:cs="Times New Roman"/>
                <w:szCs w:val="28"/>
                <w:lang w:val="kk-KZ"/>
              </w:rPr>
            </w:pPr>
            <w:r w:rsidRPr="00726D7C">
              <w:rPr>
                <w:rFonts w:cs="Times New Roman"/>
                <w:szCs w:val="28"/>
                <w:lang w:val="kk-KZ"/>
              </w:rPr>
              <w:t>Вечер</w:t>
            </w:r>
          </w:p>
        </w:tc>
        <w:tc>
          <w:tcPr>
            <w:tcW w:w="6661" w:type="dxa"/>
          </w:tcPr>
          <w:p w14:paraId="530E16F2" w14:textId="77777777" w:rsidR="0085125B" w:rsidRPr="00726D7C" w:rsidRDefault="001F678B" w:rsidP="006023F3">
            <w:pPr>
              <w:rPr>
                <w:rFonts w:cs="Times New Roman"/>
                <w:szCs w:val="28"/>
                <w:lang w:val="kk-KZ"/>
              </w:rPr>
            </w:pPr>
            <w:r w:rsidRPr="00726D7C">
              <w:rPr>
                <w:rFonts w:cs="Times New Roman"/>
                <w:szCs w:val="28"/>
                <w:lang w:val="kk-KZ"/>
              </w:rPr>
              <w:t xml:space="preserve">Культурно-досуговое или воспитательное </w:t>
            </w:r>
            <w:r w:rsidRPr="00726D7C">
              <w:rPr>
                <w:rFonts w:cs="Times New Roman"/>
                <w:szCs w:val="28"/>
                <w:lang w:val="kk-KZ"/>
              </w:rPr>
              <w:lastRenderedPageBreak/>
              <w:t>мероприятие, показ, выставка, рефлексия, подготовка ко сну.</w:t>
            </w:r>
          </w:p>
        </w:tc>
      </w:tr>
    </w:tbl>
    <w:p w14:paraId="4D79E2D4" w14:textId="77777777" w:rsidR="0085125B" w:rsidRPr="00726D7C" w:rsidRDefault="001F678B" w:rsidP="006023F3">
      <w:pPr>
        <w:pStyle w:val="21"/>
        <w:spacing w:before="60" w:after="60" w:line="240" w:lineRule="auto"/>
        <w:rPr>
          <w:rFonts w:cs="Times New Roman"/>
          <w:szCs w:val="28"/>
          <w:lang w:val="ru-RU"/>
        </w:rPr>
      </w:pPr>
      <w:r w:rsidRPr="00726D7C">
        <w:rPr>
          <w:rFonts w:eastAsia="Times New Roman" w:cs="Times New Roman"/>
          <w:szCs w:val="28"/>
          <w:lang w:val="ru-RU"/>
        </w:rPr>
        <w:lastRenderedPageBreak/>
        <w:t>Медицинское сопровождение и профилактические мероприятия</w:t>
      </w:r>
    </w:p>
    <w:p w14:paraId="57FFADFD"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Медицинское сопровождение осуществляется медицинскими работниками в соответствии с требованиями законодательства Республики Казахстан. В рамках Программы предусматривается наблюдение за состоянием здоровья участников, профилактика переутомления, контроль самочувствия, сопровождение мероприятий с повышенной двигательной, сценической или эмоциональной нагрузкой, информирование педагогов о допустимой нагрузке детей с учетом медицинских показаний.</w:t>
      </w:r>
    </w:p>
    <w:p w14:paraId="06C2ADFD" w14:textId="77777777" w:rsidR="0085125B" w:rsidRPr="00726D7C" w:rsidRDefault="001F678B" w:rsidP="006023F3">
      <w:pPr>
        <w:pStyle w:val="21"/>
        <w:spacing w:before="60" w:after="60" w:line="240" w:lineRule="auto"/>
        <w:rPr>
          <w:rFonts w:cs="Times New Roman"/>
          <w:szCs w:val="28"/>
          <w:lang w:val="ru-RU"/>
        </w:rPr>
      </w:pPr>
      <w:r w:rsidRPr="00726D7C">
        <w:rPr>
          <w:rFonts w:eastAsia="Times New Roman" w:cs="Times New Roman"/>
          <w:szCs w:val="28"/>
          <w:lang w:val="ru-RU"/>
        </w:rPr>
        <w:t>Обеспечение охраны жизни и здоровья несовершеннолетних</w:t>
      </w:r>
    </w:p>
    <w:p w14:paraId="759965AD"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Безопасность участников является обязательным условием реализации Программы. В Организации обеспечиваются контроль доступа на территорию, сопровождение участников педагогическими работниками, проведение инструктажей по безопасности, соблюдение требований пожарной и антитеррористической безопасности, безопасная организация творческих, сценических, спортивных, практических и иных мероприятий. Особое внимание уделяется безопасному использованию художественных материалов, сценического пространства, реквизита, музыкального и технического оборудования при его наличии.</w:t>
      </w:r>
    </w:p>
    <w:p w14:paraId="18DE827B" w14:textId="77777777" w:rsidR="0085125B" w:rsidRPr="00726D7C" w:rsidRDefault="001F678B" w:rsidP="006023F3">
      <w:pPr>
        <w:pStyle w:val="21"/>
        <w:spacing w:before="60" w:after="60" w:line="240" w:lineRule="auto"/>
        <w:rPr>
          <w:rFonts w:cs="Times New Roman"/>
          <w:szCs w:val="28"/>
          <w:lang w:val="ru-RU"/>
        </w:rPr>
      </w:pPr>
      <w:r w:rsidRPr="00726D7C">
        <w:rPr>
          <w:rFonts w:eastAsia="Times New Roman" w:cs="Times New Roman"/>
          <w:szCs w:val="28"/>
          <w:lang w:val="ru-RU"/>
        </w:rPr>
        <w:t>Учет климатических и природных особенностей местности</w:t>
      </w:r>
    </w:p>
    <w:p w14:paraId="2B405A10"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При планировании мероприятий учитываются климатические, природные и территориальные особенности местности. В жаркую, ветреную, дождливую или иную неблагоприятную погоду мероприятия переносятся в безопасные помещения либо заменяются равноценными по содержанию формами деятельности. Продолжительность пребывания на открытом воздухе регулируется с учетом погоды, возраста детей и медицинских рекомендаций.</w:t>
      </w:r>
    </w:p>
    <w:p w14:paraId="5ECBE630" w14:textId="77777777" w:rsidR="0085125B" w:rsidRPr="00726D7C" w:rsidRDefault="001F678B" w:rsidP="006023F3">
      <w:pPr>
        <w:pStyle w:val="21"/>
        <w:spacing w:before="60" w:after="60" w:line="240" w:lineRule="auto"/>
        <w:rPr>
          <w:rFonts w:cs="Times New Roman"/>
          <w:szCs w:val="28"/>
          <w:lang w:val="ru-RU"/>
        </w:rPr>
      </w:pPr>
      <w:r w:rsidRPr="00726D7C">
        <w:rPr>
          <w:rFonts w:eastAsia="Times New Roman" w:cs="Times New Roman"/>
          <w:szCs w:val="28"/>
          <w:lang w:val="ru-RU"/>
        </w:rPr>
        <w:t>Доступность и безопасность среды для детей с особыми образовательными потребностями</w:t>
      </w:r>
    </w:p>
    <w:p w14:paraId="4F4A9920"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При участии детей с особыми образовательными потребностями Организация обеспечивает доступность и безопасность среды в пределах имеющихся условий, адаптацию форм участия, индивидуальное педагогическое сопровождение, учет рекомендаций специалистов, медицинских показаний и информации, предоставленной законными представителями. Творческие задания могут адаптироваться по времени, материалам, форме представления результата и уровню физической или эмоциональной нагрузки.</w:t>
      </w:r>
    </w:p>
    <w:p w14:paraId="7BE14AB8" w14:textId="77777777" w:rsidR="0085125B" w:rsidRPr="00726D7C" w:rsidRDefault="001F678B" w:rsidP="006023F3">
      <w:pPr>
        <w:pStyle w:val="1"/>
        <w:spacing w:before="120" w:after="60" w:line="240" w:lineRule="auto"/>
        <w:rPr>
          <w:rFonts w:cs="Times New Roman"/>
          <w:lang w:val="ru-RU"/>
        </w:rPr>
      </w:pPr>
      <w:r w:rsidRPr="00726D7C">
        <w:rPr>
          <w:rFonts w:eastAsia="Times New Roman" w:cs="Times New Roman"/>
          <w:lang w:val="ru-RU"/>
        </w:rPr>
        <w:lastRenderedPageBreak/>
        <w:t>Раздел 7. Кадровое и методическое обеспечение</w:t>
      </w:r>
    </w:p>
    <w:p w14:paraId="0CFC7CD8" w14:textId="77777777" w:rsidR="0085125B" w:rsidRPr="00726D7C" w:rsidRDefault="001F678B" w:rsidP="006023F3">
      <w:pPr>
        <w:pStyle w:val="21"/>
        <w:spacing w:before="60" w:after="60" w:line="240" w:lineRule="auto"/>
        <w:rPr>
          <w:rFonts w:cs="Times New Roman"/>
          <w:szCs w:val="28"/>
          <w:lang w:val="ru-RU"/>
        </w:rPr>
      </w:pPr>
      <w:r w:rsidRPr="00726D7C">
        <w:rPr>
          <w:rFonts w:eastAsia="Times New Roman" w:cs="Times New Roman"/>
          <w:szCs w:val="28"/>
          <w:lang w:val="ru-RU"/>
        </w:rPr>
        <w:t>Кадровое обеспечение</w:t>
      </w:r>
    </w:p>
    <w:p w14:paraId="4D4E11A8"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Реализацию Программы обеспечивают педагогические, медицинские, административные и иные работники Организации.</w:t>
      </w:r>
    </w:p>
    <w:p w14:paraId="470833CC"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К реализации Программы могут быть привлечены руководитель Организации, заместитель руководителя или ответственное лицо по воспитательной работе, методист при наличии, воспитатели, вожатые, педагоги дополнительного образования при наличии, руководители творческих направлений, музыкальные, театральные, художественные или медиа-педагоги при наличии, инструктор или ответственный за физкультурно-оздоровительную деятельность, медицинский работник, педагог-психолог при наличии, а также работники, обеспечивающие питание, проживание, безопасность и хозяйственное сопровождение.</w:t>
      </w:r>
    </w:p>
    <w:p w14:paraId="20B7E3D1"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Содержание направлений реализуется педагогическими работниками через доступные формы работы: игры, мастер-классы, арт-практикумы, репетиции, выставки, проектные задания, творческие лаборатории, сценические показы и командные презентации. При наличии соответствующих специалистов Организация вправе расширить содержание отдельных направлений без увеличения допустимой нагрузки на участников.</w:t>
      </w:r>
    </w:p>
    <w:p w14:paraId="49AB8013" w14:textId="77777777" w:rsidR="0085125B" w:rsidRPr="00726D7C" w:rsidRDefault="001F678B" w:rsidP="006023F3">
      <w:pPr>
        <w:pStyle w:val="21"/>
        <w:spacing w:before="60" w:after="60" w:line="240" w:lineRule="auto"/>
        <w:rPr>
          <w:rFonts w:cs="Times New Roman"/>
          <w:szCs w:val="28"/>
        </w:rPr>
      </w:pPr>
      <w:r w:rsidRPr="00726D7C">
        <w:rPr>
          <w:rFonts w:eastAsia="Times New Roman" w:cs="Times New Roman"/>
          <w:szCs w:val="28"/>
        </w:rPr>
        <w:t>Функциональные обязанности</w:t>
      </w:r>
    </w:p>
    <w:tbl>
      <w:tblPr>
        <w:tblStyle w:val="aff0"/>
        <w:tblW w:w="0" w:type="auto"/>
        <w:jc w:val="center"/>
        <w:tblLook w:val="04A0" w:firstRow="1" w:lastRow="0" w:firstColumn="1" w:lastColumn="0" w:noHBand="0" w:noVBand="1"/>
      </w:tblPr>
      <w:tblGrid>
        <w:gridCol w:w="3683"/>
        <w:gridCol w:w="5944"/>
      </w:tblGrid>
      <w:tr w:rsidR="0085125B" w:rsidRPr="00726D7C" w14:paraId="3E377B8C" w14:textId="77777777" w:rsidTr="00021239">
        <w:trPr>
          <w:tblHeader/>
          <w:jc w:val="center"/>
        </w:trPr>
        <w:tc>
          <w:tcPr>
            <w:tcW w:w="3686" w:type="dxa"/>
            <w:shd w:val="clear" w:color="auto" w:fill="FCE4D6"/>
          </w:tcPr>
          <w:p w14:paraId="535D26C1" w14:textId="77777777" w:rsidR="0085125B" w:rsidRPr="00726D7C" w:rsidRDefault="001F678B" w:rsidP="006023F3">
            <w:pPr>
              <w:rPr>
                <w:rFonts w:cs="Times New Roman"/>
                <w:szCs w:val="28"/>
                <w:lang w:val="kk-KZ"/>
              </w:rPr>
            </w:pPr>
            <w:r w:rsidRPr="00726D7C">
              <w:rPr>
                <w:rFonts w:cs="Times New Roman"/>
                <w:b/>
                <w:szCs w:val="28"/>
                <w:lang w:val="kk-KZ"/>
              </w:rPr>
              <w:t>Участник реализации</w:t>
            </w:r>
          </w:p>
        </w:tc>
        <w:tc>
          <w:tcPr>
            <w:tcW w:w="5952" w:type="dxa"/>
            <w:shd w:val="clear" w:color="auto" w:fill="FCE4D6"/>
          </w:tcPr>
          <w:p w14:paraId="37A48963" w14:textId="77777777" w:rsidR="0085125B" w:rsidRPr="00726D7C" w:rsidRDefault="001F678B" w:rsidP="006023F3">
            <w:pPr>
              <w:rPr>
                <w:rFonts w:cs="Times New Roman"/>
                <w:szCs w:val="28"/>
                <w:lang w:val="kk-KZ"/>
              </w:rPr>
            </w:pPr>
            <w:r w:rsidRPr="00726D7C">
              <w:rPr>
                <w:rFonts w:cs="Times New Roman"/>
                <w:b/>
                <w:szCs w:val="28"/>
                <w:lang w:val="kk-KZ"/>
              </w:rPr>
              <w:t>Основные функции</w:t>
            </w:r>
          </w:p>
        </w:tc>
      </w:tr>
      <w:tr w:rsidR="0085125B" w:rsidRPr="00337B30" w14:paraId="7721A5F2" w14:textId="77777777" w:rsidTr="00021239">
        <w:trPr>
          <w:jc w:val="center"/>
        </w:trPr>
        <w:tc>
          <w:tcPr>
            <w:tcW w:w="3686" w:type="dxa"/>
          </w:tcPr>
          <w:p w14:paraId="718B88DE" w14:textId="77777777" w:rsidR="0085125B" w:rsidRPr="00726D7C" w:rsidRDefault="001F678B" w:rsidP="006023F3">
            <w:pPr>
              <w:rPr>
                <w:rFonts w:cs="Times New Roman"/>
                <w:szCs w:val="28"/>
                <w:lang w:val="kk-KZ"/>
              </w:rPr>
            </w:pPr>
            <w:r w:rsidRPr="00726D7C">
              <w:rPr>
                <w:rFonts w:cs="Times New Roman"/>
                <w:szCs w:val="28"/>
                <w:lang w:val="kk-KZ"/>
              </w:rPr>
              <w:t>Руководитель Организации</w:t>
            </w:r>
          </w:p>
        </w:tc>
        <w:tc>
          <w:tcPr>
            <w:tcW w:w="5952" w:type="dxa"/>
          </w:tcPr>
          <w:p w14:paraId="110E92C7" w14:textId="77777777" w:rsidR="0085125B" w:rsidRPr="00726D7C" w:rsidRDefault="001F678B" w:rsidP="006023F3">
            <w:pPr>
              <w:rPr>
                <w:rFonts w:cs="Times New Roman"/>
                <w:szCs w:val="28"/>
                <w:lang w:val="kk-KZ"/>
              </w:rPr>
            </w:pPr>
            <w:r w:rsidRPr="00726D7C">
              <w:rPr>
                <w:rFonts w:cs="Times New Roman"/>
                <w:szCs w:val="28"/>
                <w:lang w:val="kk-KZ"/>
              </w:rPr>
              <w:t>Общее руководство реализацией Программы, создание условий, контроль безопасности, координация работы сотрудников.</w:t>
            </w:r>
          </w:p>
        </w:tc>
      </w:tr>
      <w:tr w:rsidR="0085125B" w:rsidRPr="00337B30" w14:paraId="6DC86E35" w14:textId="77777777" w:rsidTr="00021239">
        <w:trPr>
          <w:jc w:val="center"/>
        </w:trPr>
        <w:tc>
          <w:tcPr>
            <w:tcW w:w="3686" w:type="dxa"/>
          </w:tcPr>
          <w:p w14:paraId="60E823F5" w14:textId="77777777" w:rsidR="0085125B" w:rsidRPr="00726D7C" w:rsidRDefault="001F678B" w:rsidP="006023F3">
            <w:pPr>
              <w:rPr>
                <w:rFonts w:cs="Times New Roman"/>
                <w:szCs w:val="28"/>
                <w:lang w:val="kk-KZ"/>
              </w:rPr>
            </w:pPr>
            <w:r w:rsidRPr="00726D7C">
              <w:rPr>
                <w:rFonts w:cs="Times New Roman"/>
                <w:szCs w:val="28"/>
                <w:lang w:val="kk-KZ"/>
              </w:rPr>
              <w:t>Заместитель руководителя / ответственное лицо</w:t>
            </w:r>
          </w:p>
        </w:tc>
        <w:tc>
          <w:tcPr>
            <w:tcW w:w="5952" w:type="dxa"/>
          </w:tcPr>
          <w:p w14:paraId="44B84F56" w14:textId="77777777" w:rsidR="0085125B" w:rsidRPr="00726D7C" w:rsidRDefault="001F678B" w:rsidP="006023F3">
            <w:pPr>
              <w:rPr>
                <w:rFonts w:cs="Times New Roman"/>
                <w:szCs w:val="28"/>
                <w:lang w:val="kk-KZ"/>
              </w:rPr>
            </w:pPr>
            <w:r w:rsidRPr="00726D7C">
              <w:rPr>
                <w:rFonts w:cs="Times New Roman"/>
                <w:szCs w:val="28"/>
                <w:lang w:val="kk-KZ"/>
              </w:rPr>
              <w:t>Координация воспитательной, образовательной и творческой деятельности, контроль выполнения план-сетки, организация итогов смены.</w:t>
            </w:r>
          </w:p>
        </w:tc>
      </w:tr>
      <w:tr w:rsidR="0085125B" w:rsidRPr="00337B30" w14:paraId="1D85DED0" w14:textId="77777777" w:rsidTr="00021239">
        <w:trPr>
          <w:jc w:val="center"/>
        </w:trPr>
        <w:tc>
          <w:tcPr>
            <w:tcW w:w="3686" w:type="dxa"/>
          </w:tcPr>
          <w:p w14:paraId="3D38CA89" w14:textId="77777777" w:rsidR="0085125B" w:rsidRPr="00726D7C" w:rsidRDefault="001F678B" w:rsidP="006023F3">
            <w:pPr>
              <w:rPr>
                <w:rFonts w:cs="Times New Roman"/>
                <w:szCs w:val="28"/>
                <w:lang w:val="kk-KZ"/>
              </w:rPr>
            </w:pPr>
            <w:r w:rsidRPr="00726D7C">
              <w:rPr>
                <w:rFonts w:cs="Times New Roman"/>
                <w:szCs w:val="28"/>
                <w:lang w:val="kk-KZ"/>
              </w:rPr>
              <w:t>Методист при наличии</w:t>
            </w:r>
          </w:p>
        </w:tc>
        <w:tc>
          <w:tcPr>
            <w:tcW w:w="5952" w:type="dxa"/>
          </w:tcPr>
          <w:p w14:paraId="46BEB72C" w14:textId="77777777" w:rsidR="0085125B" w:rsidRPr="00726D7C" w:rsidRDefault="001F678B" w:rsidP="006023F3">
            <w:pPr>
              <w:rPr>
                <w:rFonts w:cs="Times New Roman"/>
                <w:szCs w:val="28"/>
                <w:lang w:val="kk-KZ"/>
              </w:rPr>
            </w:pPr>
            <w:r w:rsidRPr="00726D7C">
              <w:rPr>
                <w:rFonts w:cs="Times New Roman"/>
                <w:szCs w:val="28"/>
                <w:lang w:val="kk-KZ"/>
              </w:rPr>
              <w:t>Методическое сопровождение, подготовка материалов, консультации педагогов, анализ реализации Программы.</w:t>
            </w:r>
          </w:p>
        </w:tc>
      </w:tr>
      <w:tr w:rsidR="0085125B" w:rsidRPr="00337B30" w14:paraId="37FA1DCE" w14:textId="77777777" w:rsidTr="00021239">
        <w:trPr>
          <w:jc w:val="center"/>
        </w:trPr>
        <w:tc>
          <w:tcPr>
            <w:tcW w:w="3686" w:type="dxa"/>
          </w:tcPr>
          <w:p w14:paraId="33C1A482" w14:textId="77777777" w:rsidR="0085125B" w:rsidRPr="00726D7C" w:rsidRDefault="001F678B" w:rsidP="006023F3">
            <w:pPr>
              <w:rPr>
                <w:rFonts w:cs="Times New Roman"/>
                <w:szCs w:val="28"/>
                <w:lang w:val="kk-KZ"/>
              </w:rPr>
            </w:pPr>
            <w:r w:rsidRPr="00726D7C">
              <w:rPr>
                <w:rFonts w:cs="Times New Roman"/>
                <w:szCs w:val="28"/>
                <w:lang w:val="kk-KZ"/>
              </w:rPr>
              <w:t>Воспитатели и вожатые</w:t>
            </w:r>
          </w:p>
        </w:tc>
        <w:tc>
          <w:tcPr>
            <w:tcW w:w="5952" w:type="dxa"/>
          </w:tcPr>
          <w:p w14:paraId="26D0EBFD" w14:textId="77777777" w:rsidR="0085125B" w:rsidRPr="00726D7C" w:rsidRDefault="001F678B" w:rsidP="006023F3">
            <w:pPr>
              <w:rPr>
                <w:rFonts w:cs="Times New Roman"/>
                <w:szCs w:val="28"/>
                <w:lang w:val="kk-KZ"/>
              </w:rPr>
            </w:pPr>
            <w:r w:rsidRPr="00726D7C">
              <w:rPr>
                <w:rFonts w:cs="Times New Roman"/>
                <w:szCs w:val="28"/>
                <w:lang w:val="kk-KZ"/>
              </w:rPr>
              <w:t>Сопровождение отрядов, организация ежедневной деятельности, проведение мероприятий, поддержка дисциплины и психологического климата.</w:t>
            </w:r>
          </w:p>
        </w:tc>
      </w:tr>
      <w:tr w:rsidR="0085125B" w:rsidRPr="00337B30" w14:paraId="23C93BF8" w14:textId="77777777" w:rsidTr="00021239">
        <w:trPr>
          <w:jc w:val="center"/>
        </w:trPr>
        <w:tc>
          <w:tcPr>
            <w:tcW w:w="3686" w:type="dxa"/>
          </w:tcPr>
          <w:p w14:paraId="115639F6" w14:textId="77777777" w:rsidR="0085125B" w:rsidRPr="00726D7C" w:rsidRDefault="001F678B" w:rsidP="006023F3">
            <w:pPr>
              <w:rPr>
                <w:rFonts w:cs="Times New Roman"/>
                <w:szCs w:val="28"/>
                <w:lang w:val="kk-KZ"/>
              </w:rPr>
            </w:pPr>
            <w:r w:rsidRPr="00726D7C">
              <w:rPr>
                <w:rFonts w:cs="Times New Roman"/>
                <w:szCs w:val="28"/>
                <w:lang w:val="kk-KZ"/>
              </w:rPr>
              <w:t>Руководители творческих направлений при наличии</w:t>
            </w:r>
          </w:p>
        </w:tc>
        <w:tc>
          <w:tcPr>
            <w:tcW w:w="5952" w:type="dxa"/>
          </w:tcPr>
          <w:p w14:paraId="33FA48D7" w14:textId="77777777" w:rsidR="0085125B" w:rsidRPr="00726D7C" w:rsidRDefault="001F678B" w:rsidP="006023F3">
            <w:pPr>
              <w:rPr>
                <w:rFonts w:cs="Times New Roman"/>
                <w:szCs w:val="28"/>
                <w:lang w:val="kk-KZ"/>
              </w:rPr>
            </w:pPr>
            <w:r w:rsidRPr="00726D7C">
              <w:rPr>
                <w:rFonts w:cs="Times New Roman"/>
                <w:szCs w:val="28"/>
                <w:lang w:val="kk-KZ"/>
              </w:rPr>
              <w:t>Проведение мастер-классов, творческих лабораторий, репетиций, консультаций по арт-проектам и подготовке фестиваля.</w:t>
            </w:r>
          </w:p>
        </w:tc>
      </w:tr>
      <w:tr w:rsidR="0085125B" w:rsidRPr="00337B30" w14:paraId="31E2E2CD" w14:textId="77777777" w:rsidTr="00021239">
        <w:trPr>
          <w:jc w:val="center"/>
        </w:trPr>
        <w:tc>
          <w:tcPr>
            <w:tcW w:w="3686" w:type="dxa"/>
          </w:tcPr>
          <w:p w14:paraId="7A0E6717" w14:textId="77777777" w:rsidR="0085125B" w:rsidRPr="00726D7C" w:rsidRDefault="001F678B" w:rsidP="006023F3">
            <w:pPr>
              <w:rPr>
                <w:rFonts w:cs="Times New Roman"/>
                <w:szCs w:val="28"/>
                <w:lang w:val="kk-KZ"/>
              </w:rPr>
            </w:pPr>
            <w:r w:rsidRPr="00726D7C">
              <w:rPr>
                <w:rFonts w:cs="Times New Roman"/>
                <w:szCs w:val="28"/>
                <w:lang w:val="kk-KZ"/>
              </w:rPr>
              <w:t>Ответственный за спортивную деятельность</w:t>
            </w:r>
          </w:p>
        </w:tc>
        <w:tc>
          <w:tcPr>
            <w:tcW w:w="5952" w:type="dxa"/>
          </w:tcPr>
          <w:p w14:paraId="1595E0EF" w14:textId="77777777" w:rsidR="0085125B" w:rsidRPr="00726D7C" w:rsidRDefault="001F678B" w:rsidP="006023F3">
            <w:pPr>
              <w:rPr>
                <w:rFonts w:cs="Times New Roman"/>
                <w:szCs w:val="28"/>
                <w:lang w:val="kk-KZ"/>
              </w:rPr>
            </w:pPr>
            <w:r w:rsidRPr="00726D7C">
              <w:rPr>
                <w:rFonts w:cs="Times New Roman"/>
                <w:szCs w:val="28"/>
                <w:lang w:val="kk-KZ"/>
              </w:rPr>
              <w:t xml:space="preserve">Организация зарядок, игр, танцевально-двигательных разминок и спортивных мероприятий с учетом безопасности и возраста </w:t>
            </w:r>
            <w:r w:rsidRPr="00726D7C">
              <w:rPr>
                <w:rFonts w:cs="Times New Roman"/>
                <w:szCs w:val="28"/>
                <w:lang w:val="kk-KZ"/>
              </w:rPr>
              <w:lastRenderedPageBreak/>
              <w:t>участников.</w:t>
            </w:r>
          </w:p>
        </w:tc>
      </w:tr>
      <w:tr w:rsidR="0085125B" w:rsidRPr="00337B30" w14:paraId="1778950D" w14:textId="77777777" w:rsidTr="00021239">
        <w:trPr>
          <w:jc w:val="center"/>
        </w:trPr>
        <w:tc>
          <w:tcPr>
            <w:tcW w:w="3686" w:type="dxa"/>
          </w:tcPr>
          <w:p w14:paraId="6823B23B" w14:textId="77777777" w:rsidR="0085125B" w:rsidRPr="00726D7C" w:rsidRDefault="001F678B" w:rsidP="006023F3">
            <w:pPr>
              <w:rPr>
                <w:rFonts w:cs="Times New Roman"/>
                <w:szCs w:val="28"/>
                <w:lang w:val="kk-KZ"/>
              </w:rPr>
            </w:pPr>
            <w:r w:rsidRPr="00726D7C">
              <w:rPr>
                <w:rFonts w:cs="Times New Roman"/>
                <w:szCs w:val="28"/>
                <w:lang w:val="kk-KZ"/>
              </w:rPr>
              <w:lastRenderedPageBreak/>
              <w:t>Медицинский работник</w:t>
            </w:r>
          </w:p>
        </w:tc>
        <w:tc>
          <w:tcPr>
            <w:tcW w:w="5952" w:type="dxa"/>
          </w:tcPr>
          <w:p w14:paraId="3C796085" w14:textId="77777777" w:rsidR="0085125B" w:rsidRPr="00726D7C" w:rsidRDefault="001F678B" w:rsidP="006023F3">
            <w:pPr>
              <w:rPr>
                <w:rFonts w:cs="Times New Roman"/>
                <w:szCs w:val="28"/>
                <w:lang w:val="kk-KZ"/>
              </w:rPr>
            </w:pPr>
            <w:r w:rsidRPr="00726D7C">
              <w:rPr>
                <w:rFonts w:cs="Times New Roman"/>
                <w:szCs w:val="28"/>
                <w:lang w:val="kk-KZ"/>
              </w:rPr>
              <w:t>Медицинское наблюдение, профилактика, первая помощь, контроль санитарно-гигиенических условий и самочувствия детей.</w:t>
            </w:r>
          </w:p>
        </w:tc>
      </w:tr>
      <w:tr w:rsidR="0085125B" w:rsidRPr="00337B30" w14:paraId="3EDBE0AD" w14:textId="77777777" w:rsidTr="00021239">
        <w:trPr>
          <w:jc w:val="center"/>
        </w:trPr>
        <w:tc>
          <w:tcPr>
            <w:tcW w:w="3686" w:type="dxa"/>
          </w:tcPr>
          <w:p w14:paraId="07FAD92F" w14:textId="77777777" w:rsidR="0085125B" w:rsidRPr="00726D7C" w:rsidRDefault="001F678B" w:rsidP="006023F3">
            <w:pPr>
              <w:rPr>
                <w:rFonts w:cs="Times New Roman"/>
                <w:szCs w:val="28"/>
                <w:lang w:val="kk-KZ"/>
              </w:rPr>
            </w:pPr>
            <w:r w:rsidRPr="00726D7C">
              <w:rPr>
                <w:rFonts w:cs="Times New Roman"/>
                <w:szCs w:val="28"/>
                <w:lang w:val="kk-KZ"/>
              </w:rPr>
              <w:t>Педагог-психолог при наличии</w:t>
            </w:r>
          </w:p>
        </w:tc>
        <w:tc>
          <w:tcPr>
            <w:tcW w:w="5952" w:type="dxa"/>
          </w:tcPr>
          <w:p w14:paraId="3D6AA229" w14:textId="77777777" w:rsidR="0085125B" w:rsidRPr="00726D7C" w:rsidRDefault="001F678B" w:rsidP="006023F3">
            <w:pPr>
              <w:rPr>
                <w:rFonts w:cs="Times New Roman"/>
                <w:szCs w:val="28"/>
                <w:lang w:val="kk-KZ"/>
              </w:rPr>
            </w:pPr>
            <w:r w:rsidRPr="00726D7C">
              <w:rPr>
                <w:rFonts w:cs="Times New Roman"/>
                <w:szCs w:val="28"/>
                <w:lang w:val="kk-KZ"/>
              </w:rPr>
              <w:t>Поддержка адаптации, профилактика конфликтов, наблюдение за эмоциональным состоянием, консультирование педагогов.</w:t>
            </w:r>
          </w:p>
        </w:tc>
      </w:tr>
    </w:tbl>
    <w:p w14:paraId="14472843" w14:textId="77777777" w:rsidR="0085125B" w:rsidRPr="00726D7C" w:rsidRDefault="001F678B" w:rsidP="006023F3">
      <w:pPr>
        <w:pStyle w:val="21"/>
        <w:spacing w:before="60" w:after="60" w:line="240" w:lineRule="auto"/>
        <w:rPr>
          <w:rFonts w:cs="Times New Roman"/>
          <w:szCs w:val="28"/>
          <w:lang w:val="ru-RU"/>
        </w:rPr>
      </w:pPr>
      <w:r w:rsidRPr="00726D7C">
        <w:rPr>
          <w:rFonts w:eastAsia="Times New Roman" w:cs="Times New Roman"/>
          <w:szCs w:val="28"/>
          <w:lang w:val="ru-RU"/>
        </w:rPr>
        <w:t>Методическое обеспечение</w:t>
      </w:r>
    </w:p>
    <w:p w14:paraId="08E05CE6"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Методическое обеспечение Программы представляет собой систему организационно-педагогических, дидактических, инструктивных и диагностических материалов, обеспечивающих качественную реализацию содержания смены.</w:t>
      </w:r>
    </w:p>
    <w:p w14:paraId="22588CC4" w14:textId="77777777"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t>• план-сетка смены на 12 дней;</w:t>
      </w:r>
    </w:p>
    <w:p w14:paraId="3A1D114C" w14:textId="77777777"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t>• сценарии мероприятий, игр, фестивалей, мастер-классов, репетиций и тренингов;</w:t>
      </w:r>
    </w:p>
    <w:p w14:paraId="082D5F23" w14:textId="77777777"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t xml:space="preserve">• карточки заданий для художественного, театрального, музыкально-двигательного, дизайнерского, </w:t>
      </w:r>
      <w:r w:rsidRPr="00726D7C">
        <w:rPr>
          <w:rFonts w:cs="Times New Roman"/>
          <w:szCs w:val="28"/>
        </w:rPr>
        <w:t>digital</w:t>
      </w:r>
      <w:r w:rsidRPr="00726D7C">
        <w:rPr>
          <w:rFonts w:cs="Times New Roman"/>
          <w:szCs w:val="28"/>
          <w:lang w:val="ru-RU"/>
        </w:rPr>
        <w:t xml:space="preserve"> </w:t>
      </w:r>
      <w:r w:rsidRPr="00726D7C">
        <w:rPr>
          <w:rFonts w:cs="Times New Roman"/>
          <w:szCs w:val="28"/>
        </w:rPr>
        <w:t>art</w:t>
      </w:r>
      <w:r w:rsidRPr="00726D7C">
        <w:rPr>
          <w:rFonts w:cs="Times New Roman"/>
          <w:szCs w:val="28"/>
          <w:lang w:val="ru-RU"/>
        </w:rPr>
        <w:t xml:space="preserve"> и проектного направлений;</w:t>
      </w:r>
    </w:p>
    <w:p w14:paraId="4FA782FA" w14:textId="77777777"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t>• инструктивные материалы по безопасности при использовании творческих материалов, реквизита, сцены, оборудования и цифровых средств;</w:t>
      </w:r>
    </w:p>
    <w:p w14:paraId="685892AD" w14:textId="77777777"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t>• памятки по здоровому образу жизни, питьевому режиму, личной гигиене, медиабезопасности, авторству и культуре общения;</w:t>
      </w:r>
    </w:p>
    <w:p w14:paraId="28FFD93B" w14:textId="77777777"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t>• карты педагогического наблюдения;</w:t>
      </w:r>
    </w:p>
    <w:p w14:paraId="7A3D72DD" w14:textId="77777777"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t>• анкеты для участников и родителей;</w:t>
      </w:r>
    </w:p>
    <w:p w14:paraId="226C7E99" w14:textId="77777777"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t>• шаблоны проектных паспортов, афиш, экспозиционных карточек, сценариев, презентаций и рефлексивных листов;</w:t>
      </w:r>
    </w:p>
    <w:p w14:paraId="3741863B" w14:textId="77777777"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t>• материалы для организации детского самоуправления, арт-команд и фестиваля достижений.</w:t>
      </w:r>
    </w:p>
    <w:p w14:paraId="67C74652" w14:textId="77777777" w:rsidR="0085125B" w:rsidRPr="00726D7C" w:rsidRDefault="001F678B" w:rsidP="006023F3">
      <w:pPr>
        <w:pStyle w:val="21"/>
        <w:spacing w:before="60" w:after="60" w:line="240" w:lineRule="auto"/>
        <w:rPr>
          <w:rFonts w:cs="Times New Roman"/>
          <w:szCs w:val="28"/>
          <w:lang w:val="ru-RU"/>
        </w:rPr>
      </w:pPr>
      <w:r w:rsidRPr="00726D7C">
        <w:rPr>
          <w:rFonts w:eastAsia="Times New Roman" w:cs="Times New Roman"/>
          <w:szCs w:val="28"/>
          <w:lang w:val="ru-RU"/>
        </w:rPr>
        <w:t>Используемые методики, технологии и формы работы</w:t>
      </w:r>
    </w:p>
    <w:p w14:paraId="62E19D2A"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В реализации Программы используются игровые, проектные, творческие, исследовательские, тренинговые, здоровьесберегающие, коммуникативные, интерактивные, сценические, дизайнерские, медийные и практико-ориентированные педагогические технологии. Основными формами работы являются занятия, мастер-классы, практикумы, репетиции, арт-лаборатории, театральные этюды, перформансы, квесты, игры, тренинги, беседы, творческие мастерские, выставки, показы, проектные сессии, презентации, рефлексивные круги и фестивали.</w:t>
      </w:r>
    </w:p>
    <w:p w14:paraId="04574B3F" w14:textId="77777777" w:rsidR="0085125B" w:rsidRPr="00726D7C" w:rsidRDefault="001F678B" w:rsidP="006023F3">
      <w:pPr>
        <w:pStyle w:val="1"/>
        <w:spacing w:before="120" w:after="60" w:line="240" w:lineRule="auto"/>
        <w:rPr>
          <w:rFonts w:cs="Times New Roman"/>
          <w:lang w:val="ru-RU"/>
        </w:rPr>
      </w:pPr>
      <w:r w:rsidRPr="00726D7C">
        <w:rPr>
          <w:rFonts w:eastAsia="Times New Roman" w:cs="Times New Roman"/>
          <w:lang w:val="ru-RU"/>
        </w:rPr>
        <w:t>Раздел 8. Мониторинг и оценка результатов реализации</w:t>
      </w:r>
    </w:p>
    <w:p w14:paraId="23EE7473"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 xml:space="preserve">Настоящий раздел определяет формы текущего и итогового мониторинга реализации Программы, показатели и критерии оценки достижения ожидаемых </w:t>
      </w:r>
      <w:r w:rsidRPr="00726D7C">
        <w:rPr>
          <w:rFonts w:cs="Times New Roman"/>
          <w:szCs w:val="28"/>
          <w:lang w:val="ru-RU"/>
        </w:rPr>
        <w:lastRenderedPageBreak/>
        <w:t>результатов, методы сбора и анализа информации, включая наблюдение, анкетирование, анализ участия и продуктов деятельности, а также порядок учета результатов мониторинга при корректировке Программы.</w:t>
      </w:r>
    </w:p>
    <w:p w14:paraId="0DF61AF9" w14:textId="77777777" w:rsidR="0085125B" w:rsidRPr="00726D7C" w:rsidRDefault="001F678B" w:rsidP="006023F3">
      <w:pPr>
        <w:pStyle w:val="21"/>
        <w:spacing w:before="60" w:after="60" w:line="240" w:lineRule="auto"/>
        <w:rPr>
          <w:rFonts w:cs="Times New Roman"/>
          <w:szCs w:val="28"/>
          <w:lang w:val="ru-RU"/>
        </w:rPr>
      </w:pPr>
      <w:r w:rsidRPr="00726D7C">
        <w:rPr>
          <w:rFonts w:eastAsia="Times New Roman" w:cs="Times New Roman"/>
          <w:szCs w:val="28"/>
          <w:lang w:val="ru-RU"/>
        </w:rPr>
        <w:t>Общие подходы к мониторингу</w:t>
      </w:r>
    </w:p>
    <w:p w14:paraId="357588F7"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Мониторинг реализации Программы является системой оценки эффективности образовательной, воспитательной, творческой, спортивно-оздоровительной, проектной и досуговой деятельности участников смены.</w:t>
      </w:r>
    </w:p>
    <w:p w14:paraId="791442A5"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Мониторинг осуществляется в течение всей смены и направлен на определение уровня достижения цели и задач Программы, степени вовлеченности участников, эмоционального благополучия, качества командного взаимодействия, соблюдения режима и безопасности, а также удовлетворенности участников условиями пребывания и содержанием мероприятий.</w:t>
      </w:r>
    </w:p>
    <w:p w14:paraId="194DA8C2"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Результаты мониторинга используются для оперативной корректировки мероприятий, оказания индивидуальной поддержки участникам, совершенствования содержания последующих смен и повышения качества реализации Программы.</w:t>
      </w:r>
    </w:p>
    <w:p w14:paraId="534FD4D8" w14:textId="77777777" w:rsidR="0085125B" w:rsidRPr="00726D7C" w:rsidRDefault="001F678B" w:rsidP="006023F3">
      <w:pPr>
        <w:pStyle w:val="21"/>
        <w:spacing w:before="60" w:after="60" w:line="240" w:lineRule="auto"/>
        <w:rPr>
          <w:rFonts w:cs="Times New Roman"/>
          <w:szCs w:val="28"/>
          <w:lang w:val="ru-RU"/>
        </w:rPr>
      </w:pPr>
      <w:r w:rsidRPr="00726D7C">
        <w:rPr>
          <w:rFonts w:eastAsia="Times New Roman" w:cs="Times New Roman"/>
          <w:szCs w:val="28"/>
          <w:lang w:val="ru-RU"/>
        </w:rPr>
        <w:t>Формы и методы мониторинга</w:t>
      </w:r>
    </w:p>
    <w:p w14:paraId="38A54F6A" w14:textId="77777777"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t>• педагогическое наблюдение;</w:t>
      </w:r>
    </w:p>
    <w:p w14:paraId="38E47365" w14:textId="77777777"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t>• беседы с участниками;</w:t>
      </w:r>
    </w:p>
    <w:p w14:paraId="2F2BB406" w14:textId="77777777"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t>• рефлексивные круги и «огоньки»;</w:t>
      </w:r>
    </w:p>
    <w:p w14:paraId="3AA604D9" w14:textId="77777777"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t>• анкетирование участников;</w:t>
      </w:r>
    </w:p>
    <w:p w14:paraId="0E14DB4B" w14:textId="77777777"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t>• обратная связь от родителей или законных представителей;</w:t>
      </w:r>
    </w:p>
    <w:p w14:paraId="512D7348" w14:textId="77777777"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t>• анализ участия детей в мероприятиях;</w:t>
      </w:r>
    </w:p>
    <w:p w14:paraId="57AC8359" w14:textId="77777777"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t>• оценка индивидуальных и командных творческих продуктов;</w:t>
      </w:r>
    </w:p>
    <w:p w14:paraId="1037C048" w14:textId="77777777"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t>• самооценка участников;</w:t>
      </w:r>
    </w:p>
    <w:p w14:paraId="45D8408E" w14:textId="77777777" w:rsidR="0085125B" w:rsidRPr="00726D7C" w:rsidRDefault="001F678B" w:rsidP="006023F3">
      <w:pPr>
        <w:spacing w:after="0" w:line="240" w:lineRule="auto"/>
        <w:ind w:left="397"/>
        <w:rPr>
          <w:rFonts w:cs="Times New Roman"/>
          <w:szCs w:val="28"/>
          <w:lang w:val="ru-RU"/>
        </w:rPr>
      </w:pPr>
      <w:r w:rsidRPr="00726D7C">
        <w:rPr>
          <w:rFonts w:cs="Times New Roman"/>
          <w:szCs w:val="28"/>
          <w:lang w:val="ru-RU"/>
        </w:rPr>
        <w:t>• итоговое обсуждение педагогической команды.</w:t>
      </w:r>
    </w:p>
    <w:p w14:paraId="14315C7C" w14:textId="77777777" w:rsidR="0085125B" w:rsidRPr="00726D7C" w:rsidRDefault="001F678B" w:rsidP="006023F3">
      <w:pPr>
        <w:pStyle w:val="21"/>
        <w:spacing w:before="60" w:after="60" w:line="240" w:lineRule="auto"/>
        <w:rPr>
          <w:rFonts w:cs="Times New Roman"/>
          <w:szCs w:val="28"/>
        </w:rPr>
      </w:pPr>
      <w:r w:rsidRPr="00726D7C">
        <w:rPr>
          <w:rFonts w:eastAsia="Times New Roman" w:cs="Times New Roman"/>
          <w:szCs w:val="28"/>
        </w:rPr>
        <w:t>Таблица мониторинга и оценки результатов</w:t>
      </w:r>
    </w:p>
    <w:tbl>
      <w:tblPr>
        <w:tblStyle w:val="aff0"/>
        <w:tblW w:w="0" w:type="auto"/>
        <w:jc w:val="center"/>
        <w:tblLook w:val="04A0" w:firstRow="1" w:lastRow="0" w:firstColumn="1" w:lastColumn="0" w:noHBand="0" w:noVBand="1"/>
      </w:tblPr>
      <w:tblGrid>
        <w:gridCol w:w="2169"/>
        <w:gridCol w:w="2163"/>
        <w:gridCol w:w="1809"/>
        <w:gridCol w:w="1623"/>
        <w:gridCol w:w="1863"/>
      </w:tblGrid>
      <w:tr w:rsidR="0085125B" w:rsidRPr="00726D7C" w14:paraId="021591B3" w14:textId="77777777">
        <w:trPr>
          <w:tblHeader/>
          <w:jc w:val="center"/>
        </w:trPr>
        <w:tc>
          <w:tcPr>
            <w:tcW w:w="1928" w:type="dxa"/>
            <w:shd w:val="clear" w:color="auto" w:fill="FCE4D6"/>
          </w:tcPr>
          <w:p w14:paraId="44B5ACCE" w14:textId="77777777" w:rsidR="0085125B" w:rsidRPr="00726D7C" w:rsidRDefault="001F678B" w:rsidP="006023F3">
            <w:pPr>
              <w:rPr>
                <w:rFonts w:cs="Times New Roman"/>
                <w:szCs w:val="28"/>
                <w:lang w:val="kk-KZ"/>
              </w:rPr>
            </w:pPr>
            <w:r w:rsidRPr="00726D7C">
              <w:rPr>
                <w:rFonts w:cs="Times New Roman"/>
                <w:b/>
                <w:szCs w:val="28"/>
                <w:lang w:val="kk-KZ"/>
              </w:rPr>
              <w:t>Направление мониторинга</w:t>
            </w:r>
          </w:p>
        </w:tc>
        <w:tc>
          <w:tcPr>
            <w:tcW w:w="1928" w:type="dxa"/>
            <w:shd w:val="clear" w:color="auto" w:fill="FCE4D6"/>
          </w:tcPr>
          <w:p w14:paraId="08B337AD" w14:textId="77777777" w:rsidR="0085125B" w:rsidRPr="00726D7C" w:rsidRDefault="001F678B" w:rsidP="006023F3">
            <w:pPr>
              <w:rPr>
                <w:rFonts w:cs="Times New Roman"/>
                <w:szCs w:val="28"/>
                <w:lang w:val="kk-KZ"/>
              </w:rPr>
            </w:pPr>
            <w:r w:rsidRPr="00726D7C">
              <w:rPr>
                <w:rFonts w:cs="Times New Roman"/>
                <w:b/>
                <w:szCs w:val="28"/>
                <w:lang w:val="kk-KZ"/>
              </w:rPr>
              <w:t>Критерии оценки</w:t>
            </w:r>
          </w:p>
        </w:tc>
        <w:tc>
          <w:tcPr>
            <w:tcW w:w="1928" w:type="dxa"/>
            <w:shd w:val="clear" w:color="auto" w:fill="FCE4D6"/>
          </w:tcPr>
          <w:p w14:paraId="5E6B9D58" w14:textId="77777777" w:rsidR="0085125B" w:rsidRPr="00726D7C" w:rsidRDefault="001F678B" w:rsidP="006023F3">
            <w:pPr>
              <w:rPr>
                <w:rFonts w:cs="Times New Roman"/>
                <w:szCs w:val="28"/>
                <w:lang w:val="kk-KZ"/>
              </w:rPr>
            </w:pPr>
            <w:r w:rsidRPr="00726D7C">
              <w:rPr>
                <w:rFonts w:cs="Times New Roman"/>
                <w:b/>
                <w:szCs w:val="28"/>
                <w:lang w:val="kk-KZ"/>
              </w:rPr>
              <w:t>Методы</w:t>
            </w:r>
          </w:p>
        </w:tc>
        <w:tc>
          <w:tcPr>
            <w:tcW w:w="1928" w:type="dxa"/>
            <w:shd w:val="clear" w:color="auto" w:fill="FCE4D6"/>
          </w:tcPr>
          <w:p w14:paraId="61802D55" w14:textId="77777777" w:rsidR="0085125B" w:rsidRPr="00726D7C" w:rsidRDefault="001F678B" w:rsidP="006023F3">
            <w:pPr>
              <w:rPr>
                <w:rFonts w:cs="Times New Roman"/>
                <w:szCs w:val="28"/>
                <w:lang w:val="kk-KZ"/>
              </w:rPr>
            </w:pPr>
            <w:r w:rsidRPr="00726D7C">
              <w:rPr>
                <w:rFonts w:cs="Times New Roman"/>
                <w:b/>
                <w:szCs w:val="28"/>
                <w:lang w:val="kk-KZ"/>
              </w:rPr>
              <w:t>Уровень оценки</w:t>
            </w:r>
          </w:p>
        </w:tc>
        <w:tc>
          <w:tcPr>
            <w:tcW w:w="1928" w:type="dxa"/>
            <w:shd w:val="clear" w:color="auto" w:fill="FCE4D6"/>
          </w:tcPr>
          <w:p w14:paraId="0D57F318" w14:textId="77777777" w:rsidR="0085125B" w:rsidRPr="00726D7C" w:rsidRDefault="001F678B" w:rsidP="006023F3">
            <w:pPr>
              <w:rPr>
                <w:rFonts w:cs="Times New Roman"/>
                <w:szCs w:val="28"/>
                <w:lang w:val="kk-KZ"/>
              </w:rPr>
            </w:pPr>
            <w:r w:rsidRPr="00726D7C">
              <w:rPr>
                <w:rFonts w:cs="Times New Roman"/>
                <w:b/>
                <w:szCs w:val="28"/>
                <w:lang w:val="kk-KZ"/>
              </w:rPr>
              <w:t>Ответственные</w:t>
            </w:r>
          </w:p>
        </w:tc>
      </w:tr>
      <w:tr w:rsidR="0085125B" w:rsidRPr="00337B30" w14:paraId="0F66334B" w14:textId="77777777">
        <w:trPr>
          <w:jc w:val="center"/>
        </w:trPr>
        <w:tc>
          <w:tcPr>
            <w:tcW w:w="1928" w:type="dxa"/>
          </w:tcPr>
          <w:p w14:paraId="1083396D" w14:textId="77777777" w:rsidR="0085125B" w:rsidRPr="00726D7C" w:rsidRDefault="001F678B" w:rsidP="006023F3">
            <w:pPr>
              <w:rPr>
                <w:rFonts w:cs="Times New Roman"/>
                <w:szCs w:val="28"/>
                <w:lang w:val="kk-KZ"/>
              </w:rPr>
            </w:pPr>
            <w:r w:rsidRPr="00726D7C">
              <w:rPr>
                <w:rFonts w:cs="Times New Roman"/>
                <w:szCs w:val="28"/>
                <w:lang w:val="kk-KZ"/>
              </w:rPr>
              <w:t>Адаптация участников</w:t>
            </w:r>
          </w:p>
        </w:tc>
        <w:tc>
          <w:tcPr>
            <w:tcW w:w="1928" w:type="dxa"/>
          </w:tcPr>
          <w:p w14:paraId="153EC353" w14:textId="77777777" w:rsidR="0085125B" w:rsidRPr="00726D7C" w:rsidRDefault="001F678B" w:rsidP="006023F3">
            <w:pPr>
              <w:rPr>
                <w:rFonts w:cs="Times New Roman"/>
                <w:szCs w:val="28"/>
                <w:lang w:val="kk-KZ"/>
              </w:rPr>
            </w:pPr>
            <w:r w:rsidRPr="00726D7C">
              <w:rPr>
                <w:rFonts w:cs="Times New Roman"/>
                <w:szCs w:val="28"/>
                <w:lang w:val="kk-KZ"/>
              </w:rPr>
              <w:t>Включенность, эмоциональное состояние, соблюдение правил</w:t>
            </w:r>
          </w:p>
        </w:tc>
        <w:tc>
          <w:tcPr>
            <w:tcW w:w="1928" w:type="dxa"/>
          </w:tcPr>
          <w:p w14:paraId="23D7FE87" w14:textId="77777777" w:rsidR="0085125B" w:rsidRPr="00726D7C" w:rsidRDefault="001F678B" w:rsidP="006023F3">
            <w:pPr>
              <w:rPr>
                <w:rFonts w:cs="Times New Roman"/>
                <w:szCs w:val="28"/>
                <w:lang w:val="kk-KZ"/>
              </w:rPr>
            </w:pPr>
            <w:r w:rsidRPr="00726D7C">
              <w:rPr>
                <w:rFonts w:cs="Times New Roman"/>
                <w:szCs w:val="28"/>
                <w:lang w:val="kk-KZ"/>
              </w:rPr>
              <w:t>Наблюдение, беседы, рефлексия</w:t>
            </w:r>
          </w:p>
        </w:tc>
        <w:tc>
          <w:tcPr>
            <w:tcW w:w="1928" w:type="dxa"/>
          </w:tcPr>
          <w:p w14:paraId="304C3D70" w14:textId="77777777" w:rsidR="0085125B" w:rsidRPr="00726D7C" w:rsidRDefault="001F678B" w:rsidP="006023F3">
            <w:pPr>
              <w:rPr>
                <w:rFonts w:cs="Times New Roman"/>
                <w:szCs w:val="28"/>
                <w:lang w:val="kk-KZ"/>
              </w:rPr>
            </w:pPr>
            <w:r w:rsidRPr="00726D7C">
              <w:rPr>
                <w:rFonts w:cs="Times New Roman"/>
                <w:szCs w:val="28"/>
                <w:lang w:val="kk-KZ"/>
              </w:rPr>
              <w:t>1-3 низкий; 4-7 средний; 8-10 высокий</w:t>
            </w:r>
          </w:p>
        </w:tc>
        <w:tc>
          <w:tcPr>
            <w:tcW w:w="1928" w:type="dxa"/>
          </w:tcPr>
          <w:p w14:paraId="77DDB498" w14:textId="77777777" w:rsidR="0085125B" w:rsidRPr="00726D7C" w:rsidRDefault="001F678B" w:rsidP="006023F3">
            <w:pPr>
              <w:rPr>
                <w:rFonts w:cs="Times New Roman"/>
                <w:szCs w:val="28"/>
                <w:lang w:val="kk-KZ"/>
              </w:rPr>
            </w:pPr>
            <w:r w:rsidRPr="00726D7C">
              <w:rPr>
                <w:rFonts w:cs="Times New Roman"/>
                <w:szCs w:val="28"/>
                <w:lang w:val="kk-KZ"/>
              </w:rPr>
              <w:t>Вожатые, воспитатели, психолог при наличии</w:t>
            </w:r>
          </w:p>
        </w:tc>
      </w:tr>
      <w:tr w:rsidR="0085125B" w:rsidRPr="00726D7C" w14:paraId="4AB3D603" w14:textId="77777777">
        <w:trPr>
          <w:jc w:val="center"/>
        </w:trPr>
        <w:tc>
          <w:tcPr>
            <w:tcW w:w="1928" w:type="dxa"/>
          </w:tcPr>
          <w:p w14:paraId="5ECA7253" w14:textId="77777777" w:rsidR="0085125B" w:rsidRPr="00726D7C" w:rsidRDefault="001F678B" w:rsidP="006023F3">
            <w:pPr>
              <w:rPr>
                <w:rFonts w:cs="Times New Roman"/>
                <w:szCs w:val="28"/>
                <w:lang w:val="kk-KZ"/>
              </w:rPr>
            </w:pPr>
            <w:r w:rsidRPr="00726D7C">
              <w:rPr>
                <w:rFonts w:cs="Times New Roman"/>
                <w:szCs w:val="28"/>
                <w:lang w:val="kk-KZ"/>
              </w:rPr>
              <w:t>Образовательная деятельность</w:t>
            </w:r>
          </w:p>
        </w:tc>
        <w:tc>
          <w:tcPr>
            <w:tcW w:w="1928" w:type="dxa"/>
          </w:tcPr>
          <w:p w14:paraId="1790CF31" w14:textId="77777777" w:rsidR="0085125B" w:rsidRPr="00726D7C" w:rsidRDefault="001F678B" w:rsidP="006023F3">
            <w:pPr>
              <w:rPr>
                <w:rFonts w:cs="Times New Roman"/>
                <w:szCs w:val="28"/>
                <w:lang w:val="kk-KZ"/>
              </w:rPr>
            </w:pPr>
            <w:r w:rsidRPr="00726D7C">
              <w:rPr>
                <w:rFonts w:cs="Times New Roman"/>
                <w:szCs w:val="28"/>
                <w:lang w:val="kk-KZ"/>
              </w:rPr>
              <w:t>Участие в занятиях, проектах, практикумах</w:t>
            </w:r>
          </w:p>
        </w:tc>
        <w:tc>
          <w:tcPr>
            <w:tcW w:w="1928" w:type="dxa"/>
          </w:tcPr>
          <w:p w14:paraId="29695A00" w14:textId="77777777" w:rsidR="0085125B" w:rsidRPr="00726D7C" w:rsidRDefault="001F678B" w:rsidP="006023F3">
            <w:pPr>
              <w:rPr>
                <w:rFonts w:cs="Times New Roman"/>
                <w:szCs w:val="28"/>
                <w:lang w:val="kk-KZ"/>
              </w:rPr>
            </w:pPr>
            <w:r w:rsidRPr="00726D7C">
              <w:rPr>
                <w:rFonts w:cs="Times New Roman"/>
                <w:szCs w:val="28"/>
                <w:lang w:val="kk-KZ"/>
              </w:rPr>
              <w:t>Наблюдение, анализ работ</w:t>
            </w:r>
          </w:p>
        </w:tc>
        <w:tc>
          <w:tcPr>
            <w:tcW w:w="1928" w:type="dxa"/>
          </w:tcPr>
          <w:p w14:paraId="49AE8B9D" w14:textId="77777777" w:rsidR="0085125B" w:rsidRPr="00726D7C" w:rsidRDefault="001F678B" w:rsidP="006023F3">
            <w:pPr>
              <w:rPr>
                <w:rFonts w:cs="Times New Roman"/>
                <w:szCs w:val="28"/>
                <w:lang w:val="kk-KZ"/>
              </w:rPr>
            </w:pPr>
            <w:r w:rsidRPr="00726D7C">
              <w:rPr>
                <w:rFonts w:cs="Times New Roman"/>
                <w:szCs w:val="28"/>
                <w:lang w:val="kk-KZ"/>
              </w:rPr>
              <w:t>1-3 пассивное; 4-7 стабильное; 8-10 инициативн</w:t>
            </w:r>
            <w:r w:rsidRPr="00726D7C">
              <w:rPr>
                <w:rFonts w:cs="Times New Roman"/>
                <w:szCs w:val="28"/>
                <w:lang w:val="kk-KZ"/>
              </w:rPr>
              <w:lastRenderedPageBreak/>
              <w:t>ое</w:t>
            </w:r>
          </w:p>
        </w:tc>
        <w:tc>
          <w:tcPr>
            <w:tcW w:w="1928" w:type="dxa"/>
          </w:tcPr>
          <w:p w14:paraId="482EE92A" w14:textId="77777777" w:rsidR="0085125B" w:rsidRPr="00726D7C" w:rsidRDefault="001F678B" w:rsidP="006023F3">
            <w:pPr>
              <w:rPr>
                <w:rFonts w:cs="Times New Roman"/>
                <w:szCs w:val="28"/>
                <w:lang w:val="kk-KZ"/>
              </w:rPr>
            </w:pPr>
            <w:r w:rsidRPr="00726D7C">
              <w:rPr>
                <w:rFonts w:cs="Times New Roman"/>
                <w:szCs w:val="28"/>
                <w:lang w:val="kk-KZ"/>
              </w:rPr>
              <w:lastRenderedPageBreak/>
              <w:t>Педагоги, методист</w:t>
            </w:r>
          </w:p>
        </w:tc>
      </w:tr>
      <w:tr w:rsidR="0085125B" w:rsidRPr="00726D7C" w14:paraId="56BCD723" w14:textId="77777777">
        <w:trPr>
          <w:jc w:val="center"/>
        </w:trPr>
        <w:tc>
          <w:tcPr>
            <w:tcW w:w="1928" w:type="dxa"/>
          </w:tcPr>
          <w:p w14:paraId="7025FE30" w14:textId="77777777" w:rsidR="0085125B" w:rsidRPr="00726D7C" w:rsidRDefault="001F678B" w:rsidP="006023F3">
            <w:pPr>
              <w:rPr>
                <w:rFonts w:cs="Times New Roman"/>
                <w:szCs w:val="28"/>
                <w:lang w:val="kk-KZ"/>
              </w:rPr>
            </w:pPr>
            <w:r w:rsidRPr="00726D7C">
              <w:rPr>
                <w:rFonts w:cs="Times New Roman"/>
                <w:szCs w:val="28"/>
                <w:lang w:val="kk-KZ"/>
              </w:rPr>
              <w:t>Изобразительное искусство</w:t>
            </w:r>
          </w:p>
        </w:tc>
        <w:tc>
          <w:tcPr>
            <w:tcW w:w="1928" w:type="dxa"/>
          </w:tcPr>
          <w:p w14:paraId="7C95741D" w14:textId="77777777" w:rsidR="0085125B" w:rsidRPr="00726D7C" w:rsidRDefault="001F678B" w:rsidP="006023F3">
            <w:pPr>
              <w:rPr>
                <w:rFonts w:cs="Times New Roman"/>
                <w:szCs w:val="28"/>
                <w:lang w:val="kk-KZ"/>
              </w:rPr>
            </w:pPr>
            <w:r w:rsidRPr="00726D7C">
              <w:rPr>
                <w:rFonts w:cs="Times New Roman"/>
                <w:szCs w:val="28"/>
                <w:lang w:val="kk-KZ"/>
              </w:rPr>
              <w:t>Участие в арт-мастерских, создание визуальных работ</w:t>
            </w:r>
          </w:p>
        </w:tc>
        <w:tc>
          <w:tcPr>
            <w:tcW w:w="1928" w:type="dxa"/>
          </w:tcPr>
          <w:p w14:paraId="0C948655" w14:textId="77777777" w:rsidR="0085125B" w:rsidRPr="00726D7C" w:rsidRDefault="001F678B" w:rsidP="006023F3">
            <w:pPr>
              <w:rPr>
                <w:rFonts w:cs="Times New Roman"/>
                <w:szCs w:val="28"/>
                <w:lang w:val="kk-KZ"/>
              </w:rPr>
            </w:pPr>
            <w:r w:rsidRPr="00726D7C">
              <w:rPr>
                <w:rFonts w:cs="Times New Roman"/>
                <w:szCs w:val="28"/>
                <w:lang w:val="kk-KZ"/>
              </w:rPr>
              <w:t>Анализ работ, наблюдение</w:t>
            </w:r>
          </w:p>
        </w:tc>
        <w:tc>
          <w:tcPr>
            <w:tcW w:w="1928" w:type="dxa"/>
          </w:tcPr>
          <w:p w14:paraId="38F21FDB" w14:textId="77777777" w:rsidR="0085125B" w:rsidRPr="00726D7C" w:rsidRDefault="001F678B" w:rsidP="006023F3">
            <w:pPr>
              <w:rPr>
                <w:rFonts w:cs="Times New Roman"/>
                <w:szCs w:val="28"/>
                <w:lang w:val="kk-KZ"/>
              </w:rPr>
            </w:pPr>
            <w:r w:rsidRPr="00726D7C">
              <w:rPr>
                <w:rFonts w:cs="Times New Roman"/>
                <w:szCs w:val="28"/>
                <w:lang w:val="kk-KZ"/>
              </w:rPr>
              <w:t>1-3 частичное; 4-7 стабильное; 8-10 инициативное</w:t>
            </w:r>
          </w:p>
        </w:tc>
        <w:tc>
          <w:tcPr>
            <w:tcW w:w="1928" w:type="dxa"/>
          </w:tcPr>
          <w:p w14:paraId="3BBCD825" w14:textId="77777777" w:rsidR="0085125B" w:rsidRPr="00726D7C" w:rsidRDefault="001F678B" w:rsidP="006023F3">
            <w:pPr>
              <w:rPr>
                <w:rFonts w:cs="Times New Roman"/>
                <w:szCs w:val="28"/>
                <w:lang w:val="kk-KZ"/>
              </w:rPr>
            </w:pPr>
            <w:r w:rsidRPr="00726D7C">
              <w:rPr>
                <w:rFonts w:cs="Times New Roman"/>
                <w:szCs w:val="28"/>
                <w:lang w:val="kk-KZ"/>
              </w:rPr>
              <w:t>Педагоги, вожатые</w:t>
            </w:r>
          </w:p>
        </w:tc>
      </w:tr>
      <w:tr w:rsidR="0085125B" w:rsidRPr="00726D7C" w14:paraId="01D1979E" w14:textId="77777777">
        <w:trPr>
          <w:jc w:val="center"/>
        </w:trPr>
        <w:tc>
          <w:tcPr>
            <w:tcW w:w="1928" w:type="dxa"/>
          </w:tcPr>
          <w:p w14:paraId="25962F6F" w14:textId="77777777" w:rsidR="0085125B" w:rsidRPr="00726D7C" w:rsidRDefault="001F678B" w:rsidP="006023F3">
            <w:pPr>
              <w:rPr>
                <w:rFonts w:cs="Times New Roman"/>
                <w:szCs w:val="28"/>
                <w:lang w:val="kk-KZ"/>
              </w:rPr>
            </w:pPr>
            <w:r w:rsidRPr="00726D7C">
              <w:rPr>
                <w:rFonts w:cs="Times New Roman"/>
                <w:szCs w:val="28"/>
                <w:lang w:val="kk-KZ"/>
              </w:rPr>
              <w:t>Театр и перформанс</w:t>
            </w:r>
          </w:p>
        </w:tc>
        <w:tc>
          <w:tcPr>
            <w:tcW w:w="1928" w:type="dxa"/>
          </w:tcPr>
          <w:p w14:paraId="0DA68760" w14:textId="77777777" w:rsidR="0085125B" w:rsidRPr="00726D7C" w:rsidRDefault="001F678B" w:rsidP="006023F3">
            <w:pPr>
              <w:rPr>
                <w:rFonts w:cs="Times New Roman"/>
                <w:szCs w:val="28"/>
                <w:lang w:val="kk-KZ"/>
              </w:rPr>
            </w:pPr>
            <w:r w:rsidRPr="00726D7C">
              <w:rPr>
                <w:rFonts w:cs="Times New Roman"/>
                <w:szCs w:val="28"/>
                <w:lang w:val="kk-KZ"/>
              </w:rPr>
              <w:t>Сценическая активность, выразительность, работа в команде</w:t>
            </w:r>
          </w:p>
        </w:tc>
        <w:tc>
          <w:tcPr>
            <w:tcW w:w="1928" w:type="dxa"/>
          </w:tcPr>
          <w:p w14:paraId="48A41D61" w14:textId="77777777" w:rsidR="0085125B" w:rsidRPr="00726D7C" w:rsidRDefault="001F678B" w:rsidP="006023F3">
            <w:pPr>
              <w:rPr>
                <w:rFonts w:cs="Times New Roman"/>
                <w:szCs w:val="28"/>
                <w:lang w:val="kk-KZ"/>
              </w:rPr>
            </w:pPr>
            <w:r w:rsidRPr="00726D7C">
              <w:rPr>
                <w:rFonts w:cs="Times New Roman"/>
                <w:szCs w:val="28"/>
                <w:lang w:val="kk-KZ"/>
              </w:rPr>
              <w:t>Наблюдение, показ этюдов</w:t>
            </w:r>
          </w:p>
        </w:tc>
        <w:tc>
          <w:tcPr>
            <w:tcW w:w="1928" w:type="dxa"/>
          </w:tcPr>
          <w:p w14:paraId="5B07F238" w14:textId="77777777" w:rsidR="0085125B" w:rsidRPr="00726D7C" w:rsidRDefault="001F678B" w:rsidP="006023F3">
            <w:pPr>
              <w:rPr>
                <w:rFonts w:cs="Times New Roman"/>
                <w:szCs w:val="28"/>
                <w:lang w:val="kk-KZ"/>
              </w:rPr>
            </w:pPr>
            <w:r w:rsidRPr="00726D7C">
              <w:rPr>
                <w:rFonts w:cs="Times New Roman"/>
                <w:szCs w:val="28"/>
                <w:lang w:val="kk-KZ"/>
              </w:rPr>
              <w:t>1-3 требует поддержки; 4-7 развивается; 8-10 выражено</w:t>
            </w:r>
          </w:p>
        </w:tc>
        <w:tc>
          <w:tcPr>
            <w:tcW w:w="1928" w:type="dxa"/>
          </w:tcPr>
          <w:p w14:paraId="5AE44255" w14:textId="77777777" w:rsidR="0085125B" w:rsidRPr="00726D7C" w:rsidRDefault="001F678B" w:rsidP="006023F3">
            <w:pPr>
              <w:rPr>
                <w:rFonts w:cs="Times New Roman"/>
                <w:szCs w:val="28"/>
                <w:lang w:val="kk-KZ"/>
              </w:rPr>
            </w:pPr>
            <w:r w:rsidRPr="00726D7C">
              <w:rPr>
                <w:rFonts w:cs="Times New Roman"/>
                <w:szCs w:val="28"/>
                <w:lang w:val="kk-KZ"/>
              </w:rPr>
              <w:t>Педагоги, вожатые</w:t>
            </w:r>
          </w:p>
        </w:tc>
      </w:tr>
      <w:tr w:rsidR="0085125B" w:rsidRPr="00726D7C" w14:paraId="1E70E6AD" w14:textId="77777777">
        <w:trPr>
          <w:jc w:val="center"/>
        </w:trPr>
        <w:tc>
          <w:tcPr>
            <w:tcW w:w="1928" w:type="dxa"/>
          </w:tcPr>
          <w:p w14:paraId="60B2289E" w14:textId="77777777" w:rsidR="0085125B" w:rsidRPr="00726D7C" w:rsidRDefault="001F678B" w:rsidP="006023F3">
            <w:pPr>
              <w:rPr>
                <w:rFonts w:cs="Times New Roman"/>
                <w:szCs w:val="28"/>
                <w:lang w:val="kk-KZ"/>
              </w:rPr>
            </w:pPr>
            <w:r w:rsidRPr="00726D7C">
              <w:rPr>
                <w:rFonts w:cs="Times New Roman"/>
                <w:szCs w:val="28"/>
                <w:lang w:val="kk-KZ"/>
              </w:rPr>
              <w:t>Музыка и движение</w:t>
            </w:r>
          </w:p>
        </w:tc>
        <w:tc>
          <w:tcPr>
            <w:tcW w:w="1928" w:type="dxa"/>
          </w:tcPr>
          <w:p w14:paraId="2DCD134A" w14:textId="77777777" w:rsidR="0085125B" w:rsidRPr="00726D7C" w:rsidRDefault="001F678B" w:rsidP="006023F3">
            <w:pPr>
              <w:rPr>
                <w:rFonts w:cs="Times New Roman"/>
                <w:szCs w:val="28"/>
                <w:lang w:val="kk-KZ"/>
              </w:rPr>
            </w:pPr>
            <w:r w:rsidRPr="00726D7C">
              <w:rPr>
                <w:rFonts w:cs="Times New Roman"/>
                <w:szCs w:val="28"/>
                <w:lang w:val="kk-KZ"/>
              </w:rPr>
              <w:t>Участие в ритмических, танцевальных и музыкальных формах</w:t>
            </w:r>
          </w:p>
        </w:tc>
        <w:tc>
          <w:tcPr>
            <w:tcW w:w="1928" w:type="dxa"/>
          </w:tcPr>
          <w:p w14:paraId="2F69B8DA" w14:textId="77777777" w:rsidR="0085125B" w:rsidRPr="00726D7C" w:rsidRDefault="001F678B" w:rsidP="006023F3">
            <w:pPr>
              <w:rPr>
                <w:rFonts w:cs="Times New Roman"/>
                <w:szCs w:val="28"/>
                <w:lang w:val="kk-KZ"/>
              </w:rPr>
            </w:pPr>
            <w:r w:rsidRPr="00726D7C">
              <w:rPr>
                <w:rFonts w:cs="Times New Roman"/>
                <w:szCs w:val="28"/>
                <w:lang w:val="kk-KZ"/>
              </w:rPr>
              <w:t>Наблюдение, выступления</w:t>
            </w:r>
          </w:p>
        </w:tc>
        <w:tc>
          <w:tcPr>
            <w:tcW w:w="1928" w:type="dxa"/>
          </w:tcPr>
          <w:p w14:paraId="05E55B2A" w14:textId="77777777" w:rsidR="0085125B" w:rsidRPr="00726D7C" w:rsidRDefault="001F678B" w:rsidP="006023F3">
            <w:pPr>
              <w:rPr>
                <w:rFonts w:cs="Times New Roman"/>
                <w:szCs w:val="28"/>
                <w:lang w:val="kk-KZ"/>
              </w:rPr>
            </w:pPr>
            <w:r w:rsidRPr="00726D7C">
              <w:rPr>
                <w:rFonts w:cs="Times New Roman"/>
                <w:szCs w:val="28"/>
                <w:lang w:val="kk-KZ"/>
              </w:rPr>
              <w:t>1-3 низкое; 4-7 достаточное; 8-10 активное</w:t>
            </w:r>
          </w:p>
        </w:tc>
        <w:tc>
          <w:tcPr>
            <w:tcW w:w="1928" w:type="dxa"/>
          </w:tcPr>
          <w:p w14:paraId="4AE7172D" w14:textId="77777777" w:rsidR="0085125B" w:rsidRPr="00726D7C" w:rsidRDefault="001F678B" w:rsidP="006023F3">
            <w:pPr>
              <w:rPr>
                <w:rFonts w:cs="Times New Roman"/>
                <w:szCs w:val="28"/>
                <w:lang w:val="kk-KZ"/>
              </w:rPr>
            </w:pPr>
            <w:r w:rsidRPr="00726D7C">
              <w:rPr>
                <w:rFonts w:cs="Times New Roman"/>
                <w:szCs w:val="28"/>
                <w:lang w:val="kk-KZ"/>
              </w:rPr>
              <w:t>Вожатые, педагоги</w:t>
            </w:r>
          </w:p>
        </w:tc>
      </w:tr>
      <w:tr w:rsidR="0085125B" w:rsidRPr="00726D7C" w14:paraId="3E710E8B" w14:textId="77777777">
        <w:trPr>
          <w:jc w:val="center"/>
        </w:trPr>
        <w:tc>
          <w:tcPr>
            <w:tcW w:w="1928" w:type="dxa"/>
          </w:tcPr>
          <w:p w14:paraId="6C4E3FB4" w14:textId="77777777" w:rsidR="0085125B" w:rsidRPr="00726D7C" w:rsidRDefault="001F678B" w:rsidP="006023F3">
            <w:pPr>
              <w:rPr>
                <w:rFonts w:cs="Times New Roman"/>
                <w:szCs w:val="28"/>
                <w:lang w:val="kk-KZ"/>
              </w:rPr>
            </w:pPr>
            <w:r w:rsidRPr="00726D7C">
              <w:rPr>
                <w:rFonts w:cs="Times New Roman"/>
                <w:szCs w:val="28"/>
                <w:lang w:val="kk-KZ"/>
              </w:rPr>
              <w:t>Дизайн и ремесла</w:t>
            </w:r>
          </w:p>
        </w:tc>
        <w:tc>
          <w:tcPr>
            <w:tcW w:w="1928" w:type="dxa"/>
          </w:tcPr>
          <w:p w14:paraId="10EED9D3" w14:textId="77777777" w:rsidR="0085125B" w:rsidRPr="00726D7C" w:rsidRDefault="001F678B" w:rsidP="006023F3">
            <w:pPr>
              <w:rPr>
                <w:rFonts w:cs="Times New Roman"/>
                <w:szCs w:val="28"/>
                <w:lang w:val="kk-KZ"/>
              </w:rPr>
            </w:pPr>
            <w:r w:rsidRPr="00726D7C">
              <w:rPr>
                <w:rFonts w:cs="Times New Roman"/>
                <w:szCs w:val="28"/>
                <w:lang w:val="kk-KZ"/>
              </w:rPr>
              <w:t>Практические навыки, аккуратность, завершенность продукта</w:t>
            </w:r>
          </w:p>
        </w:tc>
        <w:tc>
          <w:tcPr>
            <w:tcW w:w="1928" w:type="dxa"/>
          </w:tcPr>
          <w:p w14:paraId="362729D4" w14:textId="77777777" w:rsidR="0085125B" w:rsidRPr="00726D7C" w:rsidRDefault="001F678B" w:rsidP="006023F3">
            <w:pPr>
              <w:rPr>
                <w:rFonts w:cs="Times New Roman"/>
                <w:szCs w:val="28"/>
                <w:lang w:val="kk-KZ"/>
              </w:rPr>
            </w:pPr>
            <w:r w:rsidRPr="00726D7C">
              <w:rPr>
                <w:rFonts w:cs="Times New Roman"/>
                <w:szCs w:val="28"/>
                <w:lang w:val="kk-KZ"/>
              </w:rPr>
              <w:t>Анализ изделий, презентации</w:t>
            </w:r>
          </w:p>
        </w:tc>
        <w:tc>
          <w:tcPr>
            <w:tcW w:w="1928" w:type="dxa"/>
          </w:tcPr>
          <w:p w14:paraId="177C6A02" w14:textId="77777777" w:rsidR="0085125B" w:rsidRPr="00726D7C" w:rsidRDefault="001F678B" w:rsidP="006023F3">
            <w:pPr>
              <w:rPr>
                <w:rFonts w:cs="Times New Roman"/>
                <w:szCs w:val="28"/>
                <w:lang w:val="kk-KZ"/>
              </w:rPr>
            </w:pPr>
            <w:r w:rsidRPr="00726D7C">
              <w:rPr>
                <w:rFonts w:cs="Times New Roman"/>
                <w:szCs w:val="28"/>
                <w:lang w:val="kk-KZ"/>
              </w:rPr>
              <w:t>1-3 частично; 4-7 достаточно; 8-10 качественно</w:t>
            </w:r>
          </w:p>
        </w:tc>
        <w:tc>
          <w:tcPr>
            <w:tcW w:w="1928" w:type="dxa"/>
          </w:tcPr>
          <w:p w14:paraId="1AFB86DA" w14:textId="77777777" w:rsidR="0085125B" w:rsidRPr="00726D7C" w:rsidRDefault="001F678B" w:rsidP="006023F3">
            <w:pPr>
              <w:rPr>
                <w:rFonts w:cs="Times New Roman"/>
                <w:szCs w:val="28"/>
                <w:lang w:val="kk-KZ"/>
              </w:rPr>
            </w:pPr>
            <w:r w:rsidRPr="00726D7C">
              <w:rPr>
                <w:rFonts w:cs="Times New Roman"/>
                <w:szCs w:val="28"/>
                <w:lang w:val="kk-KZ"/>
              </w:rPr>
              <w:t>Педагоги</w:t>
            </w:r>
          </w:p>
        </w:tc>
      </w:tr>
      <w:tr w:rsidR="0085125B" w:rsidRPr="00726D7C" w14:paraId="498BC8E7" w14:textId="77777777">
        <w:trPr>
          <w:jc w:val="center"/>
        </w:trPr>
        <w:tc>
          <w:tcPr>
            <w:tcW w:w="1928" w:type="dxa"/>
          </w:tcPr>
          <w:p w14:paraId="1247D0ED" w14:textId="77777777" w:rsidR="0085125B" w:rsidRPr="00726D7C" w:rsidRDefault="001F678B" w:rsidP="006023F3">
            <w:pPr>
              <w:rPr>
                <w:rFonts w:cs="Times New Roman"/>
                <w:szCs w:val="28"/>
                <w:lang w:val="kk-KZ"/>
              </w:rPr>
            </w:pPr>
            <w:r w:rsidRPr="00726D7C">
              <w:rPr>
                <w:rFonts w:cs="Times New Roman"/>
                <w:szCs w:val="28"/>
                <w:lang w:val="kk-KZ"/>
              </w:rPr>
              <w:t>Digital art и медиа</w:t>
            </w:r>
          </w:p>
        </w:tc>
        <w:tc>
          <w:tcPr>
            <w:tcW w:w="1928" w:type="dxa"/>
          </w:tcPr>
          <w:p w14:paraId="6826D32F" w14:textId="77777777" w:rsidR="0085125B" w:rsidRPr="00726D7C" w:rsidRDefault="001F678B" w:rsidP="006023F3">
            <w:pPr>
              <w:rPr>
                <w:rFonts w:cs="Times New Roman"/>
                <w:szCs w:val="28"/>
                <w:lang w:val="kk-KZ"/>
              </w:rPr>
            </w:pPr>
            <w:r w:rsidRPr="00726D7C">
              <w:rPr>
                <w:rFonts w:cs="Times New Roman"/>
                <w:szCs w:val="28"/>
                <w:lang w:val="kk-KZ"/>
              </w:rPr>
              <w:t>Медиаграмотность, цифровая безопасность, визуальный продукт</w:t>
            </w:r>
          </w:p>
        </w:tc>
        <w:tc>
          <w:tcPr>
            <w:tcW w:w="1928" w:type="dxa"/>
          </w:tcPr>
          <w:p w14:paraId="3480B008" w14:textId="77777777" w:rsidR="0085125B" w:rsidRPr="00726D7C" w:rsidRDefault="001F678B" w:rsidP="006023F3">
            <w:pPr>
              <w:rPr>
                <w:rFonts w:cs="Times New Roman"/>
                <w:szCs w:val="28"/>
                <w:lang w:val="kk-KZ"/>
              </w:rPr>
            </w:pPr>
            <w:r w:rsidRPr="00726D7C">
              <w:rPr>
                <w:rFonts w:cs="Times New Roman"/>
                <w:szCs w:val="28"/>
                <w:lang w:val="kk-KZ"/>
              </w:rPr>
              <w:t>Практические задания, беседы</w:t>
            </w:r>
          </w:p>
        </w:tc>
        <w:tc>
          <w:tcPr>
            <w:tcW w:w="1928" w:type="dxa"/>
          </w:tcPr>
          <w:p w14:paraId="47EDE358" w14:textId="77777777" w:rsidR="0085125B" w:rsidRPr="00726D7C" w:rsidRDefault="001F678B" w:rsidP="006023F3">
            <w:pPr>
              <w:rPr>
                <w:rFonts w:cs="Times New Roman"/>
                <w:szCs w:val="28"/>
                <w:lang w:val="kk-KZ"/>
              </w:rPr>
            </w:pPr>
            <w:r w:rsidRPr="00726D7C">
              <w:rPr>
                <w:rFonts w:cs="Times New Roman"/>
                <w:szCs w:val="28"/>
                <w:lang w:val="kk-KZ"/>
              </w:rPr>
              <w:t>1-3 базовое; 4-7 достаточное; 8-10 уверенное</w:t>
            </w:r>
          </w:p>
        </w:tc>
        <w:tc>
          <w:tcPr>
            <w:tcW w:w="1928" w:type="dxa"/>
          </w:tcPr>
          <w:p w14:paraId="0C3788E7" w14:textId="77777777" w:rsidR="0085125B" w:rsidRPr="00726D7C" w:rsidRDefault="001F678B" w:rsidP="006023F3">
            <w:pPr>
              <w:rPr>
                <w:rFonts w:cs="Times New Roman"/>
                <w:szCs w:val="28"/>
                <w:lang w:val="kk-KZ"/>
              </w:rPr>
            </w:pPr>
            <w:r w:rsidRPr="00726D7C">
              <w:rPr>
                <w:rFonts w:cs="Times New Roman"/>
                <w:szCs w:val="28"/>
                <w:lang w:val="kk-KZ"/>
              </w:rPr>
              <w:t>Педагоги, вожатые</w:t>
            </w:r>
          </w:p>
        </w:tc>
      </w:tr>
      <w:tr w:rsidR="0085125B" w:rsidRPr="00726D7C" w14:paraId="345A9315" w14:textId="77777777">
        <w:trPr>
          <w:jc w:val="center"/>
        </w:trPr>
        <w:tc>
          <w:tcPr>
            <w:tcW w:w="1928" w:type="dxa"/>
          </w:tcPr>
          <w:p w14:paraId="12A72E99" w14:textId="77777777" w:rsidR="0085125B" w:rsidRPr="00726D7C" w:rsidRDefault="001F678B" w:rsidP="006023F3">
            <w:pPr>
              <w:rPr>
                <w:rFonts w:cs="Times New Roman"/>
                <w:szCs w:val="28"/>
                <w:lang w:val="kk-KZ"/>
              </w:rPr>
            </w:pPr>
            <w:r w:rsidRPr="00726D7C">
              <w:rPr>
                <w:rFonts w:cs="Times New Roman"/>
                <w:szCs w:val="28"/>
                <w:lang w:val="kk-KZ"/>
              </w:rPr>
              <w:t>Арт-проектирование</w:t>
            </w:r>
          </w:p>
        </w:tc>
        <w:tc>
          <w:tcPr>
            <w:tcW w:w="1928" w:type="dxa"/>
          </w:tcPr>
          <w:p w14:paraId="32B34D8B" w14:textId="77777777" w:rsidR="0085125B" w:rsidRPr="00726D7C" w:rsidRDefault="001F678B" w:rsidP="006023F3">
            <w:pPr>
              <w:rPr>
                <w:rFonts w:cs="Times New Roman"/>
                <w:szCs w:val="28"/>
                <w:lang w:val="kk-KZ"/>
              </w:rPr>
            </w:pPr>
            <w:r w:rsidRPr="00726D7C">
              <w:rPr>
                <w:rFonts w:cs="Times New Roman"/>
                <w:szCs w:val="28"/>
                <w:lang w:val="kk-KZ"/>
              </w:rPr>
              <w:t>Идея, распределение ролей, подготовка проекта, презентация</w:t>
            </w:r>
          </w:p>
        </w:tc>
        <w:tc>
          <w:tcPr>
            <w:tcW w:w="1928" w:type="dxa"/>
          </w:tcPr>
          <w:p w14:paraId="23B29C8C" w14:textId="77777777" w:rsidR="0085125B" w:rsidRPr="00726D7C" w:rsidRDefault="001F678B" w:rsidP="006023F3">
            <w:pPr>
              <w:rPr>
                <w:rFonts w:cs="Times New Roman"/>
                <w:szCs w:val="28"/>
                <w:lang w:val="kk-KZ"/>
              </w:rPr>
            </w:pPr>
            <w:r w:rsidRPr="00726D7C">
              <w:rPr>
                <w:rFonts w:cs="Times New Roman"/>
                <w:szCs w:val="28"/>
                <w:lang w:val="kk-KZ"/>
              </w:rPr>
              <w:t>Анализ проектов, наблюдение</w:t>
            </w:r>
          </w:p>
        </w:tc>
        <w:tc>
          <w:tcPr>
            <w:tcW w:w="1928" w:type="dxa"/>
          </w:tcPr>
          <w:p w14:paraId="162C728A" w14:textId="77777777" w:rsidR="0085125B" w:rsidRPr="00726D7C" w:rsidRDefault="001F678B" w:rsidP="006023F3">
            <w:pPr>
              <w:rPr>
                <w:rFonts w:cs="Times New Roman"/>
                <w:szCs w:val="28"/>
                <w:lang w:val="kk-KZ"/>
              </w:rPr>
            </w:pPr>
            <w:r w:rsidRPr="00726D7C">
              <w:rPr>
                <w:rFonts w:cs="Times New Roman"/>
                <w:szCs w:val="28"/>
                <w:lang w:val="kk-KZ"/>
              </w:rPr>
              <w:t>1-3 частичное; 4-7 достаточное; 8-10 активное</w:t>
            </w:r>
          </w:p>
        </w:tc>
        <w:tc>
          <w:tcPr>
            <w:tcW w:w="1928" w:type="dxa"/>
          </w:tcPr>
          <w:p w14:paraId="4232DD24" w14:textId="77777777" w:rsidR="0085125B" w:rsidRPr="00726D7C" w:rsidRDefault="001F678B" w:rsidP="006023F3">
            <w:pPr>
              <w:rPr>
                <w:rFonts w:cs="Times New Roman"/>
                <w:szCs w:val="28"/>
                <w:lang w:val="kk-KZ"/>
              </w:rPr>
            </w:pPr>
            <w:r w:rsidRPr="00726D7C">
              <w:rPr>
                <w:rFonts w:cs="Times New Roman"/>
                <w:szCs w:val="28"/>
                <w:lang w:val="kk-KZ"/>
              </w:rPr>
              <w:t>Педагоги, методист</w:t>
            </w:r>
          </w:p>
        </w:tc>
      </w:tr>
      <w:tr w:rsidR="0085125B" w:rsidRPr="00726D7C" w14:paraId="498A7F19" w14:textId="77777777">
        <w:trPr>
          <w:jc w:val="center"/>
        </w:trPr>
        <w:tc>
          <w:tcPr>
            <w:tcW w:w="1928" w:type="dxa"/>
          </w:tcPr>
          <w:p w14:paraId="11C960C7" w14:textId="77777777" w:rsidR="0085125B" w:rsidRPr="00726D7C" w:rsidRDefault="001F678B" w:rsidP="006023F3">
            <w:pPr>
              <w:rPr>
                <w:rFonts w:cs="Times New Roman"/>
                <w:szCs w:val="28"/>
                <w:lang w:val="kk-KZ"/>
              </w:rPr>
            </w:pPr>
            <w:r w:rsidRPr="00726D7C">
              <w:rPr>
                <w:rFonts w:cs="Times New Roman"/>
                <w:szCs w:val="28"/>
                <w:lang w:val="kk-KZ"/>
              </w:rPr>
              <w:t>Командные навыки</w:t>
            </w:r>
          </w:p>
        </w:tc>
        <w:tc>
          <w:tcPr>
            <w:tcW w:w="1928" w:type="dxa"/>
          </w:tcPr>
          <w:p w14:paraId="75926517" w14:textId="77777777" w:rsidR="0085125B" w:rsidRPr="00726D7C" w:rsidRDefault="001F678B" w:rsidP="006023F3">
            <w:pPr>
              <w:rPr>
                <w:rFonts w:cs="Times New Roman"/>
                <w:szCs w:val="28"/>
                <w:lang w:val="kk-KZ"/>
              </w:rPr>
            </w:pPr>
            <w:r w:rsidRPr="00726D7C">
              <w:rPr>
                <w:rFonts w:cs="Times New Roman"/>
                <w:szCs w:val="28"/>
                <w:lang w:val="kk-KZ"/>
              </w:rPr>
              <w:t>Сотрудничество, взаимопомощь, ответственность</w:t>
            </w:r>
          </w:p>
        </w:tc>
        <w:tc>
          <w:tcPr>
            <w:tcW w:w="1928" w:type="dxa"/>
          </w:tcPr>
          <w:p w14:paraId="0C3D2968" w14:textId="77777777" w:rsidR="0085125B" w:rsidRPr="00726D7C" w:rsidRDefault="001F678B" w:rsidP="006023F3">
            <w:pPr>
              <w:rPr>
                <w:rFonts w:cs="Times New Roman"/>
                <w:szCs w:val="28"/>
                <w:lang w:val="kk-KZ"/>
              </w:rPr>
            </w:pPr>
            <w:r w:rsidRPr="00726D7C">
              <w:rPr>
                <w:rFonts w:cs="Times New Roman"/>
                <w:szCs w:val="28"/>
                <w:lang w:val="kk-KZ"/>
              </w:rPr>
              <w:t>Наблюдение, рефлексия</w:t>
            </w:r>
          </w:p>
        </w:tc>
        <w:tc>
          <w:tcPr>
            <w:tcW w:w="1928" w:type="dxa"/>
          </w:tcPr>
          <w:p w14:paraId="216A2C9C" w14:textId="77777777" w:rsidR="0085125B" w:rsidRPr="00726D7C" w:rsidRDefault="001F678B" w:rsidP="006023F3">
            <w:pPr>
              <w:rPr>
                <w:rFonts w:cs="Times New Roman"/>
                <w:szCs w:val="28"/>
                <w:lang w:val="kk-KZ"/>
              </w:rPr>
            </w:pPr>
            <w:r w:rsidRPr="00726D7C">
              <w:rPr>
                <w:rFonts w:cs="Times New Roman"/>
                <w:szCs w:val="28"/>
                <w:lang w:val="kk-KZ"/>
              </w:rPr>
              <w:t xml:space="preserve">1-3 требует поддержки; 4-7 </w:t>
            </w:r>
            <w:r w:rsidRPr="00726D7C">
              <w:rPr>
                <w:rFonts w:cs="Times New Roman"/>
                <w:szCs w:val="28"/>
                <w:lang w:val="kk-KZ"/>
              </w:rPr>
              <w:lastRenderedPageBreak/>
              <w:t>развивается; 8-10 выражено</w:t>
            </w:r>
          </w:p>
        </w:tc>
        <w:tc>
          <w:tcPr>
            <w:tcW w:w="1928" w:type="dxa"/>
          </w:tcPr>
          <w:p w14:paraId="013E2E7F" w14:textId="77777777" w:rsidR="0085125B" w:rsidRPr="00726D7C" w:rsidRDefault="001F678B" w:rsidP="006023F3">
            <w:pPr>
              <w:rPr>
                <w:rFonts w:cs="Times New Roman"/>
                <w:szCs w:val="28"/>
                <w:lang w:val="kk-KZ"/>
              </w:rPr>
            </w:pPr>
            <w:r w:rsidRPr="00726D7C">
              <w:rPr>
                <w:rFonts w:cs="Times New Roman"/>
                <w:szCs w:val="28"/>
                <w:lang w:val="kk-KZ"/>
              </w:rPr>
              <w:lastRenderedPageBreak/>
              <w:t>Вожатые, воспитатели</w:t>
            </w:r>
          </w:p>
        </w:tc>
      </w:tr>
      <w:tr w:rsidR="0085125B" w:rsidRPr="00726D7C" w14:paraId="79F083D5" w14:textId="77777777">
        <w:trPr>
          <w:jc w:val="center"/>
        </w:trPr>
        <w:tc>
          <w:tcPr>
            <w:tcW w:w="1928" w:type="dxa"/>
          </w:tcPr>
          <w:p w14:paraId="613ACE6E" w14:textId="77777777" w:rsidR="0085125B" w:rsidRPr="00726D7C" w:rsidRDefault="001F678B" w:rsidP="006023F3">
            <w:pPr>
              <w:rPr>
                <w:rFonts w:cs="Times New Roman"/>
                <w:szCs w:val="28"/>
                <w:lang w:val="kk-KZ"/>
              </w:rPr>
            </w:pPr>
            <w:r w:rsidRPr="00726D7C">
              <w:rPr>
                <w:rFonts w:cs="Times New Roman"/>
                <w:szCs w:val="28"/>
                <w:lang w:val="kk-KZ"/>
              </w:rPr>
              <w:t>Эмоциональное благополучие</w:t>
            </w:r>
          </w:p>
        </w:tc>
        <w:tc>
          <w:tcPr>
            <w:tcW w:w="1928" w:type="dxa"/>
          </w:tcPr>
          <w:p w14:paraId="280E29EE" w14:textId="77777777" w:rsidR="0085125B" w:rsidRPr="00726D7C" w:rsidRDefault="001F678B" w:rsidP="006023F3">
            <w:pPr>
              <w:rPr>
                <w:rFonts w:cs="Times New Roman"/>
                <w:szCs w:val="28"/>
                <w:lang w:val="kk-KZ"/>
              </w:rPr>
            </w:pPr>
            <w:r w:rsidRPr="00726D7C">
              <w:rPr>
                <w:rFonts w:cs="Times New Roman"/>
                <w:szCs w:val="28"/>
                <w:lang w:val="kk-KZ"/>
              </w:rPr>
              <w:t>Настроение, комфорт, снижение конфликтов</w:t>
            </w:r>
          </w:p>
        </w:tc>
        <w:tc>
          <w:tcPr>
            <w:tcW w:w="1928" w:type="dxa"/>
          </w:tcPr>
          <w:p w14:paraId="426B4C61" w14:textId="77777777" w:rsidR="0085125B" w:rsidRPr="00726D7C" w:rsidRDefault="001F678B" w:rsidP="006023F3">
            <w:pPr>
              <w:rPr>
                <w:rFonts w:cs="Times New Roman"/>
                <w:szCs w:val="28"/>
                <w:lang w:val="kk-KZ"/>
              </w:rPr>
            </w:pPr>
            <w:r w:rsidRPr="00726D7C">
              <w:rPr>
                <w:rFonts w:cs="Times New Roman"/>
                <w:szCs w:val="28"/>
                <w:lang w:val="kk-KZ"/>
              </w:rPr>
              <w:t>Беседы, рефлексия, наблюдение</w:t>
            </w:r>
          </w:p>
        </w:tc>
        <w:tc>
          <w:tcPr>
            <w:tcW w:w="1928" w:type="dxa"/>
          </w:tcPr>
          <w:p w14:paraId="295DF291" w14:textId="77777777" w:rsidR="0085125B" w:rsidRPr="00726D7C" w:rsidRDefault="001F678B" w:rsidP="006023F3">
            <w:pPr>
              <w:rPr>
                <w:rFonts w:cs="Times New Roman"/>
                <w:szCs w:val="28"/>
                <w:lang w:val="kk-KZ"/>
              </w:rPr>
            </w:pPr>
            <w:r w:rsidRPr="00726D7C">
              <w:rPr>
                <w:rFonts w:cs="Times New Roman"/>
                <w:szCs w:val="28"/>
                <w:lang w:val="kk-KZ"/>
              </w:rPr>
              <w:t>1-3 тревожное; 4-7 стабильное; 8-10 комфортное</w:t>
            </w:r>
          </w:p>
        </w:tc>
        <w:tc>
          <w:tcPr>
            <w:tcW w:w="1928" w:type="dxa"/>
          </w:tcPr>
          <w:p w14:paraId="142F698A" w14:textId="77777777" w:rsidR="0085125B" w:rsidRPr="00726D7C" w:rsidRDefault="001F678B" w:rsidP="006023F3">
            <w:pPr>
              <w:rPr>
                <w:rFonts w:cs="Times New Roman"/>
                <w:szCs w:val="28"/>
                <w:lang w:val="kk-KZ"/>
              </w:rPr>
            </w:pPr>
            <w:r w:rsidRPr="00726D7C">
              <w:rPr>
                <w:rFonts w:cs="Times New Roman"/>
                <w:szCs w:val="28"/>
                <w:lang w:val="kk-KZ"/>
              </w:rPr>
              <w:t>Вожатые, психолог при наличии</w:t>
            </w:r>
          </w:p>
        </w:tc>
      </w:tr>
      <w:tr w:rsidR="0085125B" w:rsidRPr="00726D7C" w14:paraId="7D5BFF21" w14:textId="77777777">
        <w:trPr>
          <w:jc w:val="center"/>
        </w:trPr>
        <w:tc>
          <w:tcPr>
            <w:tcW w:w="1928" w:type="dxa"/>
          </w:tcPr>
          <w:p w14:paraId="1AFE8522" w14:textId="77777777" w:rsidR="0085125B" w:rsidRPr="00726D7C" w:rsidRDefault="001F678B" w:rsidP="006023F3">
            <w:pPr>
              <w:rPr>
                <w:rFonts w:cs="Times New Roman"/>
                <w:szCs w:val="28"/>
                <w:lang w:val="kk-KZ"/>
              </w:rPr>
            </w:pPr>
            <w:r w:rsidRPr="00726D7C">
              <w:rPr>
                <w:rFonts w:cs="Times New Roman"/>
                <w:szCs w:val="28"/>
                <w:lang w:val="kk-KZ"/>
              </w:rPr>
              <w:t>Удовлетворенность</w:t>
            </w:r>
          </w:p>
        </w:tc>
        <w:tc>
          <w:tcPr>
            <w:tcW w:w="1928" w:type="dxa"/>
          </w:tcPr>
          <w:p w14:paraId="31461B7B" w14:textId="77777777" w:rsidR="0085125B" w:rsidRPr="00726D7C" w:rsidRDefault="001F678B" w:rsidP="006023F3">
            <w:pPr>
              <w:rPr>
                <w:rFonts w:cs="Times New Roman"/>
                <w:szCs w:val="28"/>
                <w:lang w:val="kk-KZ"/>
              </w:rPr>
            </w:pPr>
            <w:r w:rsidRPr="00726D7C">
              <w:rPr>
                <w:rFonts w:cs="Times New Roman"/>
                <w:szCs w:val="28"/>
                <w:lang w:val="kk-KZ"/>
              </w:rPr>
              <w:t>Отношение к смене, условиям и мероприятиям</w:t>
            </w:r>
          </w:p>
        </w:tc>
        <w:tc>
          <w:tcPr>
            <w:tcW w:w="1928" w:type="dxa"/>
          </w:tcPr>
          <w:p w14:paraId="69990503" w14:textId="77777777" w:rsidR="0085125B" w:rsidRPr="00726D7C" w:rsidRDefault="001F678B" w:rsidP="006023F3">
            <w:pPr>
              <w:rPr>
                <w:rFonts w:cs="Times New Roman"/>
                <w:szCs w:val="28"/>
                <w:lang w:val="kk-KZ"/>
              </w:rPr>
            </w:pPr>
            <w:r w:rsidRPr="00726D7C">
              <w:rPr>
                <w:rFonts w:cs="Times New Roman"/>
                <w:szCs w:val="28"/>
                <w:lang w:val="kk-KZ"/>
              </w:rPr>
              <w:t>Анкетирование, обратная связь</w:t>
            </w:r>
          </w:p>
        </w:tc>
        <w:tc>
          <w:tcPr>
            <w:tcW w:w="1928" w:type="dxa"/>
          </w:tcPr>
          <w:p w14:paraId="2E62414C" w14:textId="77777777" w:rsidR="0085125B" w:rsidRPr="00726D7C" w:rsidRDefault="001F678B" w:rsidP="006023F3">
            <w:pPr>
              <w:rPr>
                <w:rFonts w:cs="Times New Roman"/>
                <w:szCs w:val="28"/>
                <w:lang w:val="kk-KZ"/>
              </w:rPr>
            </w:pPr>
            <w:r w:rsidRPr="00726D7C">
              <w:rPr>
                <w:rFonts w:cs="Times New Roman"/>
                <w:szCs w:val="28"/>
                <w:lang w:val="kk-KZ"/>
              </w:rPr>
              <w:t>1-3 низкая; 4-7 достаточная; 8-10 высокая</w:t>
            </w:r>
          </w:p>
        </w:tc>
        <w:tc>
          <w:tcPr>
            <w:tcW w:w="1928" w:type="dxa"/>
          </w:tcPr>
          <w:p w14:paraId="0A6FC818" w14:textId="77777777" w:rsidR="0085125B" w:rsidRPr="00726D7C" w:rsidRDefault="001F678B" w:rsidP="006023F3">
            <w:pPr>
              <w:rPr>
                <w:rFonts w:cs="Times New Roman"/>
                <w:szCs w:val="28"/>
                <w:lang w:val="kk-KZ"/>
              </w:rPr>
            </w:pPr>
            <w:r w:rsidRPr="00726D7C">
              <w:rPr>
                <w:rFonts w:cs="Times New Roman"/>
                <w:szCs w:val="28"/>
                <w:lang w:val="kk-KZ"/>
              </w:rPr>
              <w:t>Администрация, методист</w:t>
            </w:r>
          </w:p>
        </w:tc>
      </w:tr>
    </w:tbl>
    <w:p w14:paraId="4D57A0F4" w14:textId="77777777" w:rsidR="0085125B" w:rsidRPr="00726D7C" w:rsidRDefault="001F678B" w:rsidP="006023F3">
      <w:pPr>
        <w:pStyle w:val="21"/>
        <w:spacing w:before="60" w:after="60" w:line="240" w:lineRule="auto"/>
        <w:rPr>
          <w:rFonts w:cs="Times New Roman"/>
          <w:szCs w:val="28"/>
          <w:lang w:val="kk-KZ"/>
        </w:rPr>
      </w:pPr>
      <w:r w:rsidRPr="00726D7C">
        <w:rPr>
          <w:rFonts w:eastAsia="Times New Roman" w:cs="Times New Roman"/>
          <w:szCs w:val="28"/>
          <w:lang w:val="kk-KZ"/>
        </w:rPr>
        <w:t>Порядок учета результатов мониторинга</w:t>
      </w:r>
    </w:p>
    <w:p w14:paraId="35C6962B"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По итогам текущего мониторинга педагогическая команда вносит оперативные изменения в организацию мероприятий, распределение нагрузки, формы поддержки участников и содержание последующих дней смены. По завершении смены результаты мониторинга обобщаются и используются при планировании следующих смен, обновлении методических материалов и совершенствовании Программы.</w:t>
      </w:r>
    </w:p>
    <w:p w14:paraId="1E7BCE2F" w14:textId="77777777" w:rsidR="0085125B" w:rsidRPr="00726D7C" w:rsidRDefault="001F678B" w:rsidP="006023F3">
      <w:pPr>
        <w:pStyle w:val="1"/>
        <w:spacing w:before="120" w:after="60" w:line="240" w:lineRule="auto"/>
        <w:rPr>
          <w:rFonts w:cs="Times New Roman"/>
          <w:lang w:val="ru-RU"/>
        </w:rPr>
      </w:pPr>
      <w:r w:rsidRPr="00726D7C">
        <w:rPr>
          <w:rFonts w:eastAsia="Times New Roman" w:cs="Times New Roman"/>
          <w:lang w:val="ru-RU"/>
        </w:rPr>
        <w:t>Раздел 9. Список основной и дополнительной литературы</w:t>
      </w:r>
    </w:p>
    <w:p w14:paraId="0EA19D65" w14:textId="77777777" w:rsidR="0085125B" w:rsidRPr="00726D7C" w:rsidRDefault="001F678B" w:rsidP="006023F3">
      <w:pPr>
        <w:pStyle w:val="21"/>
        <w:spacing w:before="60" w:after="60" w:line="240" w:lineRule="auto"/>
        <w:rPr>
          <w:rFonts w:cs="Times New Roman"/>
          <w:szCs w:val="28"/>
          <w:lang w:val="ru-RU"/>
        </w:rPr>
      </w:pPr>
      <w:r w:rsidRPr="00726D7C">
        <w:rPr>
          <w:rFonts w:eastAsia="Times New Roman" w:cs="Times New Roman"/>
          <w:szCs w:val="28"/>
          <w:lang w:val="ru-RU"/>
        </w:rPr>
        <w:t>Нормативные правовые акты</w:t>
      </w:r>
    </w:p>
    <w:p w14:paraId="691FE7A2"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1) Конституция Республики Казахстан.</w:t>
      </w:r>
    </w:p>
    <w:p w14:paraId="080617AF"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2) Закон Республики Казахстан «Об образовании» от 27 июля 2007 года № 319-</w:t>
      </w:r>
      <w:r w:rsidRPr="00726D7C">
        <w:rPr>
          <w:rFonts w:cs="Times New Roman"/>
          <w:szCs w:val="28"/>
        </w:rPr>
        <w:t>III</w:t>
      </w:r>
      <w:r w:rsidRPr="00726D7C">
        <w:rPr>
          <w:rFonts w:cs="Times New Roman"/>
          <w:szCs w:val="28"/>
          <w:lang w:val="ru-RU"/>
        </w:rPr>
        <w:t>.</w:t>
      </w:r>
    </w:p>
    <w:p w14:paraId="6CC74247"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3) Закон Республики Казахстан «О правах ребенка в Республике Казахстан» от 8 августа 2002 года № 345.</w:t>
      </w:r>
    </w:p>
    <w:p w14:paraId="3346965B"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4) Кодекс Республики Казахстан «О здоровье народа и системе здравоохранения» от 7 июля 2020 года № 360-</w:t>
      </w:r>
      <w:r w:rsidRPr="00726D7C">
        <w:rPr>
          <w:rFonts w:cs="Times New Roman"/>
          <w:szCs w:val="28"/>
        </w:rPr>
        <w:t>VI</w:t>
      </w:r>
      <w:r w:rsidRPr="00726D7C">
        <w:rPr>
          <w:rFonts w:cs="Times New Roman"/>
          <w:szCs w:val="28"/>
          <w:lang w:val="ru-RU"/>
        </w:rPr>
        <w:t>.</w:t>
      </w:r>
    </w:p>
    <w:p w14:paraId="3602DE93"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5) Закон Республики Казахстан «О статусе педагога» от 27 декабря 2019 года № 293-</w:t>
      </w:r>
      <w:r w:rsidRPr="00726D7C">
        <w:rPr>
          <w:rFonts w:cs="Times New Roman"/>
          <w:szCs w:val="28"/>
        </w:rPr>
        <w:t>VI</w:t>
      </w:r>
      <w:r w:rsidRPr="00726D7C">
        <w:rPr>
          <w:rFonts w:cs="Times New Roman"/>
          <w:szCs w:val="28"/>
          <w:lang w:val="ru-RU"/>
        </w:rPr>
        <w:t>.</w:t>
      </w:r>
    </w:p>
    <w:p w14:paraId="27218C1D"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6) Правила по разработке, согласованию и утверждению образовательно-оздоровительных программ несовершеннолетним, а также требования к их структуре и содержанию.</w:t>
      </w:r>
    </w:p>
    <w:p w14:paraId="4D08FECA"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7) Правила организации оздоровления и отдыха детей в организациях образования, утвержденные приказом Министра просвещения Республики Казахстан от 7 октября 2025 года № 237.</w:t>
      </w:r>
    </w:p>
    <w:p w14:paraId="6D236572"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lastRenderedPageBreak/>
        <w:t>8) Типовые правила деятельности организаций образования соответствующих типов и видов, за исключением организаций высшего и послевузовского образования, утвержденные приказом Министра просвещения Республики Казахстан от 31 августа 2022 года № 385.</w:t>
      </w:r>
    </w:p>
    <w:p w14:paraId="01F7ACFF"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9) Санитарные правила «Санитарно-эпидемиологические требования к детским оздоровительным и санаторным объектам», утвержденные приказом Министра здравоохранения Республики Казахстан от 10 августа 2022 года № ҚР ДСМ-78.</w:t>
      </w:r>
    </w:p>
    <w:p w14:paraId="15B45961"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10) Правила безопасности при проведении занятий по физической культуре и спорту, утвержденные приказом Министра культуры и спорта Республики Казахстан от 3 ноября 2014 года № 68.</w:t>
      </w:r>
    </w:p>
    <w:p w14:paraId="42D58E32"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11) Единая программа воспитания «Адал азамат».</w:t>
      </w:r>
    </w:p>
    <w:p w14:paraId="15BCE83D"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12) Иные нормативные правовые акты Республики Казахстан, регулирующие вопросы организации отдыха, оздоровления, воспитания, дополнительного образования, медицинского сопровождения и обеспечения безопасности несовершеннолетних.</w:t>
      </w:r>
    </w:p>
    <w:p w14:paraId="0B2617FF" w14:textId="77777777" w:rsidR="0085125B" w:rsidRPr="00726D7C" w:rsidRDefault="001F678B" w:rsidP="006023F3">
      <w:pPr>
        <w:pStyle w:val="21"/>
        <w:spacing w:before="60" w:after="60" w:line="240" w:lineRule="auto"/>
        <w:rPr>
          <w:rFonts w:cs="Times New Roman"/>
          <w:szCs w:val="28"/>
          <w:lang w:val="ru-RU"/>
        </w:rPr>
      </w:pPr>
      <w:r w:rsidRPr="00726D7C">
        <w:rPr>
          <w:rFonts w:eastAsia="Times New Roman" w:cs="Times New Roman"/>
          <w:szCs w:val="28"/>
          <w:lang w:val="ru-RU"/>
        </w:rPr>
        <w:t>Учебно-методические и дополнительные материалы</w:t>
      </w:r>
    </w:p>
    <w:p w14:paraId="4F734F14"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1) Методические рекомендации по организации отдыха, оздоровления и занятости детей в каникулярный период.</w:t>
      </w:r>
    </w:p>
    <w:p w14:paraId="15AD8A02" w14:textId="45B50F70"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 xml:space="preserve">2) Методические материалы по организации воспитательной работы в </w:t>
      </w:r>
      <w:r w:rsidR="001F3C1F">
        <w:rPr>
          <w:rFonts w:cs="Times New Roman"/>
          <w:szCs w:val="28"/>
          <w:lang w:val="ru-RU"/>
        </w:rPr>
        <w:t>ДООЦ</w:t>
      </w:r>
      <w:r w:rsidRPr="00726D7C">
        <w:rPr>
          <w:rFonts w:cs="Times New Roman"/>
          <w:szCs w:val="28"/>
          <w:lang w:val="ru-RU"/>
        </w:rPr>
        <w:t>.</w:t>
      </w:r>
    </w:p>
    <w:p w14:paraId="3D943D1A"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 xml:space="preserve">3) Методические материалы по развитию творческого мышления, эмоционального интеллекта и </w:t>
      </w:r>
      <w:r w:rsidRPr="00726D7C">
        <w:rPr>
          <w:rFonts w:cs="Times New Roman"/>
          <w:szCs w:val="28"/>
        </w:rPr>
        <w:t>soft</w:t>
      </w:r>
      <w:r w:rsidRPr="00726D7C">
        <w:rPr>
          <w:rFonts w:cs="Times New Roman"/>
          <w:szCs w:val="28"/>
          <w:lang w:val="ru-RU"/>
        </w:rPr>
        <w:t xml:space="preserve"> </w:t>
      </w:r>
      <w:r w:rsidRPr="00726D7C">
        <w:rPr>
          <w:rFonts w:cs="Times New Roman"/>
          <w:szCs w:val="28"/>
        </w:rPr>
        <w:t>skills</w:t>
      </w:r>
      <w:r w:rsidRPr="00726D7C">
        <w:rPr>
          <w:rFonts w:cs="Times New Roman"/>
          <w:szCs w:val="28"/>
          <w:lang w:val="ru-RU"/>
        </w:rPr>
        <w:t xml:space="preserve"> у детей и подростков.</w:t>
      </w:r>
    </w:p>
    <w:p w14:paraId="7AF8E822"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4) Сборники подвижных, национальных, спортивных, музыкальных и командных игр.</w:t>
      </w:r>
    </w:p>
    <w:p w14:paraId="39EE4A73"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5) Методические материалы по организации художественных, театральных, музыкальных и дизайнерских занятий для детей.</w:t>
      </w:r>
    </w:p>
    <w:p w14:paraId="05AAFF6A"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6) Материалы по медиаграмотности, цифровой безопасности и ответственному созданию медиаконтента.</w:t>
      </w:r>
    </w:p>
    <w:p w14:paraId="0C152CA0"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 xml:space="preserve">7) Методические материалы по </w:t>
      </w:r>
      <w:r w:rsidRPr="00726D7C">
        <w:rPr>
          <w:rFonts w:cs="Times New Roman"/>
          <w:szCs w:val="28"/>
        </w:rPr>
        <w:t>digital</w:t>
      </w:r>
      <w:r w:rsidRPr="00726D7C">
        <w:rPr>
          <w:rFonts w:cs="Times New Roman"/>
          <w:szCs w:val="28"/>
          <w:lang w:val="ru-RU"/>
        </w:rPr>
        <w:t xml:space="preserve"> </w:t>
      </w:r>
      <w:r w:rsidRPr="00726D7C">
        <w:rPr>
          <w:rFonts w:cs="Times New Roman"/>
          <w:szCs w:val="28"/>
        </w:rPr>
        <w:t>art</w:t>
      </w:r>
      <w:r w:rsidRPr="00726D7C">
        <w:rPr>
          <w:rFonts w:cs="Times New Roman"/>
          <w:szCs w:val="28"/>
          <w:lang w:val="ru-RU"/>
        </w:rPr>
        <w:t xml:space="preserve">, </w:t>
      </w:r>
      <w:r w:rsidRPr="00726D7C">
        <w:rPr>
          <w:rFonts w:cs="Times New Roman"/>
          <w:szCs w:val="28"/>
        </w:rPr>
        <w:t>stop</w:t>
      </w:r>
      <w:r w:rsidRPr="00726D7C">
        <w:rPr>
          <w:rFonts w:cs="Times New Roman"/>
          <w:szCs w:val="28"/>
          <w:lang w:val="ru-RU"/>
        </w:rPr>
        <w:t>-</w:t>
      </w:r>
      <w:r w:rsidRPr="00726D7C">
        <w:rPr>
          <w:rFonts w:cs="Times New Roman"/>
          <w:szCs w:val="28"/>
        </w:rPr>
        <w:t>motion</w:t>
      </w:r>
      <w:r w:rsidRPr="00726D7C">
        <w:rPr>
          <w:rFonts w:cs="Times New Roman"/>
          <w:szCs w:val="28"/>
          <w:lang w:val="ru-RU"/>
        </w:rPr>
        <w:t>, фото- и видеотворчеству для детей при наличии условий.</w:t>
      </w:r>
    </w:p>
    <w:p w14:paraId="235DA28F"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8) Сборники сценариев воспитательных, творческих, спортивных и культурно-досуговых мероприятий.</w:t>
      </w:r>
    </w:p>
    <w:p w14:paraId="5A3216C6"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9) Материалы по организации проектной деятельности, детского самоуправления и командной работы.</w:t>
      </w:r>
    </w:p>
    <w:p w14:paraId="4EA08711"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10) Психолого-педагогические материалы по адаптации детей в условиях временного детского коллектива.</w:t>
      </w:r>
    </w:p>
    <w:p w14:paraId="7F6A688B"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11) Методические материалы по организации выставок, фестивалей, конкурсов, концертов и публичных презентаций в детском лагере.</w:t>
      </w:r>
    </w:p>
    <w:p w14:paraId="3039A6BD" w14:textId="77777777" w:rsidR="0085125B" w:rsidRPr="00726D7C" w:rsidRDefault="001F678B" w:rsidP="006023F3">
      <w:pPr>
        <w:spacing w:after="0" w:line="240" w:lineRule="auto"/>
        <w:ind w:firstLine="709"/>
        <w:rPr>
          <w:rFonts w:cs="Times New Roman"/>
          <w:szCs w:val="28"/>
          <w:lang w:val="ru-RU"/>
        </w:rPr>
      </w:pPr>
      <w:r w:rsidRPr="00726D7C">
        <w:rPr>
          <w:rFonts w:cs="Times New Roman"/>
          <w:szCs w:val="28"/>
          <w:lang w:val="ru-RU"/>
        </w:rPr>
        <w:t xml:space="preserve">12) Перечень учебно-методических, научных, справочных и электронных источников дополняется Организацией с учетом актуальных казахстанских и </w:t>
      </w:r>
      <w:r w:rsidRPr="00726D7C">
        <w:rPr>
          <w:rFonts w:cs="Times New Roman"/>
          <w:szCs w:val="28"/>
          <w:lang w:val="ru-RU"/>
        </w:rPr>
        <w:lastRenderedPageBreak/>
        <w:t>зарубежных источников за последние 5 лет, профильной направленности смены и условий реализации Программы.</w:t>
      </w:r>
    </w:p>
    <w:sectPr w:rsidR="0085125B" w:rsidRPr="00726D7C" w:rsidSect="006023F3">
      <w:footerReference w:type="default" r:id="rId8"/>
      <w:pgSz w:w="11906" w:h="16838"/>
      <w:pgMar w:top="1134" w:right="851" w:bottom="1134" w:left="1418" w:header="1418" w:footer="1418" w:gutter="0"/>
      <w:pgNumType w:chapStyle="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B20C3" w14:textId="77777777" w:rsidR="00245CBC" w:rsidRDefault="00245CBC" w:rsidP="00271B7F">
      <w:pPr>
        <w:spacing w:after="0" w:line="240" w:lineRule="auto"/>
      </w:pPr>
      <w:r>
        <w:separator/>
      </w:r>
    </w:p>
  </w:endnote>
  <w:endnote w:type="continuationSeparator" w:id="0">
    <w:p w14:paraId="3B34A8DD" w14:textId="77777777" w:rsidR="00245CBC" w:rsidRDefault="00245CBC" w:rsidP="00271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3237245"/>
      <w:docPartObj>
        <w:docPartGallery w:val="Page Numbers (Bottom of Page)"/>
        <w:docPartUnique/>
      </w:docPartObj>
    </w:sdtPr>
    <w:sdtEndPr/>
    <w:sdtContent>
      <w:p w14:paraId="556DBF75" w14:textId="66CC22E6" w:rsidR="00C04DEE" w:rsidRDefault="00C04DEE">
        <w:pPr>
          <w:pStyle w:val="a7"/>
          <w:jc w:val="center"/>
        </w:pPr>
        <w:r>
          <w:fldChar w:fldCharType="begin"/>
        </w:r>
        <w:r>
          <w:instrText>PAGE   \* MERGEFORMAT</w:instrText>
        </w:r>
        <w:r>
          <w:fldChar w:fldCharType="separate"/>
        </w:r>
        <w:r w:rsidR="009439A5" w:rsidRPr="009439A5">
          <w:rPr>
            <w:noProof/>
            <w:lang w:val="ru-RU"/>
          </w:rPr>
          <w:t>2</w:t>
        </w:r>
        <w:r>
          <w:fldChar w:fldCharType="end"/>
        </w:r>
      </w:p>
    </w:sdtContent>
  </w:sdt>
  <w:p w14:paraId="3379C54D" w14:textId="77777777" w:rsidR="00C04DEE" w:rsidRDefault="00C04DE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7DF85" w14:textId="77777777" w:rsidR="00245CBC" w:rsidRDefault="00245CBC" w:rsidP="00271B7F">
      <w:pPr>
        <w:spacing w:after="0" w:line="240" w:lineRule="auto"/>
      </w:pPr>
      <w:r>
        <w:separator/>
      </w:r>
    </w:p>
  </w:footnote>
  <w:footnote w:type="continuationSeparator" w:id="0">
    <w:p w14:paraId="6A3A46AA" w14:textId="77777777" w:rsidR="00245CBC" w:rsidRDefault="00245CBC" w:rsidP="00271B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2BB"/>
    <w:rsid w:val="00006CCA"/>
    <w:rsid w:val="00021239"/>
    <w:rsid w:val="00034616"/>
    <w:rsid w:val="0006063C"/>
    <w:rsid w:val="000F599A"/>
    <w:rsid w:val="001225D5"/>
    <w:rsid w:val="0015074B"/>
    <w:rsid w:val="00183303"/>
    <w:rsid w:val="001E0622"/>
    <w:rsid w:val="001F3C1F"/>
    <w:rsid w:val="001F678B"/>
    <w:rsid w:val="00202A0D"/>
    <w:rsid w:val="00221688"/>
    <w:rsid w:val="00245CBC"/>
    <w:rsid w:val="00271B7F"/>
    <w:rsid w:val="0029639D"/>
    <w:rsid w:val="002B2032"/>
    <w:rsid w:val="00326F90"/>
    <w:rsid w:val="00337B30"/>
    <w:rsid w:val="003911EC"/>
    <w:rsid w:val="004162D5"/>
    <w:rsid w:val="0049259D"/>
    <w:rsid w:val="004A4A79"/>
    <w:rsid w:val="004C4E10"/>
    <w:rsid w:val="00505958"/>
    <w:rsid w:val="00513BF0"/>
    <w:rsid w:val="00571867"/>
    <w:rsid w:val="005D4273"/>
    <w:rsid w:val="006023F3"/>
    <w:rsid w:val="00670C38"/>
    <w:rsid w:val="00726D7C"/>
    <w:rsid w:val="00743954"/>
    <w:rsid w:val="00794D07"/>
    <w:rsid w:val="0080737A"/>
    <w:rsid w:val="00812DD2"/>
    <w:rsid w:val="0085125B"/>
    <w:rsid w:val="009439A5"/>
    <w:rsid w:val="009C208E"/>
    <w:rsid w:val="00AA1D8D"/>
    <w:rsid w:val="00AD6B34"/>
    <w:rsid w:val="00B47730"/>
    <w:rsid w:val="00BA1028"/>
    <w:rsid w:val="00C04DEE"/>
    <w:rsid w:val="00C3778E"/>
    <w:rsid w:val="00CB0664"/>
    <w:rsid w:val="00E14E5F"/>
    <w:rsid w:val="00E44E81"/>
    <w:rsid w:val="00F462CB"/>
    <w:rsid w:val="00F50ECD"/>
    <w:rsid w:val="00F723D7"/>
    <w:rsid w:val="00F95EF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D7A8827"/>
  <w14:defaultImageDpi w14:val="300"/>
  <w15:docId w15:val="{FE876AEA-0231-4624-8667-25BFCA687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006CCA"/>
    <w:pPr>
      <w:jc w:val="both"/>
    </w:pPr>
    <w:rPr>
      <w:rFonts w:ascii="Times New Roman" w:eastAsia="Times New Roman" w:hAnsi="Times New Roman"/>
      <w:sz w:val="28"/>
    </w:rPr>
  </w:style>
  <w:style w:type="paragraph" w:styleId="1">
    <w:name w:val="heading 1"/>
    <w:basedOn w:val="a1"/>
    <w:next w:val="a1"/>
    <w:link w:val="10"/>
    <w:uiPriority w:val="9"/>
    <w:qFormat/>
    <w:rsid w:val="00006CCA"/>
    <w:pPr>
      <w:keepNext/>
      <w:keepLines/>
      <w:spacing w:before="480" w:after="0"/>
      <w:outlineLvl w:val="0"/>
    </w:pPr>
    <w:rPr>
      <w:rFonts w:eastAsiaTheme="majorEastAsia" w:cstheme="majorBidi"/>
      <w:b/>
      <w:bCs/>
      <w:szCs w:val="28"/>
    </w:rPr>
  </w:style>
  <w:style w:type="paragraph" w:styleId="21">
    <w:name w:val="heading 2"/>
    <w:basedOn w:val="a1"/>
    <w:next w:val="a1"/>
    <w:link w:val="22"/>
    <w:uiPriority w:val="9"/>
    <w:unhideWhenUsed/>
    <w:qFormat/>
    <w:rsid w:val="00006CCA"/>
    <w:pPr>
      <w:keepNext/>
      <w:keepLines/>
      <w:spacing w:before="200" w:after="0"/>
      <w:outlineLvl w:val="1"/>
    </w:pPr>
    <w:rPr>
      <w:rFonts w:eastAsiaTheme="majorEastAsia" w:cstheme="majorBidi"/>
      <w:b/>
      <w:bCs/>
      <w:szCs w:val="26"/>
    </w:rPr>
  </w:style>
  <w:style w:type="paragraph" w:styleId="31">
    <w:name w:val="heading 3"/>
    <w:basedOn w:val="a1"/>
    <w:next w:val="a1"/>
    <w:link w:val="32"/>
    <w:uiPriority w:val="9"/>
    <w:unhideWhenUsed/>
    <w:qFormat/>
    <w:rsid w:val="00006CCA"/>
    <w:pPr>
      <w:keepNext/>
      <w:keepLines/>
      <w:spacing w:before="200" w:after="0"/>
      <w:outlineLvl w:val="2"/>
    </w:pPr>
    <w:rPr>
      <w:rFonts w:eastAsiaTheme="majorEastAsia" w:cstheme="majorBidi"/>
      <w:b/>
      <w:bCs/>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006CCA"/>
    <w:rPr>
      <w:rFonts w:ascii="Times New Roman" w:eastAsiaTheme="majorEastAsia" w:hAnsi="Times New Roman" w:cstheme="majorBidi"/>
      <w:b/>
      <w:bCs/>
      <w:sz w:val="28"/>
      <w:szCs w:val="28"/>
    </w:rPr>
  </w:style>
  <w:style w:type="character" w:customStyle="1" w:styleId="22">
    <w:name w:val="Заголовок 2 Знак"/>
    <w:basedOn w:val="a2"/>
    <w:link w:val="21"/>
    <w:uiPriority w:val="9"/>
    <w:rsid w:val="00006CCA"/>
    <w:rPr>
      <w:rFonts w:ascii="Times New Roman" w:eastAsiaTheme="majorEastAsia" w:hAnsi="Times New Roman" w:cstheme="majorBidi"/>
      <w:b/>
      <w:bCs/>
      <w:sz w:val="28"/>
      <w:szCs w:val="26"/>
    </w:rPr>
  </w:style>
  <w:style w:type="character" w:customStyle="1" w:styleId="32">
    <w:name w:val="Заголовок 3 Знак"/>
    <w:basedOn w:val="a2"/>
    <w:link w:val="31"/>
    <w:uiPriority w:val="9"/>
    <w:rsid w:val="00006CCA"/>
    <w:rPr>
      <w:rFonts w:ascii="Times New Roman" w:eastAsiaTheme="majorEastAsia" w:hAnsi="Times New Roman" w:cstheme="majorBidi"/>
      <w:b/>
      <w:bCs/>
      <w:sz w:val="28"/>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B0113-B7B4-49B6-9401-098BB9CD1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10714</Words>
  <Characters>61071</Characters>
  <Application>Microsoft Office Word</Application>
  <DocSecurity>0</DocSecurity>
  <Lines>508</Lines>
  <Paragraphs>143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71642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Aruzhan Zhaksigulova</cp:lastModifiedBy>
  <cp:revision>2</cp:revision>
  <dcterms:created xsi:type="dcterms:W3CDTF">2026-06-12T06:05:00Z</dcterms:created>
  <dcterms:modified xsi:type="dcterms:W3CDTF">2026-06-12T06:05:00Z</dcterms:modified>
  <cp:category/>
</cp:coreProperties>
</file>